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24S/86/2016 z 19. 12. 2016</w:t>
      </w:r>
    </w:p>
    <w:p>
      <w:r>
        <w:t>Uznesenie Krajského súdu Banská Bystrica z 19. decembra 2016, sp. zn. 24S/86/2016, ECLI:SK:KSBB:2016:6016200710.1</w:t>
      </w:r>
    </w:p>
    <w:p>
      <w:r>
        <w:t>Súd: Krajský súd Banská Bystrica</w:t>
      </w:r>
    </w:p>
    <w:p>
      <w:r>
        <w:t>Spisová značka: 24S/86/2016</w:t>
      </w:r>
    </w:p>
    <w:p>
      <w:r>
        <w:t>ECLI: ECLI:SK:KSBB:2016:6016200710.1</w:t>
      </w:r>
    </w:p>
    <w:p>
      <w:r>
        <w:t>Dátum vydania: 19.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24S/86/2016 Identifikačné číslo súdneho spisu: 6016200710 Dátum vydania rozhodnutia: 20. 12. 2016 Meno a priezvisko sudcu, VSÚ: JUDr. Alena Antalová ECLI: ECLI:SK:KSBB:2016:6016200710.1 Uznesenie Krajský súd v Banskej Bystrici v právnej veci žalobcu: BBK AGRO, s.r.o., so sídlom Rudohorská 33, 974 11 Banská Bystrica, IČO: 44 095 066, zast. Weis &amp; Partners s.r.o., advokátska kancelária so sídlom Ivánska cesta 30/B, 821 04 Bratislava, proti žalovanému: Finančné riaditeľstvo Slovenskej republiky, so sídlom Lazovná 63, 974 01 Banská Bystrica o preskúmanie zákonnosti rozhodnutia žalovaného č. 103041452/2016 zo dňa 29. apríla 2016, takto r o z h o d o l : Krajský súd v Banskej Bystrici v y s l o v u j e svoju miestnu nepríslušnosť na prejednanie veci. Po právoplatnosti tohto uznesenia bude vec p o s t ú p e n á Krajskému súdu v Trnave ako súdu vecne a mieste príslušnému. o d ô v o d n e n i e : 1. Dňa 08. júla 2016 bola Krajskému súdu v Banskej Bystrici doručená správna žaloba, ktorou sa žalobca - BBK AGRO, s.r.o., so sídlom Rudohorská 33, 974 11 Banská Bystrica, IČO: 44 095 066 domáha preskúmania zákonnosti rozhodnutia žalovaného - Finančného riaditeľstva Slovenskej republiky, so sídlom Lazovná 63, 974 01 Banská Bystrica č. 103041452/2016 zo dňa 29. apríla 2016.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a) SSP správne súdy rozhodujú v konaniach o správnych žalobách. 4. Podľa § 10 SSP na konanie a rozhodovanie v správnom súdnictve sú vecne príslušné krajské súdy, ak tento zákon neustanovuje inak. 5. Podľa § 13 ods. 1 SSP miestne príslušným je krajský súd, v ktorého obvode má sídlo orgán verejnej správy, ktorý rozhodol v prvom stupni, ak tento zákon neustanovuje inak. 6. Podľa § 18 ods. 2 prvá veta SSP ak správny súd zistí, že nie je vecne, miestne alebo kauzálne príslušný, postúpi vec uznesením príslušnému správnemu súdu. 7. Miestna príslušnosť správneho súdu na konanie a rozhodovanie v správnom súdnictve je upravená v ustanovení § 13 Správneho súdneho poriadku. Z dikcie uvedeného ustanovenia § 13 ods. 1 vyplýva, že miestne príslušným je krajský súd, v ktorého obvode má sídlo orgán verejnej správy, ktorý rozhodol v prvom stupni, ak Správny súdny poriadok neustanovuje inak. Vzhľadom k tomu, že v danom prípade Daňový úrad Trnava, pobočka Senica, ktorý v predmetnej veci rozhodoval ako prvostupňový orgán verejnej správy, má sídlo v Trnave, resp. Senici, vecne a miestne príslušným na prejednanie a rozhodovanie v uvedenej veci je Krajský súd v Trnave, t.j. krajský súd, v ktorého obvode má sídlo orgán verejnej správy, ktorý rozhodol v prvom stupni. 8. Na základe uvedeného Krajský súd v Banskej Bystrici nie je miestne príslušný na toto konanie, a preto rozhodol podľa § 18 ods. 2 prvá veta SSP tak, že vec bude po právoplatnosti tohto uznesenia postúpená súdu vecne a miestne príslušnému na konanie, t.j. Krajskému súdu v Trnave. 9. Právne účinky spojené s podaním žaloby alebo iného podania zostávajú zachované (§ 18 ods. 5 SSP). 10. Toto rozhodnutie prijal senát krajského súdu pomerom hlasov 3:0 (§ 139 ods. 4 SSP). Toto rozhodnutie prijal senát krajského súdu pomerom hlasov 3:0 (§ 139 ods. 4 SSP). Poučenie: Proti tomuto uzneseniu kasačná sťažnosť nie je prípustná (§ 439 ods. 2 písm. d) SSP).</w:t>
      </w:r>
    </w:p>
    <w:p/>
    <w:p>
      <w:r>
        <w:t>Zdroj: KAUZIS.SK – https://www.kauzis.sk/judikatura/r/ECLI:SK:KSBB:2016:6016200710.1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