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26Sa/6/2016 z 26. 9. 2016</w:t>
      </w:r>
    </w:p>
    <w:p>
      <w:r>
        <w:t>Uznesenie Krajského súdu Banská Bystrica z 26. septembra 2016, sp. zn. 26Sa/6/2016, ECLI:SK:KSBB:2016:6016200714.1</w:t>
      </w:r>
    </w:p>
    <w:p>
      <w:r>
        <w:t>Súd: Krajský súd Banská Bystrica</w:t>
      </w:r>
    </w:p>
    <w:p>
      <w:r>
        <w:t>Spisová značka: 26Sa/6/2016</w:t>
      </w:r>
    </w:p>
    <w:p>
      <w:r>
        <w:t>ECLI: ECLI:SK:KSBB:2016:6016200714.1</w:t>
      </w:r>
    </w:p>
    <w:p>
      <w:r>
        <w:t>Dátum vydania: 26.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26Sa/6/2016 Identifikačné číslo súdneho spisu: 6016200714 Dátum vydania rozhodnutia: 27. 09. 2016 Meno a priezvisko sudcu, VSÚ: Mgr. Ivana Datlová ECLI: ECLI:SK:KSBB:2016:6016200714.1 Uznesenie Krajský súd v Banskej Bystrici v právnej veci navrhovateľky D.. U. E., nar. XX. apríla XXXX, bytom V. V. XXXX/X, I., proti odporkyni Sociálnej poisťovni - ústrediu so sídlom v Bratislave ul. 29. augusta č. 8, o preskúmanie zákonnosti postupu a rozhodnutia odporkyne č. XXX XXX XXXX X zo 6. apríla 2016 o zamietnutí žiadosti o priznanie invalidného dôchodku takto r o z h o d o l : Konanie zastavuje. Navrhovateľke náhradu trov konania nepriznáva. o d ô v o d n e n i e : Napadnutým rozhodnutím odporkyňa zamietla žiadosť navrhovateľky o priznanie invalidného dôchodku z 15. marca 2016, pretože posudkovým lekárom sociálneho poistenia nebola pri konštatovanej 30 % miere jej zníženej pracovnej schopnosti v porovnaní so zdravou fyzickou osobou uznaná za invalidnú, v dôsledku čoho jej nárok na invalidný dôchodok nevznikol. Navrhovateľka sa voči rozhodnutiu odporkyne odvolala a namietala správnosť a úplnosť zistenia skutkového stavu veci ohľadom jej zdravotných ťažkostí. Po podaní odvolania posudzoval v rámci odvolacieho správneho konania zdravotný stav navrhovateľky opätovne posudkový lekár ústredia Sociálnej poisťovne pracovisko v Banskej Bystrici, ktorý v posudku zo 7. júla 2016 konštatoval vznik invalidity navrhovateľky dňom 18. mája 2016 s 50 % poklesom jej pracovnej schopnosti. V nadväznosti na uvedené odporkyňa rozhodnutím z 9.augusta 2016 v rámci autoremedúry zrušila svoje skôr vydané rozhodnutie, napadnuté opravným prostriedkom navrhovateľky a rozhodnutím č. XXX XXX XXXX X z 9. augusta 2016 navrhovateľke priznala invalidný dôchodok od 18. mája 2016 vo výške 278,20 € mesačne. S rozhodnutím o priznaní invalidného dôchodku sa navrhovateľka stotožnila, preto postupoval krajský súd podľa § 250o O.s.p. v súlade s ust. § 492 ods. 1 zákona č. 162/2015 Z.z. - Správny súdny poriadok a konanie vo veci zastavil. Náhradu trov konania navrhovateľke nepriznal, napriek jej úspechu v konaní, pretože si žiadne trovy neuplatnila, rozhodujúc podľa § 250k ods.1 O.s.p. v spojení s ust. § 250l ods. 2 O.s.p. Poučenie: Proti tomuto rozhodnutiu odvolanie nie je prípustné v časti, v ktorej bolo konanie zastavené. Voči výroku o náhrade trov konania možno podať odvolanie do 15 dní od jeho doručenia. Odvolanie sa podáva písomne, v dvoch vyhotoveniach prostredníctvom krajského súdu na Najvyšší súd SR. V odvolaní je potrebné popri všeobecných náležitostiach / § 42 ods. 3 O. s. p.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https://www.kauzis.sk/judikatura/r/ECLI:SK:KSBB:2016:6016200714.1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