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24S/88/2016 z 19. 12. 2016</w:t>
      </w:r>
    </w:p>
    <w:p>
      <w:r>
        <w:t>Uznesenie Krajského súdu Banská Bystrica z 19. decembra 2016, sp. zn. 24S/88/2016, ECLI:SK:KSBB:2016:6016200722.1</w:t>
      </w:r>
    </w:p>
    <w:p>
      <w:r>
        <w:t>Súd: Krajský súd Banská Bystrica</w:t>
      </w:r>
    </w:p>
    <w:p>
      <w:r>
        <w:t>Spisová značka: 24S/88/2016</w:t>
      </w:r>
    </w:p>
    <w:p>
      <w:r>
        <w:t>ECLI: ECLI:SK:KSBB:2016:6016200722.1</w:t>
      </w:r>
    </w:p>
    <w:p>
      <w:r>
        <w:t>Dátum vydania: 19.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63643</w:t>
      </w:r>
    </w:p>
    <w:p/>
    <w:p>
      <w:r>
        <w:t>Zdroj: KAUZIS.SK – https://www.kauzis.sk/judikatura/r/ECLI:SK:KSBB:2016:6016200722.1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