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30Sa/5/2016 z 26. 10. 2016</w:t>
      </w:r>
    </w:p>
    <w:p>
      <w:r>
        <w:t>Uznesenie Krajského súdu Banská Bystrica z 26. októbra 2016, sp. zn. 30Sa/5/2016, ECLI:SK:KSBB:2016:6016200831.3</w:t>
      </w:r>
    </w:p>
    <w:p>
      <w:r>
        <w:t>Súd: Krajský súd Banská Bystrica</w:t>
      </w:r>
    </w:p>
    <w:p>
      <w:r>
        <w:t>Spisová značka: 30Sa/5/2016</w:t>
      </w:r>
    </w:p>
    <w:p>
      <w:r>
        <w:t>ECLI: ECLI:SK:KSBB:2016:6016200831.3</w:t>
      </w:r>
    </w:p>
    <w:p>
      <w:r>
        <w:t>Dátum vydania: 26. 10.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Banská Bystrica Spisová značka: 30Sa/5/2016 Identifikačné číslo súdneho spisu: 6016200831 Dátum vydania rozhodnutia: 27. 10. 2016 Meno a priezvisko sudcu, VSÚ: JUDr. Silvia Zdráhalová Rúfusová ECLI: ECLI:SK:KSBB:2016:6016200831.3 Uznesenie Krajský súd v Banskej Bystrici, ako správny súd, v právnej veci žalobkyne: F. O., nar. XX. L. XXXX, bytom D. XX, XXX XX B. B., t.č. pobytom na adrese L. Q. Q. Q., J. D. F. X, XXX XX E., zastúpená opatrovníkom : F.. A. F., nar. XX. P. XXXX, bytom J. I XXXX/XX, XXX XX E., proti žalovanému: Ústredie práce, sociálnych vecí a rodiny Bratislava, so sídlom Trieda SNP 75, 974 89 Banská Bystrica o preskúmanie zákonnosti rozhodnutia č. UPS/US5/SSVOdPPKPC/SOC/2016/4269-POZ zo dňa 2. júna 2016, takto r o z h o d o l : I. Správny súd správnu žalobu o d m i e t a. II. Žiaden z účastníkov nemá právo na náhradu trov konania. o d ô v o d n e n i e : 1. Žalobkyňa prostredníctvom svojej zákonnej zástupkyne dňa 11. augusta 2016 elektronicky odoslala na Krajský súd v Banskej Bystrici správnu žalobu v sociálnych veciach podľa § 199 a nasl. zákona č. 162/2015 Z. z. Správny súdny poriadok“ (ďalej aj len „SSP“), ktorá bola doplnená v listinnej podobe dňa 15. augusta 2016. Žalobkyňa sa touto žalobou domáhala zrušenia rozhodnutia Úradu práce, sociálnych vecí a rodiny v Banskej Bystrici č.: BB2/OPPnKŤZPaPČ/SOC/2016/23468-0005 zo dňa 15. februára 2016 (ktorým jej nebol priznaný príspevok na osobnú asistenciu) a rozhodnutia Ústredia práce, sociálnych vecí a rodiny v Bratislave, pracovisko Banská Bystrica č.: UPS/US5/SSVOdPPKPC/ SOC/2016/4269-POZ zo dňa 2. júna 2016 (ktorým bolo odvolanie žalobkyne zamietnuté a rozhodnutie Úradu práce, sociálnych vecí a rodiny Banská Bystrica potvrdené) a vrátenia veci prvostupňovému správnemu orgánu na ďalšie konanie. Žalobkyňa zároveň navrhla s odkazom na § 201 SSP, aby jej správny súd ustanovil procesného opatrovníka z radov advokátov. 2. Správny súd uznesením č.k. 30Sa/5/2016-43 zo dňa 24. augusta 2016 vyzval v súlade s § 59 ods. 1 SSP žalobkyňu, aby v lehote 10 dní odstránila nedostatky správnej žaloby. Podaním doručeným správnemu súdu dňa 21. septembra 2016 boli odstránené nedostatky správnej žaloby. Správna žaloba bola doplnená o podpis opatrovníčky - zákonnej zástupkyne žalobkyne a o rozhodnutie súdu, ktorým bola žalobkyňa pozbavená spôsobilosti na právne úkony a ktorým jej bol ustanovený opatrovník. 3. Uznesením č.k. 30Sa/5/2015-51 zo dňa 30. septembra 2016 správny súd zamietol návrh žalobkyne na ustanovenie procesného opatrovníka, pretože neboli splnené podmienky uvedené v § 201 SSP. 4. Správny súd výzvou zo dňa 7. októbra 2016 vyzval žalovaného, aby sa v lehote 10 dní vyjadril k správnej žalobe a predložil administratívne spisy. 5. Vyjadrenie žalovaného spolu s administratívnym spisom bolo správnemu súdu doručené dňa 23. októbra 2016. Vo vyjadrení žalovaný okrem iného tiež poukázal na to, že správna žaloba bola podaná oneskorene. 6. Podľa § 181 ods. 1 SSP fyzická osoba alebo právnická osoba musí správnu žalobu podať v lehote dvoch mesiacov od oznámenia rozhodnutia orgánu verejnej správy, proti ktorému smeruje, ak tento zákon alebo osobitný predpis neustanovuje inak. 7. Podľa § 181 ods. 4 SSP zmeškanie lehoty podľa odsekov 1 až 3 nemožno odpustiť. 8. Podľa § 68 ods. 4 prvá veta SSP lehota určená podľa týždňov, mesiacov alebo rokov sa skončí uplynutím toho dňa, ktorý svojím pomenovaním alebo číselným označením zodpovedá dňu, v ktorom sa stala udalosť určujúca začiatok lehoty. 9. Podľa § 98 ods. 1 písm. d) SSP správny súd uznesením žalobu odmietne, ak bola podaná oneskorene. 10. Správny súd z predloženého administratívneho spisu zistil, že správnou žalobou napadnuté rozhodnutie žalovaného č. UPS/US5/SSVOdPPKPC/SOC/2016/4269-POZ zo dňa 2. júna 2016 bolo doručené zákonnej zástupkyni žalobkyne dňa 10. júna 2016. Podľa § 181 ods. 1 SSP je lehota na podanie správnej žaloby dva mesiace od oznámenia rozhodnutia žalovaného, ak SSP alebo osobitný predpis neustanovuje inak. Osobitným zákonom v tomto prípade je zákon č. 447/2008 Z.z. o peňažných príspevkoch na kompenzáciu ťažkého zdravotného postihnutia a o zmene a doplnení niektorých zákonov v znení neskorších predpisov, ktorý však lehotu na podanie správnej žaloby neustanovuje, preto sa v danom prípade pre určenie lehoty na podanie správnej žaloby aplikuje ustanovenie § 181 ods. 1 SSP, a teda lehota na podanie správnej žaloby je dva mesiace od oznámenia rozhodnutia žalovaného. V zmysle vyššie citovaných zákonných ustanovení SSP lehota na podanie správnej žaloby začala plynúť dňa 10. júna 2016 a uplynula dňom 10. augusta 2016. 11. Žalobkyňa odoslala správnu žalobu elektronicky dňa 11. augusta 2016, až po uplynutí lehoty na podanie správnej žaloby v zmysle § 181 ods. 1 SSP. Správna žaloba bola podaná oneskorene, a preto ju správny súd odmietol podľa § 98 ods. 1 písm. d) SSP. 12. O náhrade trov konania správny súd rozhodol tak, že žiaden z účastníkov nemá v zmysle § 170 písm. a) SSP právo na náhradu trov konania, nakoľko žaloba bola odmietnutá. Poučenie: Proti tomuto rozhodnutiu je prípustná kasačná sťažnosť (§ 439 ods. 1 SSP a § 439 ods. 2, 3 SSP a contr.). O kasačnej sťažnosti rozhoduje kasačný súd - Najvyšší súd SR (§ 438 ods. 2 SSP). Kasačná sťažnosť musí byť podaná na Krajskom súde v Banskej Bystrici (§444 SSP) v lehote jedného mesiaca od doručenia rozhodnutia oprávnenému subjektu (§ 443 ods. 1 SSP). Kasačnú sťažnosť treba predložiť v potrebnom počte rovnopisov s prílohami tak, aby sa jeden rovnopis s prílohami mohol založiť do súdneho spisu a aby každý ďalší účastník konania dostal jeden rovnopis s prílohami (§ 56 ods. 3 SSP). Podľa § 445 ods. 1, 2 SSP, (1) v kasačnej sťažnosti sa musí okrem všeobecných náležitostí podania podľa § 57 uviesť a) označenie napadnutého rozhodnutia, b) údaj, kedy napadnuté rozhodnutie bolo sťažovateľovi doručené, c) opísanie rozhodujúcich skutočností, aby bolo zrejmé, v akom rozsahu a z akých dôvodov podľa § 440 sa podáva (ďalej len "sťažnostné body"), d) návrh výroku rozhodnutia (sťažnostný návrh). (2) Sťažnostné body možno meniť len do uplynutia lehoty na podanie kasačnej sťažnosti.</w:t>
      </w:r>
    </w:p>
    <w:p/>
    <w:p>
      <w:r>
        <w:t>Zdroj: KAUZIS.SK – https://www.kauzis.sk/judikatura/r/ECLI:SK:KSBB:2016:6016200831.3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