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41CoKR/22/2016 z 29. 6. 2016</w:t>
      </w:r>
    </w:p>
    <w:p>
      <w:r>
        <w:t>Uznesenie Krajského súdu Banská Bystrica z 29. júna 2016, sp. zn. 41CoKR/22/2016, ECLI:SK:KSBB:2016:6113221583.2</w:t>
      </w:r>
    </w:p>
    <w:p>
      <w:r>
        <w:t>Súd: Krajský súd Banská Bystrica</w:t>
      </w:r>
    </w:p>
    <w:p>
      <w:r>
        <w:t>Spisová značka: 41CoKR/22/2016</w:t>
      </w:r>
    </w:p>
    <w:p>
      <w:r>
        <w:t>ECLI: ECLI:SK:KSBB:2016:6113221583.2</w:t>
      </w:r>
    </w:p>
    <w:p>
      <w:r>
        <w:t>Dátum vydania: 29. 6.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Banská Bystrica Spisová značka: 41CoKR/22/2016 Identifikačné číslo súdneho spisu: 6113221583 Dátum vydania rozhodnutia: 30. 06. 2016 Meno a priezvisko sudcu, VSÚ: JUDr. Alena Križanová ECLI: ECLI:SK:KSBB:2016:6113221583.2 Uznesenie Krajský súd v Banskej Bystrici v právnej veci žalobcu Mgr. Vladimír Vanko, R. XX, XXX XX A. A., správca konkurznej podstaty úpadcu SCRAPMET s.r.o. „ v konkurze", Robotnícka 10, 974 01 Banská Bystrica, IČO: 36 802 492, zastúpený W. D., T. XXX, XXX XX T., proti odporcovi AOS Real s. r. o., Robotnícka 10, 974 01 Banská Bystrica, IČO: 46 091 599, zastúpený Mgr. Miroslavou Kováčikovou, advokátkou, T. XX, A. A., v konaní o späťvzatí žaloby takto r o z h o d o l : Súd pripúšťa späťvzatie žaloby o určenie neúčinnosti právneho úkonu. Rozsudok Okresného súdu Banská Bystrica, č.k. 27Cbi/11/2013-306 zo dňa 11. februára 2015 v napadnutej časti výroku, ktorým okresný súd žalobu zamietol zrušuje a v tejto časti konanie zastavuje. o d ô v o d n e n i e : Okresný súd Banská Bystrica rozsudkom č.k. 27Cbi/11/2013-306 zo dňa 11. februára 2015 zamietol žalobu a vyslovil, že o trovách konania rozhodne v lehote 3 dní po právoplatnosti tohto rozhodnutia. Proti tomuto rozsudku v zákonom stanovenej lehote podal odvolanie žalobca. Podaním doručeným okresnému súdu dňa 7.3.2016 žalobca vzal žalobu v celom rozsahu späť z dôvodu, že došlo medzi sporovými stranami k uzatvoreniu mimosúdnej dohody o urovnaní, navrhol, aby odvolací súd konanie v celom rozsahu zastavil a žiadnemu z účastníkov konania právo na náhradu trov konania nepriznal. Podaním doručeným Okresnému súdu Banská Bystrica dňa 5.5.2016 žalovaný vyjadril súhlas so späťvzatím žaloby a zároveň oznámil, že si neuplatňuje nárok na náhradu trov konania. Podľa § 208 O.s.p., ak je návrh na začatie konania vzatý späť, keď už rozhodol súd prvého stupňa, ale jeho rozhodnutie nie je dosiaľ právoplatné, odvolací súd rozhodne o pripustení späťvzatia. Súd späťvzatie nepripustí, ak druhý účastník s tým nesúhlasí. Ak späťvzatie pripustí, odvolací súd zruší rozhodnutie súdu prvého stupňa a konanie zastavuje. V posudzovanom prípade žalobca vzal späť žalobu, keď už rozhodol súd prvého stupňa, ale jeho rozhodnutie nie je dosiaľ právoplatné, a so späťvzatím žaloby druhý účastník súhlasil, preto odvolací súd v zmysle citovaného ustanovenia § 208 O.s.p. späťvzatie pripustil, zrušil rozhodnutie okresného súdu v časti výroku, ktorým súd žalobu zamietol a konanie v tejto časti zastavil. Odvolací súd nerozhodoval o trovách konania pretože o trovách konania rozhodne súd prvého stupňa v zmysle § 224 ods. 4 O.s.p. v nadväznosti na ustanovenie § 151 ods. 3 O.s.p. Uznesenie bolo jednohlasne schválené členmi senátu. Poučenie: Proti tomuto uzneseniu odvolanie nie je prípustné.</w:t>
      </w:r>
    </w:p>
    <w:p/>
    <w:p>
      <w:r>
        <w:t>Zdroj: KAUZIS.SK – https://www.kauzis.sk/judikatura/r/ECLI:SK:KSBB:2016:6113221583.2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