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17CoE/35/2016 z 28. 9. 2016</w:t>
      </w:r>
    </w:p>
    <w:p>
      <w:r>
        <w:t>Rozhodnutie Krajského súdu Banská Bystrica z 28. septembra 2016, sp. zn. 17CoE/35/2016, ECLI:SK:KSBB:2016:6115207936.2</w:t>
      </w:r>
    </w:p>
    <w:p>
      <w:r>
        <w:t>Súd: Krajský súd Banská Bystrica</w:t>
      </w:r>
    </w:p>
    <w:p>
      <w:r>
        <w:t>Spisová značka: 17CoE/35/2016</w:t>
      </w:r>
    </w:p>
    <w:p>
      <w:r>
        <w:t>ECLI: ECLI:SK:KSBB:2016:6115207936.2</w:t>
      </w:r>
    </w:p>
    <w:p>
      <w:r>
        <w:t>Dátum vydania: 28. 9. 2016</w:t>
      </w:r>
    </w:p>
    <w:p>
      <w:r>
        <w:t>Forma: Rozhodnutie</w:t>
      </w:r>
    </w:p>
    <w:p>
      <w:r>
        <w:t>Oblasť práva: Občianske právo</w:t>
      </w:r>
    </w:p>
    <w:p>
      <w:pPr>
        <w:pStyle w:val="Heading2"/>
      </w:pPr>
      <w:r>
        <w:t>Text rozhodnutia</w:t>
      </w:r>
    </w:p>
    <w:p>
      <w:r>
        <w:t>Súd: Krajský súd Banská Bystrica Spisová značka: 17CoE/35/2016 Identifikačné číslo súdneho spisu: 6115207936 Dátum vydania rozhodnutia: 29. 09. 2016 Meno a priezvisko sudcu, VSÚ: JUDr. Zita Nagypálová ECLI: ECLI:SK:KSBB:2016:6115207936.2 Rozhodnutie Krajský súd v Banskej Bystrici, ako súd odvolací, v senáte zloženom z predsedníčky senátu JUDr. Zity Nagypálovej a sudcov JUDr. Renáty Deákovej a Mgr. Dušana Ďuriana ako členov senátu, v exekučnej veci oprávneného BENCONT INVESTMENTS, s. r. o., so sídlom Vajnorská 100/A, 831 04 Bratislava, IČO: 36 432 105, proti povinnej I. I., nar. XX. XX. XXXX, bytom R. XX, XXX XX R., vedenej pod sp. zn. EX 1108/15, súdnym exekútorom JUDr. Jozefom Ďuricom, Exekútorský úrad so sídlom Borovianska 17, 960 01 Zvolen, pre vymoženie pohľadávky oprávneného v sume 2792,94 Eur s príslušenstvom o odvolaní spoločnosti BENCONT INVESTMENTS, s. r. o., so sídlom Vajnorská 100/A, 831 04 Bratislava, IČO: 36 432 105, proti uzneseniu Okresného súdu Banská Bystrica č. k. 2Er/1043/2015-33 zo dňa 25. 05. 2015, r o z h o d o l : Odvolanie o d m i e t a . o d ô v o d n e n i e : 1. Napadnutým uznesením okresný súd zamietol žiadosť súdneho exekútora o udelenie poverenia na vykonanie exekúcie postupom podľa ustanovenia § 44 ods. 2 zákona č. 233/1995 Z. z. o súdnych exekútoroch a exekučnej činnosti a o zmene a doplnení ďalších zákonov v znení neskorších predpisov (ďalej len „Exekučný poriadok“). V odôvodnení rozhodnutia uviedol, že súdny exekútor predložil na súd prvej inštancie žiadosť o udelenie poverenia na vykonanie exekúcie na základe exekučného titulu, ktorým je rozsudok Stáleho rozhodcovského súdu zriadeného pri ROZHODCOVSKÁ, ARBITRÁŽNA A MEDIAČNÁ, (ďalej len „rozhodcovský rozsudok“) na vymoženie istiny 2792,94 Eur s príslušenstvom. Vzhľadom na skutočnosť, že právomoc rozhodcovského súdu na rozhodnutie v predmetnej veci je založená na absolútne neplatnom právnom úkone, exekučný súd po preskúmaní exekučného titulu dospel k záveru, že je vydaný v rozpore so zákonom a preto v zmysle § 44 ods. 2 Exekučného poriadku zamietol žiadosť súdneho exekútora o udelenie poverenia. 2. Proti uvedenému uzneseniu podala spoločnosť BENCONT INVESTMENTS, s. r. o., so sídlom Vajnorská 100/A, 831 04 Bratislava, IČO: 36 432 105 v zákonom stanovenej lehote odvolanie, v ktorom okrem iného uviedla, že: - v konaní došlo k vadám uvedeným v § 221 ods. 1 zákona č. 99/1963 Zb. Občianskeho súdneho poriadku (ďalej len „O.s.p“), - súd prvej inštancie dospel na základe vykonaných dôkazov k nesprávnym skutkovým zisteniam, - rozhodnutie súdu prevej inštancie vychádza z neprávneho právneho posúdenia veci, - doteraz zistený skutkový stav neobstojí, pretože sú tu ďalšie skutočnosti, alebo iné dôkazy, ktoré doteraz neboli uplatnené a má byť nimi preukázané, že v konaní došlo k vadám, ktoré mohli mať za následok nesprávne rozhodnutie vo veci samej, odvolateľ nebol riadne poučený podľa § 120ods. 4 O.s.p., - v tej istej veci sa už prv právoplatne rozhodlo alebo v tej istej veci sa už prv začalo konanie, - účastníkovi konania - oprávnenému sa postupom súdu odňala možnosť konať pred súdom, - súd prvej inštancie nesprávne vec právne posúdil tým, že nepoužil správne ustanovenie právneho predpisu a nedostatočne zistil skutkový stav. Odvolateľ navrhol napadnuté uznesenie v celom rozsahu zmeniť tak, že žiadosti súdneho exekútora o udelenie poverenia na vykonanie exekúcie vyhovie, alebo alternatívne uznesenie súdu prvej inštancie zruší a vec mu vráti na ďalšie konanie. 3. Povinná sa k odvolaniu spoločnosti BENCONT INVESTMENTS, s. r. o. nevyjadrila. 4. Odvolanie spoločnosti BENCONT INVESTMENTS, s. r. o. bolo doručené súdu prvej inštancie dňa 15.06.2015, teda ešte za účinnosti zákona č. 99/1963 Zb. Občianskeho súdneho poriadku, ktorý bol ku dňu 01.07.2016 zrušený zákonom č. 160/2015 Z. z., Civilný sporový poriadok. 5. Podľa § 9a ods. 1) Exekučného poriadku, ak to povaha veci nevylučuje, v konaní podľa tohto zákona sa primerane použijú ustanovenia Civilného sporového poriadku. 6. Podľa § 470 ods. 1, 2 Civilného sporového poriadku (ďalej len „C.s.p.“), ak nie je ustanovené inak, platí tento zákon aj na konania začaté predo dňom nadobudnutia jeho účinnosti. Právne účinky úkonov, ktoré v konaní nastali predo dňom nadobudnutia účinnosti tohto zákona, zostávajú zachované. 7. Predtým ako Krajský súd v Banskej Bystrici ako súd odvolací (§ 34 ods. C.s.p) pristúpil k vecnému preskúmaniu napadnutého uznesenia súdu prvej inštancie, zaoberal sa otázkou, či odvolanie proti uzneseniu súdu prvej inštancie bolo podané oprávnenou osobou. Zistil, že odvolanie spoločnosti BENCONT INVESTMENTS, s. r. o. je potrebné podľa § 386 písm. b) C.s.p. odmietnuť ako odvolanie podané neoprávnenou osobou. 8. Podľa § 386 písm. b) C.s.p., odvolací súd odmietne odvolanie, ak bolo podané neoprávnenou osobou. 9. Z obsahu spisu odvolací súd zistil, že napadnuté uznesenie o zamietnutí žiadosti o udelenie poverenia na vykonanie exekúcie bolo súdom prvej inštancie nesprávne doručené spoločnosti BENCONT INVESTMENTS, s. r. o. dňa 29. 05. 2015, ktorá ho napadla odvolaním. Odvolanie spoločnosti BENCONT INVESTMENTS, s. r. o. bolo dané na poštovú prepravu dňa 12. 06. 2015. Po predložení veci odvolaciemu súdu Krajský súd v Banskej Bystrici vrátil vec súdu prvej inštancie ako predčasne predloženú bez meritórneho rozhodnutia z dôvodu, že súd prvej inštancie nesprávne doručil uznesenie o zamietnutí žiadosti súdneho exekútora o udelenie poverenia na vykonanie exekúcie spoločnosti BENCONT INVESTMENTS, s. r. o., ktorá nie je účastníkom konania, ani zástupcom účastníka Poštová banka, a. s. Z obsahu spisu odvolací súd zistil, že návrh na vykonanie exekúcie v mene oprávneného Poštová banka, a. s., so sídlom Dvořákovo nábrežie 4, 811 02 Bratislava, podal poverený zamestnanec Poštovej banky JUDr. Lea Bezáková. V návrhu na vykonanie exekúcie oprávnený uviedol ako „korešpondenčnú adresu“ názov a sídlo obchodnej spoločnosti BENCONT INVESTMENTS, s. r. o., so sídlom Vajnorská 100/ A, 831 04 Bratislava. Odvolací súd vrátil spis súdu prvej inštancie za účelom vykonania dopytu na oprávneného o význame slovného spojenia „korešpondenčná adresa“, či označením korešpondenčnej adresy mienil požiadať súd o doručovanie písomností na inú adresu, než je jeho sídlo, alebo ide o voľbu zástupcu na doručovanie písomností. 10. Pôvodný oprávnený Poštová banka, a. s. sa k výzve súdu vyjadril podaním doručeným súdu prvej inštancie dňa 19. 01. 2016. Vo vyjadrení pôvodný oprávnený uviedol, že spoločnosť BENCONT INVESTMENTS, s. r. o. nie je zástupcom oprávneného, resp. nekoná za oprávneného. V uvedenom konaní s poukazom na článok III bod 1.2 a bod 1.3 Komisionárskej zmluvy zo dňa 27. 02. 2015, koná vo vlastnom mene pri plnení predmetu Komisionárskej zmluvy. 11. Dňa 18. 01. 2016 bol Okresnému súdu Banská Bystrica doručený návrh na zmenu účastníka konania a súhlas so vstupom do konania na strane oprávneného, v ktorom spoločnosť BENCONT INVESTMENTS, s. r. o. zastúpená JUDr. Veronikou Kubrikovou, PhD., advokátkou uviedla, že v právnej veci pôvodného oprávneného Poštová banka, a. s., proti povinnej Miroslave Moyšovej navrhuje zmenu účastníka konania na strane oprávneného na spoločnosť BENCONT INVESTMENTS, s. r. o., IČO: 36 432 105, so sídlom Vajnorská 100/A, 831 04 Bratislava, a to na základe Zmluvy o postúpení pohľadávok zo dňa 04. 12. 2015 uzavretej medzi Poštovou bankou ako postupcom a spoločnosťou BENCONT INVESTMENTS, s. r. o. ako postupníkom. O tomto návrhu rozhodol Okresný súd Banská Bystrica uznesením č. k. 2Er/1043/2015-64 zo dňa 18. 01. 2016, ktorým pripustil, aby z konania vystúpil doterajší oprávnený Poštová banka, a. s. so sídlom Dvořákovo nábrežie 4, 811 02 Bratislava, IČO: 31 340 890 a na jeho miesto do konania vstúpil ako nový oprávnený BENCONT INVESTMENTS, s. r. o., so sídlom Vajnorská 100/A, 831 04 Bratislava, IČO: 36 432 105. 12. Po preštudovaní spisu odvolací súd zistil, že podanie zo dňa 10. 06. 2015, nazvané ako „odvolanie voči uzneseniu okresného súdu“ doručené súdu prvej inštancie dňa 15. 06. 2015 právnickou osobou BENCONT INVESTMENTS, s. r. o., podpísané konateľom tejto spoločnosti, kde pri podpise je aj odtlačok pečiatky tejto spoločnosti, nie je spôsobilé mať za následok začatie odvolacieho konania vo veci účastníkov exekučného konania oprávneného Poštová banka, a. s. proti povinnej Miroslave Moyšovej. Spoločnosť BENCONT INVESTMENTS, s. r. o. podala odvolanie vo svojom mene, hoci v tom čase nebola účastníkom exekučného konania. Stala sa ním až právoplatnosťou uznesenia Okresného súdu Banská Bystrica č. k. 2Er/1043/2015-64 zo dňa 18. 01. 2016. 13. Podľa § 37 ods.1 Exekučného poriadku účastníkmi konania sú oprávnený a povinný; iné osoby sú účastníkmi len tej časti konania, v ktorej im toto postavenie priznáva tento zákon. Ak súd rozhoduje o trovách exekúcie, účastníkom konania je aj poverený exekútor. 14. Spoločnosť BENCONT INVESTMENTS, s. r. o., so sídlom Vajnorská 100/A, 831 04 Bratislava, IČO: 36 432 105, nebola zástupcom oprávneného v exekučnom konaní ani účastníkom exekučného konania. 15. Odvolací súd dospel k záveru, že v čase podania odvolania proti uzneseniu súdu prvej inštancie spoločnosť BENCONT INVESTMENTS, s. r. o. nebola účastníkom konania. Aj napriek tomu, že momentálne na základe Zmluvy o postúpení pohľadávky zo dňa 04. 12. 2015 a následnom pripustení zmeny účastníkov konania Okresným súdom Banská Bystrica uznesením č. k. 2Er/1043/2015-64 zo dňa 18. 01. 2016 účastníkom konania spoločnosť BENCONT INVESTMENTS, s. r. o. je, odvolací súd rozhoduje o odvolaní spoločnosti BENCONT INVESTMENTS, s. r. o. proti uzneseniu o zamietnutí žiadosti o udelenie poverenia na vykonanie exekúcie podanom vtedy, keď ešte spomínaná spoločnosť účastníkom konania nebola. Napadnuté uznesenie o zamietnutí žiadosti súdneho exekútora bolo vydané dňa 25. 05. 2015, doručené bolo spoločnosti BENCONT INVESTMENTS, s. r. o. dňa 29. 05. 2015 a odvolanie neoprávnenej osoby na podanie odvolania bolo podané na poštovú prepravu dňa 12. 06. 2015, doručené bolo súdu prvej inštancie dňa 15. 06. 2015. Z uvedeného vyplýva, že Zmluva o postúpení pohľadávky ( na základe ktorej sa spoločnosť BENCONT INVESTMENTS, s. r. o. stala hmotnoprávnym nástupcom oprávneného ) zo dňa 04. 12. 2015 bola uzavretá až po vydaní uznesenia o zamietnutí žiadosti o udelenie poverenia na vykonanie exekúcie. 16. Vzhľadom na vyššie uvedené skutočnosti odvolací súd odvolanie podané neoprávnenou osobou odmietol podľa § 386 písm. b) C.s.p. 17. Rozhodnutie senátu krajského súdu bolo prijaté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https://www.kauzis.sk/judikatura/r/ECLI:SK:KSBB:2016:6115207936.2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