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13CoE/119/2016 z 18. 7. 2016</w:t>
      </w:r>
    </w:p>
    <w:p>
      <w:r>
        <w:t>Rozhodnutie Krajského súdu Banská Bystrica z 18. júla 2016, sp. zn. 13CoE/119/2016, ECLI:SK:KSBB:2016:6115208014.2</w:t>
      </w:r>
    </w:p>
    <w:p>
      <w:r>
        <w:t>Súd: Krajský súd Banská Bystrica</w:t>
      </w:r>
    </w:p>
    <w:p>
      <w:r>
        <w:t>Spisová značka: 13CoE/119/2016</w:t>
      </w:r>
    </w:p>
    <w:p>
      <w:r>
        <w:t>ECLI: ECLI:SK:KSBB:2016:6115208014.2</w:t>
      </w:r>
    </w:p>
    <w:p>
      <w:r>
        <w:t>Dátum vydania: 18. 7. 2016</w:t>
      </w:r>
    </w:p>
    <w:p>
      <w:r>
        <w:t>Forma: Rozhodnutie</w:t>
      </w:r>
    </w:p>
    <w:p>
      <w:r>
        <w:t>Oblasť práva: Občianske právo</w:t>
      </w:r>
    </w:p>
    <w:p>
      <w:pPr>
        <w:pStyle w:val="Heading2"/>
      </w:pPr>
      <w:r>
        <w:t>Text rozhodnutia</w:t>
      </w:r>
    </w:p>
    <w:p>
      <w:r>
        <w:t>Súd: Krajský súd Banská Bystrica Spisová značka: 13CoE/119/2016 Identifikačné číslo súdneho spisu: 6115208014 Dátum vydania rozhodnutia: 19. 07. 2016 Meno a priezvisko sudcu, VSÚ: JUDr. Ferdinand Zimmermann ECLI: ECLI:SK:KSBB:2016:6115208014.2 Rozhodnutie Krajský súd v Banskej Bystrici ako súd odvolací v exekučnej veci oprávneného: Poštová banka, a. s., so sídlom Dvořákovo nábrežie 4, 811 02 Bratislava, IČO: 31 340 890, proti povinnému: E. N., nar. XX.XX.XXXX, bydliskom N. cesta XX, XXX XX D. D., štátny občan SR, na vymoženie pohľadávky vo výške 4122,28 Eur s príslušenstvom a trovami exekúcie, o odvolaní BENCONT INVESTMENTS, s. r. o., Vajnorská 100/A, 831 04 Bratislava, proti uzneseniu Okresného súdu Banská Bystrica č. k. 17Er/1071/2015-25 zo dňa 04. 08. 2015, takto r o z h o d o l : Odvolanie podané BENCONT INVESTMENTS, s. r. o., Vajnorská 100/A, 831 04 Bratislava, o d m i e t a . o d ô v o d n e n i e : 1. Napadnutým uznesením okresný súd žiadosť súdneho exekútora o udelenie poverenia na vykonanie exekúcie zamietol. Rozhodnutie zo dňa 04. 08. 2015 doručil oprávnenému dňa 02. 11. 2015 (č. l. 31 spisu). 2. Dňa 21. 08. 2015 podal proti uzneseniu okresného súdu odvolanie BENCONT INVESTMENTS, s. r. o., Vajnorská 100/A, 831 04 Bratislava, s tým, že v podaní sa označil ako konajúci za Poštovú banku, a. s. 3. Na rozdiel od možnosti dať sa zastúpiť právnickou osobou v iných vzťahoch, zastúpenie v Civilnom súdnom konaní a v exekučnom konaní je v zásade možné len zastúpením fyzickou osobou. Výnimkou tejto zásady je napríklad advokátska kancelária. 4. Podľa ust. § 386 písm. b) CSP odvolací súd odmietne odvolanie, ktoré bolo podané neoprávnenou osobou. 5. Predmetné uznesenie bolo na základe podnetu krajského súdu dňa 21. 4. 2016 doručené aj poverenej zamestnankyne Poštovej banky, a.s. JUDr. Lei Bezákovej (č. l. 51 spisu). 6. Vzhľadom k uvedenému rozhodol krajský súd tak ako znie enunciát tohto uznesenia. O veci senát odvolacieho súdu rozhodol pomerom hlasov členov senátu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https://www.kauzis.sk/judikatura/r/ECLI:SK:KSBB:2016:6115208014.2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