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2CoE/59/2016 z 29. 3. 2016</w:t>
      </w:r>
    </w:p>
    <w:p>
      <w:r>
        <w:t>Uznesenie Krajského súdu Banská Bystrica z 29. marca 2016, sp. zn. 2CoE/59/2016, ECLI:SK:KSBB:2016:6115208469.2</w:t>
      </w:r>
    </w:p>
    <w:p>
      <w:r>
        <w:t>Súd: Krajský súd Banská Bystrica</w:t>
      </w:r>
    </w:p>
    <w:p>
      <w:r>
        <w:t>Spisová značka: 2CoE/59/2016</w:t>
      </w:r>
    </w:p>
    <w:p>
      <w:r>
        <w:t>ECLI: ECLI:SK:KSBB:2016:6115208469.2</w:t>
      </w:r>
    </w:p>
    <w:p>
      <w:r>
        <w:t>Dátum vydania: 29. 3.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2CoE/59/2016 Identifikačné číslo súdneho spisu: 6115208469 Dátum vydania rozhodnutia: 30. 03. 2016 Meno a priezvisko sudcu, VSÚ: JUDr. Alena Antalová ECLI: ECLI:SK:KSBB:2016:6115208469.2 Uznesenie Krajský súd v Banskej Bystrici v exekučnej veci oprávneného: Poštová banka, a.s., so sídlom Dvořákovo nábrežie 4, 811 02 Bratislava, IČO: 31 340 890, korešpondenčná adresa: BENCONT INVESTMENTS, s.r.o., so sídlom Vajnorská 100/A, 831 04 Bratislava, IČO: 36 432 105, proti povinnému: F. D., nar. XX.XX.XXXX, bytom S. XXXX/X, XXX XX C. C., o vymoženie pohľadávky oprávneného vo výške 1.553,43 Eur s prísl., vedenej pod sp. zn. EX 815/15 súdnym exekútorom JUDr. Jozefom Ďuricom, Exekútorský úrad Zvolen, so sídlom Borovianska 17, 960 01 Zvolen, o odvolaní oprávneného proti Uzneseniu Okresného súdu Banská Bystrica č.k. 2Er/1185/2015-21 zo dňa 25. mája 2015, takto r o z h o d o l : Odvolanie oprávneného zo dňa 09. júna 2015 o d m i e t a. o d ô v o d n e n i e : Napadnutým rozhodnutím č.k. 2Er/1185/2015-21 zo dňa 25. mája 2015 okresný súd zamietol žiadosť súdneho exekútora JUDr. Jozefa Ďuricu, Exekútorský úrad Zvolen, so sídlom Borovianska 17, 960 01 Zvolen o udelenie poverenia na vykonanie exekúcie. Oprávnený Poštová banka, a.s., so sídlom Dvořákovo nábrežie 4, 811 02 Bratislava, IČO: 31 340 890 (ďalej len „Poštová banka, a.s., Bratislava“) podal prostredníctvom spoločnosti BENCONT INVESTMENTS, s.r.o., so sídlom Vajnorská 100/A, 831 04 Bratislava, IČO: 36 432 105 (ďalej len „BENCONT INVESTMENTS, s.r.o., Bratislava“) v zákonom stanovenej lehote proti uvedenému uzneseniu odvolanie. Krajský súd v Banskej Bystrici ako súd odvolací vrátil vec prípisom zo dňa 20.08.2015 okresnému súdu s odôvodnením, že odvolanie oprávneného Poštová banka, a.s., Bratislava neobsahovalo podstatnú náležitosť v zmysle § 42 ods. 3 Občianskeho súdneho poriadku (ďalej len „O.s.p.“), a to podpis oprávneného, ale bolo podpísané konateľom spoločnosti BENCONT INVESTMENTS, s.r.o., Bratislava a nie oprávneným. S ohľadom na uvedené potom okresnému súdu uložil, aby vyzval oprávneného na doplnenie neúplného odvolania podľa § 43 ods. 1 O.s.p. s poučením, že v prípade nedoplnenia podania súd nebude na toto podanie prihliadať podľa § 43 ods. 3 O.s.p.. Zároveň mal okresný súd oprávneného podľa § 5 O.s.p. poučiť o zastupovaní v súdnom konaní. Exekučný súd následne uznesením č.k. 2Er/1185/2015-40 zo dňa 28. septembra 2015 vyzval oprávneného Poštová banka, a.s., Bratislava na doplnenie odvolania o jeho podpis v lehote 10 dní od doručenia uznesenia. Pred samotným preskúmaním napadnutého uznesenia odvolací súd skúmal, či sú splnené objektívne a subjektívne podmienky odvolacieho konania. Podľa § 42 ods. 3 veta prvá O.s.p., pokiaľ zákon pre podanie určitého druhu nevyžaduje ďalšie náležitosti, musí byť z podania zjavné, ktorému súdu je určené, kto ho robí, ktorej veci sa týka a čo sleduje, a musí byť podpísané a datované. Podľa § 205 ods. 1 O.s.p. v odvolaní sa má popri všeobecných náležitostiach (§ 42 ods. 3) uviesť, proti ktorému rozhodnutiu smeruje, v akom rozsahu sa napáda, v čom sa toto rozhodnutie alebo postup súdu považuje za nesprávny a čoho sa odvolateľ domáha. Podľa § 218 ods. 1 písm. b) O.s.p. odvolací súd odmietne odvolanie, ktoré bolo podané niekým, kto na odvolanie nie je oprávnený. Podľa § 218 ods. 1 písm. d) O.s.p. odvolací súd odmietne odvolanie, ktoré nemá náležitosti podľa § 205 ods. 1 a 2. Podľa § 24 O.s.p., účastník sa môže dať v konaní zastupovať zástupcom, ktorého si zvolí. Ak nejde o zastupovanie podľa § 26, môže si účastník zvoliť za zástupcu len fyzickú osobu. V tej istej veci môže mať účastník súčasne len jedného zvoleného zástupcu; to neplatí, ak ide o zastúpenie podľa § 25. Podľa § 26 ods. 4 O.s.p. právnická osoba založená podľa osobitného zákona (zákon o advokácii) na účel výkonu advokácie môže zastupovať účastníka na základe plnomocenstva v konaní. Podľa § 27 ods. 1 O.s.p. účastník sa môže dať zastúpiť aj ktoroukoľvek fyzickou osobou spôsobilou na právne úkony. Tento zástupca môže konať jedine osobne. Podľa § 27 ods. 3 O.s.p. vo veciach ochrany osobnosti podľa Občianskeho zákonníka, vo veciach ochrany podľa predpisov o masovokomunikačných prostriedkoch, v sporoch vyvolaných alebo súvisiacich s konkurzom a reštrukturalizáciou, v sporoch o ochranu hospodárskej súťaže, v sporoch z porušenia alebo ohrozenia práva na obchodné tajomstvo, v sporoch z právnych vzťahov týkajúcich sa zmeniek, šekov alebo iných cenných papierov, v sporoch súvisiacich s ochranou práva duševného vlastníctva, v konaní s cudzím prvkom, v konaní podľa piatej časti tretej hlavy tohto zákona, vo veciach podľa § 261 ods. 3 Obchodného zákonníka a v konaní podľa Exekučného poriadku sa zastúpenie podľa odseku 1 nepripúšťa. To neplatí, ak zástupca účastníka konania podľa odseku 1 má vysokoškolské vzdelanie druhého stupňa v odbore právo a účastník konania je jeho blízkou osobou. Podľa § 15 ods. 1 zákona č. 586/2003 Z. z. o advokácii a o zmene a doplnení zákona č. 455/1991 Zb. o živnostenskom podnikaní (živnostenský zákon) v znení neskorších predpisov (ďalej len „zákon o advokácii“), advokáti môžu na účel výkonu advokácie založiť spoločnosť s ručením obmedzeným, ktorej predmetom podnikania je poskytovanie právnych služieb. Táto spoločnosť s ručením obmedzeným nesmie mať iný predmet podnikania, jej konateľmi môžu byť len advokáti a musí byť poistená pre prípad zodpovednosti za škodu, ktorá by mohla vzniknúť pri poskytovaní právnych služieb, minimálne s limitom poistného plnenia 1 500 000 EUR za každého spoločníka. Na spoločnosť s ručením obmedzeným sa vzťahujú ustanovenia osobitného predpisu, ak tento zákon neustanovuje inak. Spoločníkom spoločnosti s ručením obmedzeným môže byť iba advokát. V súdnom konaní môže byť účastník konania zastúpený ktoroukoľvek fyzickou osobou spôsobilou na právne úkony alebo právnickou osobou vymedzenou v ustanovení § 26 O.s.p.. Právne zastúpenie je oprávnený poskytovať len advokát alebo právnická osoba založená za účelom výkonu advokácie na základe zákona o advokácii. V exekučnom konaní je navyše zastúpenie ktoroukoľvek fyzickou osobou vylúčené s výnimkou prípadu, že ide o zástupcu účastníka konania, ktorý má vysokoškolské vzdelanie druhého stupňa v odbore právo a účastník konania je jeho blízkou osobou. Z ustanovenia § 26 O.s.p., ktorý vymedzuje právnické osoby, ktoré môžu byť zástupcom účastníka v súdnom konaní vyplýva, že v tomto exekučnom konaní môže oprávneného zastupovať len právnická osoba, ktorej predmetom podnikania je poskytovanie právnych služieb podľa zákona o advokácii. Oprávnený ako účastník exekučného konania teda môže byť zastúpený právnickou osobou len v prípade splnenia podmienok uvedených v ust. § 15 ods. 1 zákona o advokácii. Z výpisu z obchodného registra spoločnosti BENCONT INVESTMENTS, s.r.o., Bratislava vyplýva, že predmetom podnikania tejto spoločnosti nie je poskytovanie právnych služieb. Nakoľko v zmysle citovaných ustanovení O.s.p. môže byť zástupcom účastníka v exekučnom konaní len advokát alebo osoba, ktorá má vysokoškolské vzdelanie druhého stupňa v odbore právo a účastník konania je jeho blízkou osobou alebo právnická osoba spĺňajúca podmienky zákona o advokácii, odvolací súd mal za to, že spoločnosť BENCONT INVESTMENTS, s.r.o., Bratislava zákonom stanovené náležitosti pre to, aby mohla byť zástupcom účastníka exekučného konania v prejednávanej veci nespĺňa. Odvolanie zo dňa 09. júna 2015 bolo podpísané len osobou oprávnenou konať v mene spoločnosti BENCONT INVESTMENTS, s.r.o., Bratislava, pričom oprávnený, v mene ktorého spoločnosť BENCONT INVESTMENTS, s.r.o., Bratislava odvolanie podala, napriek výzve exekučného súdu odvolanie nepodpísal, odvolanie teda neobsahuje všetky zákonom požadované náležitosti - podpis oprávneného a bolo podané neoprávnenou osobou. Odvolací súd preto odvolanie podľa § 218 ods. 1 písm. b) a d) O.s.p. odmietol. Toto rozhodnutie prijal senát krajského súdu pomerom hlasov 3:0 (§ 3 ods. 9 zák. č. 757/2004 Z. z. o súdoch a o zmene a doplnení niektorých zákonov v znení účinnom od 01. mája 2011). Toto rozhodnutie prijal senát krajského súdu pomerom hlasov 3:0 (§ 3 ods. 9 zák. č. 757/2004 Z. z. o súdoch a o zmene a doplnení niektorých zákonov v znení účinnom od 01. mája 2011). Poučenie: Proti tomuto uzneseniu nie je odvolanie prípustné.</w:t>
      </w:r>
    </w:p>
    <w:p/>
    <w:p>
      <w:r>
        <w:t>Zdroj: KAUZIS.SK – https://www.kauzis.sk/judikatura/r/ECLI:SK:KSBB:2016:6115208469.2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