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43CoE/286/2016 z 16. 8. 2016</w:t>
      </w:r>
    </w:p>
    <w:p>
      <w:r>
        <w:t>Uznesenie Krajského súdu Banská Bystrica z 16. augusta 2016, sp. zn. 43CoE/286/2016, ECLI:SK:KSBB:2016:6115221925.1</w:t>
      </w:r>
    </w:p>
    <w:p>
      <w:r>
        <w:t>Súd: Krajský súd Banská Bystrica</w:t>
      </w:r>
    </w:p>
    <w:p>
      <w:r>
        <w:t>Spisová značka: 43CoE/286/2016</w:t>
      </w:r>
    </w:p>
    <w:p>
      <w:r>
        <w:t>ECLI: ECLI:SK:KSBB:2016:6115221925.1</w:t>
      </w:r>
    </w:p>
    <w:p>
      <w:r>
        <w:t>Dátum vydania: 16. 8.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103277</w:t>
      </w:r>
    </w:p>
    <w:p/>
    <w:p>
      <w:r>
        <w:t>Zdroj: KAUZIS.SK – https://www.kauzis.sk/judikatura/r/ECLI:SK:KSBB:2016:6115221925.1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