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41Cob/274/2016 z 29. 11. 2016</w:t>
      </w:r>
    </w:p>
    <w:p>
      <w:r>
        <w:t>Uznesenie Krajského súdu Banská Bystrica z 29. novembra 2016, sp. zn. 41Cob/274/2016, ECLI:SK:KSBB:2016:6116202247.1</w:t>
      </w:r>
    </w:p>
    <w:p>
      <w:r>
        <w:t>Súd: Krajský súd Banská Bystrica</w:t>
      </w:r>
    </w:p>
    <w:p>
      <w:r>
        <w:t>Spisová značka: 41Cob/274/2016</w:t>
      </w:r>
    </w:p>
    <w:p>
      <w:r>
        <w:t>ECLI: ECLI:SK:KSBB:2016:6116202247.1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83925</w:t>
      </w:r>
    </w:p>
    <w:p/>
    <w:p>
      <w:r>
        <w:t>Zdroj: KAUZIS.SK – https://www.kauzis.sk/judikatura/r/ECLI:SK:KSBB:2016:6116202247.1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