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15Co/290/2015 z 27. 4. 2016</w:t>
      </w:r>
    </w:p>
    <w:p>
      <w:r>
        <w:t>Uznesenie Krajského súdu Banská Bystrica z 27. apríla 2016, sp. zn. 15Co/290/2015, ECLI:SK:KSBB:2016:6314200544.2</w:t>
      </w:r>
    </w:p>
    <w:p>
      <w:r>
        <w:t>Súd: Krajský súd Banská Bystrica</w:t>
      </w:r>
    </w:p>
    <w:p>
      <w:r>
        <w:t>Spisová značka: 15Co/290/2015</w:t>
      </w:r>
    </w:p>
    <w:p>
      <w:r>
        <w:t>ECLI: ECLI:SK:KSBB:2016:6314200544.2</w:t>
      </w:r>
    </w:p>
    <w:p>
      <w:r>
        <w:t>Dátum vydania: 27. 4. 2016</w:t>
      </w:r>
    </w:p>
    <w:p>
      <w:r>
        <w:t>Forma: Uznesenie</w:t>
      </w:r>
    </w:p>
    <w:p>
      <w:pPr>
        <w:pStyle w:val="Heading2"/>
      </w:pPr>
      <w:r>
        <w:t>Text rozhodnutia</w:t>
      </w:r>
    </w:p>
    <w:p>
      <w:r>
        <w:t>Súd: Krajský súd Banská Bystrica Spisová značka: 15Co/290/2015 Identifikačné číslo súdneho spisu: 6314200544 Dátum vydania rozhodnutia: 28. 04. 2016 Meno a priezvisko sudcu, VSÚ: JUDr. Klaudia Kosková ECLI: ECLI:SK:KSBB:2016:6314200544.2 Uznesenie Krajský súd v Banskej Bystrici v právnej veci navrhovateľa Y. W., nar. XX. XX. XXXX, bytom W. nad G., J. X, proti odporkyni W. Q., nar. XX. XX. XXXX, bytom X., K. W. XX, v konaní o zaplatenie 1.991 Eur s prísl., na odvolanie navrhovateľa proti uzneseniu Okresného súdu Brezno zo dňa 03. 03. 2014, č. k. 3C/13/2014-113, r o z h o d o l : Odvolanie navrhovateľa o d m i e t a . o d ô v o d n e n i e : Napadnutým uznesením okresný súd konanie zastavil a o trovách rozhodol tak, že žiaden z účastníkov nemá právo na náhradu trov konania. Proti uzneseniu okresného súdu podal odvolanie navrhovateľ, ktoré nemalo zákonom stanovené náležitosti podľa § 205 ods. 1, 2 O. s. p. Súd prvého stupňa preto postupujúc podľa § 209 ods. 1 O. s. p. uznesením č. k. 3C/13/2014-124 zo dňa 03. 02. 2015 vyzval navrhovateľa, aby v lehote do 10 dní od doručenia uznesenia opravil a doplnil svoje odvolanie s tým, aby presne uviedol, v čom toto rozhodnutie alebo postup súdu považuje za nesprávne, čoho sa domáha, teda ako navrhuje, aby odvolací súd rozhodol. Súčasne navrhovateľa poučil o tom, že ak v určenej lehote odvolanie nebude opravené alebo doplnené, odvolací súd odvolanie odmietne [§ 218 ods. 1 písm. d) O. s. p.]. Navrhovateľ na výzvu reagoval svojim podaním, ktoré došlo Okresnému súdu Brezno dňa 17. 02. 2015, ktorým však opätovne neodstránil nedostatky vytýkané prvostupňovým súdom vo svojom odvolaní. Krajský súd, ako súd odvolací, vo veci rozhodol bez nariadenia pojednávania podľa § 214 ods. 2 O. s. p. a odvolanie podľa ust. § 218 ods. 1 písm. d) O. s. p. odmietol. Odvolací súd odmietne odvolanie, ktoré nemá náležitosti podľa § 205 ods. 1 a 2; ak boli dodržané podmienky podľa § 209 ods. 1 a § 211 ods. 1 [§ 218 ods. 1 písm. d) O. s. p.]. Odvolací súd skúmal, či boli splnené podmienky podľa § 209 ods. 1 O. s. p. Podľa citovaného ustanovenia súd prvého stupňa uznesením vyzve toho, kto podal odvolanie neobsahujúce náležitosti podľa § 205 ods. 1 a 2 O. s. p., aby chýbajúce náležitosti doplnil, a poučí ho o následkoch neodstránenia vád odvolania podľa § 218 ods. 1 písm. d) O. s. p. Ak sa aj napriek výzve súdu odvolanie nedoplní alebo ak ide o oneskorené odvolanie, alebo podané tým, kto naň nie je oprávnený, predloží súd prvého stupňa odvolanie na rozhodnutie odvolaciemu súdu (ods. 1). Prvostupňový súd vyzval navrhovateľa na odstránenie vád, náležite ho poučil podľa § 218 ods. 1 písm. d) O. s. p. Navrhovateľ napriek tomu, že zaslal prvostupňovému súdu ďalšie podanie, ktoré došlo Okresnému súdu Brezno dňa 17. 02. 2015, riadne nedoplnil svoje odvolanie v zmysle výzvy okresného súdu. Podľa ust. § 205 ods. 1 O. s. p. okrem iného sa v odvolaní musí uviesť, v čom toto rozhodnutie alebo postup súdu považuje za nesprávny. Odvolací súd dospel k záveru, že boli dodržané podmienky podľa ust. § 209 ods. 1 (§ 211 ods. 1 O. s. p. sa neaplikoval, pretože súd prvého stupňa správne postupoval), odvolanie navrhovateľa nemá náležitosti podľa § 205 ods. 1 a 2 O. s. p., preto odvolanie odmietol. Toto rozhodnutie prijal senát krajského súdu pomerom hlasov 3 : 0. Poučenie: Proti tomuto uzneseniu odvolanie nie je prípustné.</w:t>
      </w:r>
    </w:p>
    <w:p/>
    <w:p>
      <w:r>
        <w:t>Zdroj: KAUZIS.SK – https://www.kauzis.sk/judikatura/r/ECLI:SK:KSBB:2016:6314200544.2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