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17Co/433/2016 z 22. 11. 2016</w:t>
      </w:r>
    </w:p>
    <w:p>
      <w:r>
        <w:t>Uznesenie Krajského súdu Banská Bystrica z 22. novembra 2016, sp. zn. 17Co/433/2016, ECLI:SK:KSBB:2016:6414200424.2</w:t>
      </w:r>
    </w:p>
    <w:p>
      <w:r>
        <w:t>Súd: Krajský súd Banská Bystrica</w:t>
      </w:r>
    </w:p>
    <w:p>
      <w:r>
        <w:t>Spisová značka: 17Co/433/2016</w:t>
      </w:r>
    </w:p>
    <w:p>
      <w:r>
        <w:t>ECLI: ECLI:SK:KSBB:2016:6414200424.2</w:t>
      </w:r>
    </w:p>
    <w:p>
      <w:r>
        <w:t>Dátum vydania: 22. 11. 2016</w:t>
      </w:r>
    </w:p>
    <w:p>
      <w:r>
        <w:t>Forma: Uznesenie</w:t>
      </w:r>
    </w:p>
    <w:p>
      <w:r>
        <w:t>Oblasť práva: Občianske právo</w:t>
      </w:r>
    </w:p>
    <w:p>
      <w:pPr>
        <w:pStyle w:val="Heading2"/>
      </w:pPr>
      <w:r>
        <w:t>Text rozhodnutia</w:t>
      </w:r>
    </w:p>
    <w:p>
      <w:r>
        <w:t>Súd: Krajský súd Banská Bystrica Spisová značka: 17Co/433/2016 Identifikačné číslo súdneho spisu: 6414200424 Dátum vydania rozhodnutia: 23. 11. 2016 Meno a priezvisko sudcu, VSÚ: JUDr. Zita Nagypálová ECLI: ECLI:SK:KSBB:2016:6414200424.2 Uznesenie Krajský súd v Banskej Bystrici, ako súd odvolací, v senáte zloženom z predsedníčky senátu JUDr. Zity Nagypálovej a sudcov JUDr. Renáty Deákovej a Mgr. Dušana Ďuriana ako členov senátu, v právnej veci žalobcu D. P. L. G. AG, D. XXC, CH-XXXX I., V., IČO: CHE-XXX.XXX.XXX, zastúpený advokátom JUDr. Jánom Šoltésom, so sídlom Karadžičova 8, 810 00 Bratislava, proti žalovanému F. L., nar. XX. XX. XXXX, bytom R.. P.. A. 899/19, XXX XX I. nad O., za účasti Združenia na ochranu občana spotrebiteľa HOOS, so sídlom Námestie legionárov 5, 080 01 Prešov, IČO: 42 176 778, zastúpeného advokátom JUDr. Andrejom Cifrom, so sídlom J. Kráľa 5/A, 984 01 Lučenec, v konaní o zaplatenie 3 597,20 Eur s príslušenstvom o odvolaní Združenia na ochranu občana spotrebiteľa HOOS proti uzneseniu Okresného súdu Žiar nad Hronom č. k. 19C/80/2015-53 z 25. júna 2015, takto r o z h o d o l : I. Uznesenie súdu prvej inštancie vo výroku, ktorým vyslovil, že žiaden z účastníkov konania nemá právo na náhradu trov konania mení v časti trov bývalého vedľajšieho účastníka Združenie na ochranu občana spotrebiteľa HOOS tak, že Združenie na ochranu občana spotrebiteľa HOOS, so sídlom Nám. Legionárov 5, 080 01 Prešov má voči žalobcovi nárok na náhradu trov konania na súde prvej inštancie v rozsahu 100 %. II. Návrh Združenia na ochranu občana spotrebiteľa HOOS, so sídlom Nám. Legionárov 5, 080 01 Prešov na pribratie do konania ako osobitného subjektu podľa § 95 zákona č. 160/2015 Z. z. Civilný sporový poriadok zamieta. III. Združenie na ochranu občana spotrebiteľa HOOS, so sídlom Nám. Legionárov 5, 080 01 Prešov má nárok na náhradu trov odvolacieho konania voči žalobcovi v rozsahu 100 %. o d ô v o d n e n i e : 1. Súd prvej inštancie konanie pre späťvzatie žaloby žalobcom podľa § 96 ods. 1 zákona č. 99/1963 Zb. Občiansky súdny poriadok (ďalej „O. s. p.“), ktorý bol ku dňu 01. 07. 2016 zrušený zákonom č. 160/2015 Z. z. Civilný sporový poriadok (ďalej „C. s. p.“) zastavil. Žiadnej zo strán (žiadnemu z účastníkov) právo na náhradu trov konania nepriznal a žalobcovi vrátil časť zaplateného súdneho poplatku za návrh. 2. Uznesenie súdu prvej inštancie iba vo výroku o trovách konania napadol odvolaním subjekt, ktorý podľa O. s. p. účinného do 30. 06. 2016 vystupoval v konaní ako vedľajší účastník na strane žalovaného Združenie na ochranu občana spotrebiteľa HOOS, so sídlom Nám. Legionárov 5, Prešov. Súdu prvej inštancie vytýkal nesprávne právne posúdenie veci, keď o trovách konania rozhodol podľa ustanovenia § 146 ods. 1 písm. c) O. s. p.. Tvrdil, že súd mal pri rozhodovaní o trovách konania aplikovať ustanovenie § 146 ods. 2 prvá veta O. s. p., podľa ktorého, ak niektorý z účastníkov zavinil, že konanie sa muselo zastaviť, je povinný uhradiť jeho trovy. Navrhol zmeniť uznesenie súdu prvej inštancie v napadnutej časti tak, že žalobcovi bude uložená povinnosť zaplatiť Združeniu na ochranu občana spotrebiteľa HOOS náhradu trov konania na súde prvej inštancie vo výške 334,01 Eur. Uplatnil si náhradu trov odvolacieho konania. 3. Žalobca vo vyjadrení k odvolaniu Združenia na ochranu občana spotrebiteľa HOOS uviedol, že dispozičný úkon späťvzatie žaloby uskutočnil žalobca s prihliadnutím na ustanovenie § 5b zákona č. 250/2007 Z. z. o ochrane spotrebiteľa, nakoľko by súd prvej inštancie z úradnej povinnosti posúdil nárok žalobcu uplatnený v predmetnom konaní ako premlčaný. Trovy konania, ktoré vznikli bývalému vedľajšiemu účastníkov v konaní nepovažoval za účelne vynaložené. Účelnosť vynaložených nákladov je podmienkou ich priznania. Združenie na ochranu občana spotrebiteľa HOOS vstúpilo do konania a k žalobe sa vyjadrilo formulárovým podaním, ktoré žalobcovi doručené nebolo. Žalobca vzal späť návrh na začatie konania potom, ako bol súdom prvej inštancie vyzvaný na predloženie dôkazov, ktorými nedisponuje. Správanie žalobcu tak zjavne nebolo v príčinnej súvislosti s úkonmi Združenia na ochranu občana spotrebiteľa HOOS z dôvodu, že o nich žalobca nemal vedomosť. Za absurdné označil žalobca, že za úkony, ktoré Združenie na ochranu občana spotrebiteľa HOOS predkladá v prípade stoviek ďalších súdnych konaní požaduje priznanie náhrady trov právneho zastupovania o to viac, ak boli vykonané v čase, kedy bol súd povinný na premlčanie alebo inú zákonnú prekážku prihliadnuť aj bez návrhu. Združenie na ochranu občana spotrebiteľa HOOS v čase vstupu do konania ani nevedelo, do akého právne jednoduchého alebo zložitého súdneho konania vstupuje a či v ňom účelne využije právne zastúpenie. Zákon o ochrane spotrebiteľa predpokladá existenciu združení na ochranu spotrebiteľa, ktoré mohli byť podľa § 93 ods. 2 O. s. p. vedľajším účastníkom v konaní, ak tento cieľ (ochrana spotrebiteľa) bol hlavnou náplňou jeho činnosti. Poukázal na viaceré rozhodnutia všeobecných súdov, najvyššieho súdu a ústavného súdu, podľa ktorých neboli porušené žiadne práva spotrebiteľského združenia tým, že náhrada trov konania takémuto subjektu priznaná nebola. Žalobca nepopiera právo združenia na ochranu spotrebiteľov na právnu pomoc, ale v situácii, kedy sú súdy povinné z úradnej moci poskytnúť spotrebiteľom pomoc, účasť takéhoto združenia v spore už nie je nevyhnutná a súd by nemal o náhrade trov konania rozhodovať mechanicky, ale osobitne posudzovať každý jednotlivý prípad. Právny zástupca Združenia na ochranu občana spotrebiteľa HOOS si nesprávne vyčísluje trovy právneho zastúpenia za úkon právnej služby - odvolanie, čo dokazuje, že skutočnou motiváciou vstupu do konania nebola pomoc spotrebiteľovi. Navrhol potvrdiť uznesenie súdu prvej inštancie v napadnutom výroku ako vecne správne a priznať žalobcovi proti odvolateľovi nárok na náhradu trov odvolacieho konania. 4. V priebehu odvolacieho konania doručilo Združenie na ochranu občana spotrebiteľa HOOS súdu prvej inštancie návrh, aby s týmto združením súd naďalej konal ako osobitným subjektom podľa § 95 ods. 1 C. s. p.. Tvrdil, že sa na základe oznámenia o vstupe do konania ako vedľajší účastník za účinnosti O. s. p. v znení účinnom do 30. 06. 2016 stal vedľajším účastníkom na strane žalovaného, v zmysle § 470 ods. 2 C. s. p. zostali účinky tohto úkonu zachované. Inštitút osobitného subjektu konania podľa § 95 C. s. p. svojím obsahom a účelom zodpovedá pôvodnej právnej úprave inštitútu vedľajšieho účastníka podľa § 93 ods. 2 O. s. p. a pre prípad, že by sa súd nestotožnil s jeho argumentáciou navrhol, aby ho súd ako osobitný subjekt do konania pribral. 5. Podľa § 95 ods. 1 C. s. p. na ochranu práv strany môže súd aj bez návrhu do konania pribrať orgán verejnej moci, v pôsobnosti ktorého je ochrana základných ľudských práv a slobôd alebo právnickú osobu, ktorej predmetom činnosti je ochrana práv podľa osobitného predpisu, ak s tým strana na ochranu práv, ktorej má vystupovať, súhlasí. 6. Konanie na Okresnom súde Žiar nad Hronom začalo 17. januára 2014 doručením žaloby tomuto súdu právnym predchodcom žalobcu spoločnosťou X. Q., s. r. o. zastúpenou Advokátskou kanceláriou JUDr. Peter Kováč, s. r. o, so sídlom v Bratislave. Žalovaným je F. L., bytom I. Z. O., proti ktorému si pôvodný žalobca uplatňoval pohľadávku vo výške 3 597,20 Eur zo zmluvy o úvere zo dňa 18. 02. 2008, ktorý žalovaný nesplatil. Právny zástupca žalobcu si uplatňoval aj náhradu trov právneho zastupovania. Dňa 6. februára 2014 doručilo Združenie na ochranu občana spotrebiteľa HOOS v zastúpení JUDr. Andrejom Cifrom, advokátom Okresnému súdu Žiar nad Hronom oznámenie, že vstupuje do konania ako vedľajší účastník na strane žalovaného podľa § 93 ods. 2 O. s. p. a žiadal doručiť žalobcu s prílohami a „odporúčal“ spotrebiteľovi F. L., aby sa čo najskôr po doručení tohto písomného podania skontaktoval s právnym zástupcom Združenie na ochranu občana spotrebiteľa HOOS aj s uvedeným telefónnych čísel. Súd prvej inštancie vyzval ešte pôvodného žalobcu na doloženie zmluvy o úvere zo dňa 18. februára 2008 z dôvodu, že k žalobe pripojená nebola. Táto výzva zostala bez odpovede. Dňa 19. 06. 2014 doručila obchodná spoločnosť D. P. L. G. AG, so sídlom vo V. súdu prvej inštancie návrh na zmenu žalobcu podľa § 92 ods. 2 O. s. p. a tomuto návrhu súd prvej inštancie vyhovel. Uznesením č. k. 16Rob/28/2014-37 z 30. septembra 2014 spolu s uznesením o pripustení zmeny účastníka na strane žalobcu bolo žalovanému doručené aj oznámenie o vstupe vedľajšieho účastníka do konania a právnemu zástupcovi vtedajšieho vedľajšieho účastníka aj kópia žaloby. V podaní z 21. 10. 2014 zástupca vedľajšieho účastníka žiadal, aby súd prvej inštancie vyzval žalobcu na doloženie zmluvy o úvere na financovanie osobného motorového vozidla a obratom ju doručil právnemu zástupcovi vtedajšieho vedľajšieho účastníka z dôvodu, že bez tejto zmluvy sa vedľajší účastník nevie k veci v plnom rozsahu vyjadriť. Okrem rozboru ustanovení upravujúcich spotrebiteľské zmluvy v Občianskom zákonníku vtedajší vedľajší účastník v tomto vyjadrení uviedol aj to, že v predmetnej veci nie je potrebné osobitne poukazovať na neprijateľné zmluvné podmienky z dôvodu, že dodávateľ zmluvu vypovedal výpoveďou zo dňa 13. 09. 2009, ako to vyplýva z bodu 1 žaloby, avšak výpoveď doposiaľ nepredložil. Poukázal na ustanovenie Občianskeho zákonníka o premlčaní a vzniesol námietku premlčania. Na č. l. 46 spisu sa nachádza referát vyššieho súdneho úradníka: „1. urguj navrhovateľa predložiť zmluvu o úvere zo dňa 18. 02. 2008, nakoľko k návrhu nebola pripojená - v lehote 10 dní, doruč PZ navrhovateľa JUDr. Ján Šoltés, 2. kalendár 15 dní, 3. po doručení zmluvy o úvere, prípadne po lehote preveď do registra C - nie sú splnené podmienky pre rozhodnutie PR, pretože po vstupe vedľajšieho účastníka do konania č. l. 25, vedľajší účastník na č. l. 40-42 doručil vyjadrenie, v ktorom spochybňuje nárok navrhovateľa a namieta neprijateľné zmluvné podmienky a premlčanie nároku navrhovateľa - č. l. 42 - spotrebiteľský úver č. l. 5, v reg. 16 Rob/28/2014 vyznač skončené - prevedené do registra C“. Kancelária túto úpravu podľa záznamu na č. l. 46 nerealizovala s poukazom na nasledujúci obsah spisu č. l. 47 a 48, kde je žurnalizované plnomocenstvo udelené žalovaným advokátovi JUDr. Jozefovi Baranovi zo Žiaru nad Hronom na zastupovanie v konaní vedenom na Okresnom súde Žiar nad Hronom pod sp. zn. 16Rob/28/2014 a vyjadrenie advokáta JUDr. Jozefa Barana v mene žalovaného, v ktorom namieta tvrdenia žalobcu o tom, že žalovaný pohľadávku z úveru neuhradil ani čiastočne s tým, že žalovaný eviduje úhrady z roku 2008 a že motorové vozidlo, na kúpu ktorého bol žalovanému poskytnutý úver, bolo žalovanému odobraté a odpredané. Finančné prostriedky získané odpredajom vozidla žalobca pri podaní žaloby na súd nezohľadnil, preto žiada, aby súd vyzval žalobcu na presné špecifikovanie dlžnej sumy, v ktorej budú zohľadnené žalovaným vykonané úhrady a finančné prostriedky získané pri predaji vozidla. Následne sa žalovaný k tejto špecifikácii vyjadrí. Za týmito listinami opäť nasleduje rovnaký referát VSÚ ako na č. l. 46 o potrebe vyzvať žalobcu na doloženie zmluvy o úvere a prevedenie veci bez vydania platobného rozkazu z registra „Rob“ do registra „C“ vzhľadom na vyjadrenie vtedajšieho vedľajšieho účastníka a v ňom vznesenej námietke premlčania. Výzva bola podľa záznamu v spise právnemu zástupcovi žalobcu JUDr. Jánovi Šoltésovi odoslaná 9. februára 2015 a 2. marca 2015 bola vec prevedená do registra „C“ pod sp. zn. 19C/80/2015. V ten istý deň 2. marca 2015 prijala podateľňa Okresného súdu Žiar nad Hronom od právneho zástupcu žalobcu JUDr. Jána Šoltésa späťvzatie žaloby v plnom rozsahu bez uvedenia dôvodu so žiadosťou o vrátenie časti kráteného súdneho poplatku zo žaloby. O späťvzatí žaloby rozhodol súd napadnutým uznesením. 7. Podľa § 95 ods. 1 C. s. p. na ochranu práv strany môže súd aj bez návrhu do konania pribrať orgán verejnej moci, v pôsobnosti ktorého je ochrana základných ľudských a práv a slobôd alebo právnickú osobu, ktorej predmetom činnosti je ochrana práv podľa osobitného predpisu, ak s tým strana na ochranu práv, ktorej má vystupovať, súhlasí. 8. Združenie na ochranu občana spotrebiteľa HOOS je právnickou osobou, ktorej predmetom činnosti je ochrana práv spotrebiteľa podľa zákona č. 250/2007 Z. z. o ochrane spotrebiteľa a o zmene zákona Slovenskej národnej rady č. 372/1990 Zb. o priestupkoch v znení neskorších predpisov (ďalej len „zákon č. 250/2007 Z. z.“). Pred súdom prvej inštancie vystupovalo toto združenie ako vedľajší účastník na strane žalovaného (spotrebiteľa) za účelom ochrany jeho práv. Inštitút vedľajšieho účastníctva v zmysle § 93 ods. 2 O. s. p., podľa ktorého sa ako vedľajší účastník mohol popri žalobcovi alebo žalovanom zúčastniť konania aj právnická osoba, ktorej predmetom činnosti je ochrana práv podľa osobitného predpisu a týmto osobitným predpisom je aj zákon č. 250/2007 Z. z. Civilný sporový poriadok neprevzal. Vedľajší účastník podľa Občianskeho súdneho poriadku sa automaticky nadobudnutím účinnosti Civilného sporového poriadku netransformoval na osobitný subjekt podľa § 95 C. s. p. ani na intervenienta podľa § 81 C. s. p.. O návrhu subjektu, ktorý mieni v konaní podľa C. s. p. vystupovať ako osobitný subjekt, aby ho súd pribral do konania, musí súd vždy rozhodnúť. Odvolací súd návrh Združenia na ochranu občana spotrebiteľa HOOS, aby ho pribral do konania ako osobitný subjekt podľa § 95 C. s. p. zamietol z dôvodu, že konanie vo veci samej bolo z dôvodu späťvzatia žaloby zastavené a vec je živá len z dôvodu potreby rozhodnutia o odvolaní bývalého vedľajšieho účastníka proti uzneseniu súdu prvej inštancie o trovách konania. O odvolaní bývalého vedľajšieho účastníka je potrebné v zmysle § 470 ods. 1, 2 C. s. p. rozhodnúť z dôvodu, že podanie opravného prostriedku vyvolalo účinky predpokladané Občianskym súdnym poriadkom (devolutívny a suspenzívny účinok odvolania), právoplatnosť výroku o trovách konania sa odložila kým o odvolaní bývalého vedľajšieho účastníka nerozhodne odvolací súd (§ 206 ods. 1 O. s. p.). 9. Krajský súd v dôsledku odvolania Združenia na ochranu občana spotrebiteľa HOOS prejednal vec bez nariadenia odvolacieho pojednávania podľa § 385 ods. 1 C. s. p. z dôvodu, že nebolo potrebné zopakovať ani doplniť dokazovanie a prejednanie veci na odvolacom pojednávaní si nevyžadoval verejný záujem. Preskúmaním celého obsahu spisu, postupu súdu prvej inštancie a jeho rozhodnutia dospel odvolací súd k záveru, že odvolanie Združenia na ochranu občana spotrebiteľa HOOS je dôvodné a rozhodnutie súdu prvej inštancie vo výroku o trovách konania vo vzťahu k bývalému vedľajšiemu účastníkovi je potrebné podľa § 388 zmeniť z dôvodu, že nie sú splnené podmienky na jeho potvrdenie ani na jeho zrušenie. 10. Podstatou odvolania bývalého vedľajšieho účastníka je tvrdenie, že súd prvej inštancie nesprávne aplikoval ustanovenia Občianskeho súdneho poriadku o trovách konania, keď podľa § 146 ods. 1 písm. c) O. s. p. rozhodol, že žiadnemu z účastníkov právo na náhradu trov konania nepriznáva bez toho, aby v odôvodnení uviedol relevantné dôvody, pre ktoré by vedľajší účastník na strane žalovaného nemal právo na náhradu trov konania, keď zastavenie konania zavinil žalobca späťvzatím žaloby. Obrana žalobcu vo vyjadrení k odvolaniu bývalého vedľajšieho účastníka je založená na tvrdení, že vstup vedľajšieho účastníka do konania, jeho úkony prostredníctvom právneho zástupcu neboli potrebné ani účelné z dôvodu, že podľa zákona č. 250/2007 Z. z. musel súd z úradnej moci prihliadnuť na premlčanie nároku a vznesenie námietky premlčania Združením na ochranu občana spotrebiteľa HOOS nemalo pre priebeh sporu žiadnu relevanciu. Vyjadrenie bývalého vedľajšieho účastníka hodnotí žalobca ako formulárové bez vzťahu ku konkrétnej veci (i keď mu nebolo doručené) a dožaduje sa rozhodnutia o odvolaní združenia s prihliadnutím na konkrétne okolnosti prípadu. 10.1 S názorom žalobcu, že úkony uskutočnené bývalým vedľajším účastníkom v konaní neboli účelné a neprispeli k ochrane práv žalovaného, nie je možné súhlasiť. Úkony združenia nie sú formulárové, vzťahujú sa ku konkrétnej veci. Za formulárové a nekonkrétne považuje odvolací súd vyjadrenie žalobcu k odvolaniu bývalého vedľajšieho účastníka, ktoré v podstatnej časti tvorí len skopírovanú zmes časti rozhodnutí súdu a žalobca si ani nedal záležať na tom, aby obsah tohto formulárového vyjadrenia prispôsobil prejednávanej veci, keď na druhej strane v druhom odseku uvádza: „vzhľadom na vysoký štandard ochrany spotrebiteľa zákonmi a následne súdmi Slovenskej republiky je zbytočné a neúčelné, aby bol spotrebiteľ v konaní chránený aj vedľajším účastníkom s vlastným právnym zastúpením. Žalovaná ako spotrebiteľ dosiahla v konaní rovnaký úspech bez pričinenia vedľajšieho účastníka a to práve z dôvodu povinnosti súdu ex offo prihliadnuť na premlčanie nároku“. Stranou sporu nebola „žalovaná“, ale žalovaný. 11. Ustanovenie § 5b zákona č. 250/2007 Z. z.,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je účinné od 1. mája 2014, teda od neskoršieho dátumu než Združenie na ochranu občana spotrebiteľa HOOS vstúpilo do konania (vstup vedľajšieho účastníka je z dátumu 6. februára 2014) napriek tomu, podľa referátu vyššieho súdneho úradníka z 21. 01. 2015 a 5. februára 2015 nebola vec z registra skrátených konaní „Ro“ prevedená do registra občiansko-právnych konaní „C“ s odvolávkou na ustanovenie § 5b zákona č. 250/2007 Z. z., ktoré prikazuje súdu ex offo prihliadať na premlčanie nároku, ale s poukazom na námietku premlčania vznesenú vtedajším vedľajším účastníkom, ktorý jediný v konaní spochybňoval nárok žalobcu s konkrétnym tvrdením, že súd sa vôbec nemusí zaoberať neprijateľnými zmluvnými podmienkami spotrebiteľskej zmluvy o úvere z dôvodu, že zmluva zanikla výpoveďou z 13. 09. 2009 a nárok si uplatnil žalobca po uplynutí trojročnej premlčacej doby podľa ustanovení Občianskeho zákonníka. Žalovaný si zvolil v konaní za zástupcu advokáta JUDr. Jozefa Barana, ktorý námietku premlčania v mene žalovaného nevzniesol, jeho vyjadrenie z 3. februára 2015 na č. l. 47 spisu sa týka iba výšky uplatneného nároku. 11.1 Rozhodnutia, na ktoré žalobca vo vyjadrení k odvolaniu Združenia na ochranu občana spotrebiteľa HOOS poukazoval riešia odlišnú právnu situáciu, kedy bývalý vedľajší účastník podľa § 93 ods. 2 O. s. p. poskytoval ochranu spotrebiteľovi súčasne so súdom a hlavným účastníkom. V tejto veci bývalý vedľajší účastník ako jediný predniesol účinnú obranu práv spotrebiteľa (ktorý si sám svoje práva nehájil, i keď si zvolil za právneho zástupcu advokáta), preto polemika o účelnosti úkonov Združenia na ochranu občana spotrebiteľa HOOS (jeho zástupcu) nie je na mieste. 12. Odvolací súd vychádzajúc z obsahu tohto konkrétneho spisu, posudzujúc konkrétne úkony odvolateľa, súdu a strán sporu dospel k názoru, že odvolanie Združenia na ochrana občana spotrebiteľa HOOS je dôvodné a je potrebné výrok rozhodnutia o trovách konania vo vzťahu k nemu zmeniť tak, že má Združenie na ochranu občana spotrebiteľa HOOS nárok na náhradu trov konania na súde prvej inštancie voči žalobcovi v rozsahu 100 % a to podľa § 256 ods. 1 C. s. p., ktoré je obsahom a účelom najbližšie (článok 4 ods. 1 C. s. p.) ustanoveniu § 146 ods. 2 veta prvá O. s. p., ktoré mal súd prvej inštancie na rozhodovanie o trovách konania ku dňu 25. júna 2015 aplikovať. Odvolací súd v súlade s § 262 ods. 1 C. s. p. rozhodol len o nároku bývalého vedľajšieho účastníka na náhradu trov konania proti žalobcovi, ktoré mu vznikli v konaní pred súdom prvej inštancie a v odvolacom konaní podľa § 255 ods. 1 C. s. p. z dôvodu plného úspechu a o výške náhrady trov konania rozhodne podľa § 262 ods. 2 C. s. p. súd prvej inštancie po právoplatnosti rozhodnutia, ktorým sa konanie končí samostatným uznesením, ktoré vydá súdny úradník. 13.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https://www.kauzis.sk/judikatura/r/ECLI:SK:KSBB:2016:6414200424.2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