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17Co/239/2016 z 7. 6. 2016</w:t>
      </w:r>
    </w:p>
    <w:p>
      <w:r>
        <w:t>Uznesenie Krajského súdu Banská Bystrica z 7. júna 2016, sp. zn. 17Co/239/2016, ECLI:SK:KSBB:2016:6414202042.2</w:t>
      </w:r>
    </w:p>
    <w:p>
      <w:r>
        <w:t>Súd: Krajský súd Banská Bystrica</w:t>
      </w:r>
    </w:p>
    <w:p>
      <w:r>
        <w:t>Spisová značka: 17Co/239/2016</w:t>
      </w:r>
    </w:p>
    <w:p>
      <w:r>
        <w:t>ECLI: ECLI:SK:KSBB:2016:6414202042.2</w:t>
      </w:r>
    </w:p>
    <w:p>
      <w:r>
        <w:t>Dátum vydania: 7.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17Co/239/2016 Identifikačné číslo súdneho spisu: 6414202042 Dátum vydania rozhodnutia: 08. 06. 2016 Meno a priezvisko sudcu, VSÚ: JUDr. Renáta Deáková ECLI: ECLI:SK:KSBB:2016:6414202042.2 Uznesenie Krajský súd v Banskej Bystrici, ako súd odvolací, v právnej veci navrhovateľky G. J., nar. XX. XX. XXXX, bytom K. XXX/XX, E. nad K., zastúpenej Advokátska kancelária JUDr. Peter Rybár, s. r. o., so sídlom Kuzmányho 29, 040 01 Košice, IČO: 47 234 466, proti odporcovi POHOTOVOSŤ s. r. o., Pribinova 25, Bratislava, IČO: 35 807 598, v konaní o zaplatenie 570,92 € s príslušenstvom, o odvolaní odporcu proti uzneseniu Okresného súdu Žiar nad Hronom č. k. 19C/18/2014-91b zo dňa 18. 01. 2016, r o z h o d o l : Uznesenie okresného súdu p o t v r d z u j e . o d ô v o d n e n i e : Odvolaním napadnutým uznesením okresný súd uložil odporcovi, aby v lehote 10 dní od doručenia tohto uznesenia zaplatil súdny poplatok za vyhotovenie rovnopisov podaní tvoriacich spis a rovnopisov doručovaných účastníkom, ktoré boli urobené elektronickými prostriedkami, podpísané zaručeným elektronickým podpisom vo výške 12 € podľa položky č. 20a Sadzobníka súdnych poplatkov, ktorý tvorí prílohu zákona č. 71/1992 Zb. o súdnych poplatkoch a poplatku za výpis z registra trestov v znení neskorších predpisov (ďalej len ,,z. č. 71/1992 Zb.“). Proti tomuto uzneseniu podal odporca včas odvolanie a domáhal sa jeho zrušenia. Poukázal na to, že zákon č. 71/1992 Zb. v poznámke k položke 20a uvádza, že v prípade podaní, urobených elektronickými prostriedkami, podpísaných zaručeným elektronickým podpisom, súd vyhotoví potrebný počet rovnopisov a ich príloh bez toho, aby žiadal náhradu vecných nákladov podľa § 42 ods. 3 zákona č. 99/1963 Zb. Občianskeho súdneho poriadku (ďalej len ,,O. s. p.“). Uloženie povinnosti na zaplatenie predmetného súdneho poplatku je preto v rozpore so zákonom. Navrhol, aby odvolací súd napadnuté uznesenie zrušil. Krajský súd, ako súd odvolací, vec preskúmal v rozsahu určenom ust. § 212 ods. 1 O. s. p., bez nariadenia pojednávania podľa § 214 ods. 2 O. s. p. a uznesenie okresného súdu podľa § 219 ods. 1 O. s. p. ako vecne správne potvrdil. Podľa § 219 ods. 1 O. s. p. odvolací súd rozhodnutie potvrdí, ak je vo výroku vecne správne. Podľa položky 20a Sadzobníka súdnych poplatkov, ktorý tvorí prílohu zákona č. 71/1992 Zb. o súdnych poplatkoch, za vyhotovenie rovnopisu podaní a ich príloh, ktoré vytvoria súdny spis a rovnopisu podaní a ich príloh doručovaných účastníkom, ak bolo podanie urobené elektronickými prostriedkami, podpísané zaručeným elektronickým podpisom podľa osobitného zákona, je poplatník povinný zaplatiť za každú stranu 0,10 €, najmenej 10 € za podanie, ktoré je návrhom na začatie konania s prílohami, najmenej 3 € za ostatné podania s prílohami. Podľa poznámky č. 1 k položke 20a Sadzobníka súdnych poplatkov, v prípade podaní, urobených elektronickými prostriedkami, podpísaných zaručeným elektronickým podpisom, súd vyhotoví potrebný počet rovnopisov a ich príloh bez toho, aby žiadal náhradu vecných nákladov podľa § 42 ods. 3 O. s. p. Súdne poplatky sa vyberajú za jednotlivé úkony alebo konanie súdov, ak sa vykonávajú na návrh a za úkony orgánov štátnej správy súdov a prokuratúry uvedené v Sadzobníku súdnych poplatkov, ktorý tvorí prílohu zákona č. 71/1992 Zb. o súdnych poplatkoch (§ 1 ods. 1 z. č. 71/1992 Zb.); vyhotovenie rovnopisu podaní a ich príloh urobených elektronickými prostriedkami, ktoré boli podpísané zaručeným elektronickým podpisom, je úkon súdu, ktorý sa podľa položky 20a Sadzobníka súdnych poplatkov spoplatňuje poplatkom uvedeným v tejto položke. Odporca v priebehu konania urobil podanie vo forme elektronického podania podpísaného zaručeným elektronickým podpisom, z ktorých okresný súd vyhotovil rovnopisy za účelom tvorby súdneho spisu. Preto mu vznikla povinnosť zaplatiť podľa § 2 ods. 1 písm. a) v spojení s § 5 ods. 1 písm. a) z. č. 71/1992 Zb. za vyhotovenie rovnopisu návrhu na začatie konania s prílohami súdny poplatok ustanovený v položke č. 20a Sadzobníka súdnych poplatkov. Okresný súd v uznesení, ktorým uložil odporcovi povinnosť zaplatiť súdny poplatok, aplikoval správny právny predpis, správne ho aj vyložil. V uznesení bola správne označená položka Sadzobníka súdnych poplatkov, podľa ktorej sa súdny poplatok vyrubil a súdny poplatok bol vyrubený aj v správnej výške (minimálny súdny poplatok podľa položky č. 20a Sadzobníka súdnych poplatkov v prípade ostatných podaní s prílohami v sume 3 € za každé z podaní). Odporca nesprávne vykladá poznámku č. 1 k položke č. 20a Sadzobníka súdnych poplatkov, ktorej zmyslom je zabránenie duplicitného vyberania súdneho poplatku za vyhotovenia rovnopisu podaní, urobených vo forme elektronického podania, podpísaného zaručeným elektronickým podpisom a inštitút vecných nákladov nemožno stotožňovať, pretože nemožnosť požadovať náhradu vecných nákladov nemá vplyv na poplatkovú povinnosť odporcu. Odvolanie odporcu preto nebolo dôvodné a odvolací súd napadnuté uznesenie okresného súdu podľa § 219 ods. 1 O. s. p. ako vecne správne potvrdil. Toto rozhodnutie prijal senát krajského súdu pomerom hlasov 3 : 0. Poučenie: Proti tomuto rozhodnutiu odvolanie nie je prípustné.</w:t>
      </w:r>
    </w:p>
    <w:p/>
    <w:p>
      <w:r>
        <w:t>Zdroj: KAUZIS.SK – https://www.kauzis.sk/judikatura/r/ECLI:SK:KSBB:2016:6414202042.2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