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12Co/468/2015 z 27. 4. 2016</w:t>
      </w:r>
    </w:p>
    <w:p>
      <w:r>
        <w:t>Uznesenie Krajského súdu Banská Bystrica z 27. apríla 2016, sp. zn. 12Co/468/2015, ECLI:SK:KSBB:2016:6414205558.2</w:t>
      </w:r>
    </w:p>
    <w:p>
      <w:r>
        <w:t>Súd: Krajský súd Banská Bystrica</w:t>
      </w:r>
    </w:p>
    <w:p>
      <w:r>
        <w:t>Spisová značka: 12Co/468/2015</w:t>
      </w:r>
    </w:p>
    <w:p>
      <w:r>
        <w:t>ECLI: ECLI:SK:KSBB:2016:6414205558.2</w:t>
      </w:r>
    </w:p>
    <w:p>
      <w:r>
        <w:t>Dátum vydania: 27. 4. 2016</w:t>
      </w:r>
    </w:p>
    <w:p>
      <w:r>
        <w:t>Forma: Uznesenie</w:t>
      </w:r>
    </w:p>
    <w:p>
      <w:pPr>
        <w:pStyle w:val="Heading2"/>
      </w:pPr>
      <w:r>
        <w:t>Text rozhodnutia</w:t>
      </w:r>
    </w:p>
    <w:p>
      <w:r>
        <w:t>Súd: Krajský súd Banská Bystrica Spisová značka: 12Co/468/2015 Identifikačné číslo súdneho spisu: 6414205558 Dátum vydania rozhodnutia: 28. 04. 2016 Meno a priezvisko sudcu, VSÚ: JUDr. Ján Gandžala, PhD. ECLI: ECLI:SK:KSBB:2016:6414205558.2 Uznesenie Krajský súd v Banskej Bystrici, v právnej veci navrhovateľa CBA Slovakia, a.s., so sídlom Dukelských hrdinov 2, 984 01 Lučenec, IČO: 36 620 319, právne zastúpeného JUDr. Alexandrom Filom, advokátom, Advokátska kancelária so sídlom Ulica P. Rádayho 14/A, 984 01 Lučenec, proti odporkyni Z. X., nar. XX. XX. XXXX, bytom D. X/Z., XXX XX F. T. R., zastúpenej splnomocneným zástupcom I. X., nar. XX. XX. XXXX, bytom D. X/XXX, XXX XX F. T. R., o zaplatenie 97,33 Eur s príslušenstvom, o odvolaní odporkyne proti rozhodnutiu Okresného súdu Žiar nad Hronom č. k. 19 C/163/2014-111 zo dňa 13. 07. 2015, takto r o z h o d o l : Uznesenie okresného súdu p o t v r d z u j e. o d ô v o d n e n i e : Okresný súd Žiar nad Hronom (ďalej len „okresný súd“, resp. „prvostupňový súd“) uznesením zo dňa 13. 07. 2015 uložil odporkyni povinnosť zaplatiť súdny poplatok za podaný odpor vo výške 16,50 Eur, podľa položky 1 písm. a) Sadzobníka súdnych poplatkov ako prílohy zákona č. 71/1992 Zb. o súdnych poplatkoch a poplatku za výpis z registra trestov v znení neskorších predpisov (ďalej len „Zákon o súdnych poplatkoch“). Proti uvedenému uzneseniu podala odporkyňa v zákonnej lehote odvolanie. Krajský súd ako súd odvolací (§ 10 ods. 1 O. s. p.) vec prejednal v medziach daných odvolaním, v rozsahu určenom ustanovením § 212 ods. 1 O. s. p., bez nariadenia pojednávania podľa § 214 ods. 2 O. s. p. a odvolaním napadnuté uznesenie okresného súdu podľa § podľa § 219 ods. 1 O. s. p. potvrdil ako vecne správne. Podľa § 1 Zákona o súdnych poplatkoch, súdne poplatky vyberajú za jednotlivé úkony alebo konanie súdov, ak sa vykonávajú na návrh a za úkony orgánov štátnej správy súdov a prokuratúry (ďalej aj „poplatkový úkon“) uvedené v sadzobníku súdnych poplatkov a poplatku za výpis z registra trestov (ďalej aj „sadzobník“), ktorý tvorí prílohu tohto zákona. Podľa § 2 ods. 1 písm. a), poplatníkom je navrhovateľ poplatkového úkonu, ak je podľa sadzobníka ustanovený poplatok z návrhu. Podľa položky 1 písm. a) sadzobníka súdnych poplatkov je súdny poplatok z návrhu na začatie konania 6 % (najmenej však 16,50 EUR, najviac 16.596,50 EUR a v obchodných veciach najviac 33.193,50 EUR) z ceny predmetu konania alebo z hodnoty predmetu sporu. Podľa poznámky č. 5 k položke č. 1 sadzobníka súdnych poplatkov, podľa položky 1 písmena a) sa platí poplatok aj vtedy, ak má súd o žalobe rozhodnúť vydaním platobného rozkazu alebo európskeho platobného rozkazu. Podľa rovnakej sadzby sa platí poplatok za odpor proti platobnému rozkazu, ak súd odpor neodmietol. Z predloženého súdneho spisu odvolací súd zistil, že návrhom na začatie konania sa navrhovateľ domáhal, aby súd uložil odporkyni povinnosť zaplatiť mu sumu 97,33 Eur s príslušenstvom. Okresný súd vydal platobný rozkaz č.k. 7Ro/345/2014 - 29 zo dňa 25. 07. 2014, proti ktorému podala odporkyňa v zákonnej lehote odpor s odôvodnením vo veci samej, v dôsledku čoho došlo zo zákona k zrušeniu platobného rozkazu. Za podanie odporu jej okresný súd odvolaním napadnutým uznesením vyrúbil súdny poplatok vo výške 16,50 Eur podľa položky 1 písm. a) Sadzobníka súdnych poplatkov ako prílohy Zákona o súdnych poplatkoch. Ďalej odvolací súd zistil, že dňa 11. 05. 2015 bolo okresnému súdu doručené podanie navrhovateľa, ktorým oznámil, že návrh na začatie konania berie v celom rozsahu späť. Navrhovateľ vzal návrh na začatie konania späť až po začatí pojednávania vo veci samej. Súdne poplatky sú s poukazom na § 1 ods. 1 Zákona o súdnych poplatkoch vyberané za jednotlivé poplatkové úkony uvedené v sadzobníku súdnych poplatkov. Podľa položky 1 písm. a) sadzobníka súdnych poplatkov a s poukazom na poznámku č. 5 k tejto položke je odpor poplatkovým úkonom, a teda súdny poplatok vo výške 6 % z ceny predmetu konania (najmenej 16,50 Eur) sa platí, aj za odpor proti platobnému rozkazu. Poplatníkom takéhoto súdneho poplatku potom je navrhovateľ tohto poplatkového úkonu, v prejednávanom prípade odporkyňa. Predmetom konania je zaplatenie sumy 97,33 EUR, výška súdneho poplatku za odpor proti platobnému rozkazu teda predstavuje sumu 16,50 EUR. Nakoľko okresný súd v napadnutom uznesení správne určil osobu poplatníka (odporkyňa) i výšku súdneho poplatku, odvolací súd napadnuté uznesenie okresného súdu podľa § 219 ods. 1 O. s. p. ako vecne správne potvrdil. Toto rozhodnutie bolo prijaté senátom Krajského súdu v Banskej Bystrici, ako súdu odvolacieho, pomerom hlasov 3:0. Poučenie: Proti tomuto uzneseniu odvolanie nie je prípustné.</w:t>
      </w:r>
    </w:p>
    <w:p/>
    <w:p>
      <w:r>
        <w:t>Zdroj: KAUZIS.SK – https://www.kauzis.sk/judikatura/r/ECLI:SK:KSBB:2016:6414205558.2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