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12CoE/91/2015 z 25. 5. 2016</w:t>
      </w:r>
    </w:p>
    <w:p>
      <w:r>
        <w:t>Uznesenie Krajského súdu Banská Bystrica z 25. mája 2016, sp. zn. 12CoE/91/2015, ECLI:SK:KSBB:2016:6414210352.1</w:t>
      </w:r>
    </w:p>
    <w:p>
      <w:r>
        <w:t>Súd: Krajský súd Banská Bystrica</w:t>
      </w:r>
    </w:p>
    <w:p>
      <w:r>
        <w:t>Spisová značka: 12CoE/91/2015</w:t>
      </w:r>
    </w:p>
    <w:p>
      <w:r>
        <w:t>ECLI: ECLI:SK:KSBB:2016:6414210352.1</w:t>
      </w:r>
    </w:p>
    <w:p>
      <w:r>
        <w:t>Dátum vydania: 25. 5. 2016</w:t>
      </w:r>
    </w:p>
    <w:p>
      <w:r>
        <w:t>Forma: Uznesenie</w:t>
      </w:r>
    </w:p>
    <w:p>
      <w:r>
        <w:t>Oblasť práva: Občianske právo</w:t>
      </w:r>
    </w:p>
    <w:p>
      <w:pPr>
        <w:pStyle w:val="Heading2"/>
      </w:pPr>
      <w:r>
        <w:t>Text rozhodnutia</w:t>
      </w:r>
    </w:p>
    <w:p>
      <w:r>
        <w:t>Súd: Krajský súd Banská Bystrica Spisová značka: 12CoE/91/2015 Identifikačné číslo súdneho spisu: 6414210352 Dátum vydania rozhodnutia: 26. 05. 2016 Meno a priezvisko sudcu, VSÚ: JUDr. Ján Gandžala, PhD. ECLI: ECLI:SK:KSBB:2016:6414210352.1 Uznesenie Krajský súd v Banskej Bystrici, v exekučnej veci oprávneného POHOTOVOSŤ, s.r.o., so sídlom Pribinova 25, 811 09 Bratislava, IČO: 35 807 598, právne zastúpeného Advocate s.r.o., Advokátska kancelária so sídlom Pribinova 25, 811 09 Bratislava, IČO: 36 865 141, proti povinnému T. J., nar. XX. XX. XXXX, bytom I. XXX/XX, XXX XX U. R. H., vedenej súdnym exekútorom JUDr. Rudolfom Krutým, PhD., so sídlom Exekútorského úradu Záhradnícka 60, 821 08 Bratislava, pod sp. zn. EX 25322/14, o vymoženie pohľadávky oprávneného vo výške 550,92,- Eur s príslušenstvom, o odvolaní oprávneného proti uzneseniu Okresného súdu Žiar nad Hronom č. k. 1Er/572/2014 - 42 zo dňa 23. 04. 2015, takto r o z h o d o l : Uznesenie okresného súdu potvrdzuje. o d ô v o d n e n i e : Okresný súd Žiar nad Hronom (ďalej len „okresný súd“ alebo „exekučný súd“) odvolaním napadnutým uznesením vyhovel námietkam povinného proti exekúcii. Exekučný súd v odôvodnení uznesenia uviedol, že súdny exekútor predložil súdu námietky povinného proti exekúcii, ktoré povinný podal v zákonom stanovenej lehote. Povinný v námietkach uviedol, že vo veci už bolo vedené exekučné konanie pod sp. zn. 4Er/442/2008 a na základe návrhu povinného bola exekúcia uznesením č. k. 4Er/442/2008- 140 zo dňa 21. 11. 2012 zastavená. Uvedené uznesenie nadobudlo právoplatnosť dňa 30. 04. 2013. Z úradnej činnosti mal exekučný súd za preukázané, že exekúcia vedená na exekučnom súde pod sp. zn. 4Er/442/2008 bola právoplatným uznesením exekučného súdu č. k. 4Er/442/2008- 140 zo dňa 21. 11. 201 v spojení s uznesením Krajského súdu v Banskej Bystrici č. 16 CoE/17/2013-172 zo dňa 17. 04. 2013 zastavená z dôvodu rozporu exekučného titulu so zákonom. Okresný súd uviedol, že v tomto exekučnom konaní je podkladom pre vymoženie pohľadávky oprávneného proti povinnému ten istý rozhodcovský rozsudok, v súvislosti s ktorým už súd vo svojom skoršom rozhodnutí č. k. 4Er/442/2008- 140 zo dňa 21. 11. 2012 jednoznačne konštatoval, že nie je spôsobilým exekučným titulom. Exekučný súd bol toho názoru, že za týchto podmienok ide o prekážku veci rozhodnutej (§103, 104 ods. 1 a 159 ods. 3 Občianskeho súdneho poriadku - ďalej aj „O.s.p.“) a v tomto konkrétnom prípade je potrebné vyhovieť námietkam povinného. Proti uvedenému uzneseniu exekučného súdu podal oprávnený v zákonnej lehote odvolanie podľa § 205 ods. 2 písm. a), f) O.s.p. a § 221 ods. 1 písm. h) O.s.p. Poukázal na to, že v danom prípade nemalo byť aplikované ustanovenie § 251 ods. 4, §103, § 104 ods. 1 vetá prvá O.s.p., nakoľko v exekučnom konaní nie je možné na prechádzajúce exekučné konanie, ktoré sa skončilo uznesením o zastavení exekúcie aplikovať zásadu res iudicata. V exekučnom konaní súd autoritatívne nerozhoduje o hmotných právach a povinnostiach účastníkov právnych vzťahov, t.j. nerozhoduje záväzne o existencii práva. Ak podľa § 44 ods. 2 Exekučného poriadku dospeje súd k záveru, že exekučný titul je v rozpore so zákonom, najpv uznesením zamietne žiadosť súdneho exekútora o vydanie poverenia a po právoplatnosti tohto uznesenia, voči ktorému je prípustné odvolanie, vydá uznesenie o zastavení exekučného konania. Ďalej uviedol, že vzhľadom na to, že si povinný neplnil dobrovoľne neplnil svoje povinnosti vyplývajúce zo zmluvy o úvere, oprávnený si opätovne riadne uplatnil svoje práva, ktoré mu prináležia na základe právoplatného a vykonateľného exekučného titulu - rozhodcovského rozsudku, aby tak predišiel poškodeniu svojich záujmov, a teda aj vážnemu narušeniu právnej istoty a záruk, že jeho záväzok bude v budúcnosti uspokojený. Ak teda zákonodarca opomenul zabezpečiť rovnováhu v právnych vzťahoch, kde oprávnený ešte aj po právoplatnom rozhodnutí, ktorým mu bolo priznané plnenie či právo, musí znášať právnu neistotu vymoženia svojho práva, malo byť vecou súdu tento nedostatok napraviť v rámci svojej rozhodovacej právomoci. Na základe uvedených skutočností žiadal, aby odvolaním napadnuté uznesenie okresného súdu v celom rozsahu zrušil a vec vrátil súdu prvého stupňa na ďalšie konanie. Povinný sa vyjadril k odvolaniu oprávneného. Uviedol, že sa plne stotožňuje s rozhodnutím okresného súdu a navrhol, aby odvolací súd rozhodnutie ako správne potvrdil. Uznesenie okresného súdu bolo vydané vyššou súdnou úradníčkou. Zákonný sudca uviedol, že odvolaniu nemieni vyhovieť a podľa ust. § 374 ods. 4, druhej vety O.s.p. vec predložil na rozhodnutie odvolaciemu súdu. Krajský súd, ako súd odvolací (§ 10 ods. 1 O.s.p.), preskúmal vec podľa § 212 ods. 1 O.s.p., bez nariadenia pojednávania podľa § 214 ods. 2 O.s.p. a uznesenie prvostupňového súdu ako vecne správne podľa § 219 ods. 1 O.s.p. potvrdil. Z predloženého exekučného spisu odvolací súd zistil, že dňa 23. 05. 2014 bol spísaný návrh na vykonanie exekúcie u súdneho exekútora JUDr. Rudolfa Krutého, PhD., Exekútorský úrad so sídlom Záhradnícka 60, 821 08 Bratislava v exekučnej veci oprávneného POHOTOVOSŤ, s.r.o., so sídlom Pribinova 25, 811 09 Bratislava, IČO: 35 807 598, proti povinnému T. J., nar. XX. XX. XXXX, bytom I. XXX/XX, XXX XX U. R. H.. Exekučným titulom je rozsudok Stáleho rozhodcovského súdu zriadeného zriaďovateľom Slovenská rozhodcovská, a.s., Karloveské rameno 8, Bratislava, sp. zn. SR 8785/07 zo dňa 04. 12. 2007. Z exekučného titulu je zrejmé, že rozhodcovský súd vyhovel nároku oprávneného, ktorý si uplatnil na základe Zmluvy o úvere zo dňa 29. 06. 2007 (č.l. 14 spisu) uzavretej medzi oprávneným a povinným. Dňa 25. 08. 2014 bola doručená exekučnému súdu žiadosť súdneho exekútora o udelenie poverenia na vykonanie exekúcie a okresný súd dňa 24. 02. 2015 poverením č. 5613 095749 poveril súdneho exekútora vykonaním exekúcie na uspokojenie pohľadávky vo výške 550,92 Eur s príslušenstvom. Dňa 14. 04. 2015 boli okresnému súdu v zákonom stanovenej lehote doručené námietky povinného proti exekúcii. Povinný v námietkach uviedol, že vo veci už bolo vedené konanie pod sp. zn. 4Er/442/2008 a na základe návrhu povinného bola exekúcia uznesením č. k. 4Er/442/2008 - 140 zo dňa 21. 11. 2012 zastavená. Uznesenie nadobudlo právoplatnosť dňa 30. 04. 2013. Z obsahu pripojeného exekučného spisu sp. zn. 4Er/442/2008 vyplýva, že exekučný súd dňa 22. 10. 2010 vydal poverenie číslo: 5613 017026* v exekučnej veci oprávneného POHOTOVOSŤ, s.r.o., so sídlom Pribinova 25, 811 09 Bratislava, IČO: 35 807 598, právne zastúpeného Advocate, s. r. o. so sídlom Pribinova 25, 811 09 Bratislava, proti povinnému T. J., nar. XX. XX. XXXX, bytom I. XXX/XX, XXX XX U. R. H. na základe exekučného titulu - rozsudku Stáleho rozhodcovského súdu zriadeného zriaďovateľom Slovenská rozhodcovská, a.s., Karloveské rameno 8, Bratislava, sp. zn. SR 8785/07 zo dňa 04. 12. 2007. Následne exekučný súd uznesením č. k. 4Er/442/2008 - 140 zo dňa 21. 11. 2012 v spojení s uznesením Krajského súdu v Banskej Bystrici č. k. 16CoE/17/2013-172 zo dňa 17. 04. 2013 exekúciu zastavil z dôvodu rozporu exekučného titulu so zákonom, keď rozhodcovský rozsudok posúdil ako nespôsobilý exekučný titul. Podľa ustanovenia § 251 ods. 1 O.s.p., ak povinný dobrovoľne nesplní, čo mu ukladá vykonateľné rozhodnutie, oprávnený môže podať návrh na vykonanie exekúcie podľa osobitného zákona; ak ide o rozhodnutie o výchove maloletých detí, návrh na súdny výkon rozhodnutia. Podľa ustanovenia § 251 ods. 4 O.s.p., na výkon rozhodnutia a exekučné konanie podľa osobitného predpisu sa použijú ustanovenia predchádzajúcich častí, ak tento osobitný predpis neustanovuje inak. Rozhoduje sa však vždy uznesením. Exekučné konanie je osobitným druhom občianskeho súdneho konania, ktoré môže iniciovať oprávnený, ak povinný dobrovoľne nesplní povinnosť vyplývajúcu mu z exekučného titulu. Podmienky začatia a priebehu tohto konania sú upravené predovšetkým v Exekučnom poriadku, ako aj v Občianskom súdnom poriadku. V zmysle citovaného ustanovenia § 251 ods. 4 O.s.p. sa na exekučné konanie aplikuje Exekučný poriadok ako lex specialis a v prípade, že ide o problematiku neupravenú v Exekučnom poriadku, aplikuje sa subsidiárne Občiansky súdny poriadok ako lex generalis. Základnými predpokladmi pre to, aby súdne konanie mohlo prebiehať, sú splnené procesné podmienky konania, ktoré musí konajúci súd skúmať predtým, ako sa začne zaoberať vecou samou. Ak procesné podmienky nie sú splnené, konajúci súd zvolí ďalší procesný postup v závislosti od toho, či nedostatok podmienok konania je odstrániteľný alebo nie je (odstrániteľné alebo neodstrániteľné nedostatky procesných podmienok konania). Z uvedeného vyplýva, že exekučný súd ešte pred preskúmavaním súladu žiadosti o udelenie poverenia na vykonanie exekúcie, návrhu na vykonanie exekúcie alebo exekučného titulu so zákonom v zmysle § 44 ods. 2 Exekučného poriadku, musí skúmať splnenie procesných podmienok konania. Podľa ustanovenia § 103 O.s.p. kedykoľvek za konania prihliada súd na to, či sú splnené podmienky, za ktorých môže konať vo veci (podmienky konania). Podľa ustanovenia § 104 ods. 1 veta prvá O.s.p., ak ide o taký nedostatok podmienky konania, ktorý nemožno odstrániť, súd konanie zastaví. Podľa ustanovenia § 159 ods. 3 O.s.p., len čo sa o veci právoplatne rozhodlo, nemôže sa prejednávať znova. Ako už bolo uvedené, medzi procesné podmienky patrí aj prekážka veci rozhodnutej - res iudicata, ktorá v Exekučnom poriadku nie je osobitne upravená a je predmetom právnej úpravy len v ustanovení § 159 ods. 3 Občianskeho súdneho poriadku. Ak sa v exekučnom konaní zistí, že o tej istej exekučnej veci už bolo raz právoplatne rozhodnuté, ide o neodstrániteľný nedostatok procesných podmienok konania, ktorý má za následok zastavenie konania, Exekučný súd už nemôže konať o exekučnej veci, o ktorej sa už raz právoplatne rozhodlo. Ak ten istý oprávnený podal návrh na vykonanie exekúcie voči tomu istému povinnému na základe toho istého exekučného titulu, je potom nevyhnutné, aby exekučný súd posúdil, či nejde o exekučné konanie, v ktorom sa má opakovane rozhodovať o tom istom nároku. K posudzovaniu prekážky veci rozhodnutej v exekučnom konaní je potrebné pristupovať vždy s prihliadnutím na špecifiká vykonávacieho konania a zohľadniť osobitosť rozhodnutí vydaných v exekučnom konaní. Odvolací súd opätovne zdôrazňuje, že v exekučnom konaní vedenom na exekučnom súde pod sp. zn. 4Er/442/2008 bola exekúcia právoplatným uznesením exekučného súdu č. k. 4Er/442/2008- 140 zo dňa 21. 11. 201 v spojení s uznesením Krajského súdu v Banskej Bystrici č. 16CoE/17/2013-172 zo dňa 17. 04. 2013 zastavená. Uvedené uznesenie má charakter konečného rozhodnutia a je zdôvodnené takými nedostatkami exekučného titulu, ktoré nie je možné reparovať. Z uvedeného dôvodu odvolací súd považuje uznesenie exekučného súdu za vecne správne a podľa ustanovenia § 219 ods. 1 O.s.p. ho potvrdil. Toto rozhodnutie bolo prijaté senátom krajského súdu pomerom hlasov 3:0. Poučenie: Proti tomuto uzneseniu nie je odvolanie prípustné.</w:t>
      </w:r>
    </w:p>
    <w:p/>
    <w:p>
      <w:r>
        <w:t>Zdroj: KAUZIS.SK – https://www.kauzis.sk/judikatura/r/ECLI:SK:KSBB:2016:6414210352.1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