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17Co/613/2015 z 8. 11. 2016</w:t>
      </w:r>
    </w:p>
    <w:p>
      <w:r>
        <w:t>Uznesenie Krajského súdu Banská Bystrica z 8. novembra 2016, sp. zn. 17Co/613/2015, ECLI:SK:KSBB:2016:6414213329.2</w:t>
      </w:r>
    </w:p>
    <w:p>
      <w:r>
        <w:t>Súd: Krajský súd Banská Bystrica</w:t>
      </w:r>
    </w:p>
    <w:p>
      <w:r>
        <w:t>Spisová značka: 17Co/613/2015</w:t>
      </w:r>
    </w:p>
    <w:p>
      <w:r>
        <w:t>ECLI: ECLI:SK:KSBB:2016:6414213329.2</w:t>
      </w:r>
    </w:p>
    <w:p>
      <w:r>
        <w:t>Dátum vydania: 8. 11. 2016</w:t>
      </w:r>
    </w:p>
    <w:p>
      <w:r>
        <w:t>Forma: Uznesenie</w:t>
      </w:r>
    </w:p>
    <w:p>
      <w:r>
        <w:t>Oblasť práva: Občianske právo</w:t>
      </w:r>
    </w:p>
    <w:p>
      <w:pPr>
        <w:pStyle w:val="Heading2"/>
      </w:pPr>
      <w:r>
        <w:t>Text rozhodnutia</w:t>
      </w:r>
    </w:p>
    <w:p>
      <w:r>
        <w:t>Súd: Krajský súd Banská Bystrica Spisová značka: 17Co/613/2015 Identifikačné číslo súdneho spisu: 6414213329 Dátum vydania rozhodnutia: 09. 11. 2016 Meno a priezvisko sudcu, VSÚ: JUDr. Renáta Deáková ECLI: ECLI:SK:KSBB:2016:6414213329.2 Uznesenie Krajský súd v Banskej Bystrici, ako súd odvolací, v senáte zloženom z predsedníčky senátu JUDr. Renáty Deákovej a sudcov JUDr. Zity Nagypálovej a Mgr. Dušana Ďuriana, ako členov senátu, v právnej veci žalobkyne F. N., nar. XX. XX. XXXX, bytom G. I., O. XXX/X, zastúpená Mgr. Petrom Máčajom, advokátom, so sídlom Advokátskej kancelárie Banská Štiavnica, Dolná 7, proti žalovanému POHOTOVOSŤ, s. r. o., IČO: 35 807 598, Pribinova 25, Bratislava, v konaní o zrušenie rozhodcovského rozsudku, o odvolaní žalovaného proti uzneseniu Okresného súdu Žiar nad Hronom č. k. 4C/190/2014-86 zo dňa 02. 06. 2015, r o z h o d o l : Uznesenie okresného súdu p o t v r d z u j e. o d ô v o d n e n i e : 1. Odvolaním napadnutým uznesením súd prvej inštancie uložil žalovanému povinnosť zaplatiť súdny poplatok za žalobu - zrušenie rozhodcovského rozsudku - podľa položky 3 písm. c) Sadzobníka súdnych poplatkov k zákonu č. 71/1992 Zb. o súdnych poplatkoch a poplatku za výpis z registra trestov v znení neskorších predpisov (ďalej aj „z. č. 71/1992 Zb.“) vo výške 331,50 €, v lehote troch dní od právoplatnosti tohto uznesenia s poučením, že pokiaľ nebude súdny poplatok riadne a včas zaplatený, bude ho súd vymáhať. 2. Proti uzneseniu podal žalovaný v zákonom stanovenej lehote odvolanie a navrhol ho zrušiť. Namietal, že žalobkyňa si trovy konania neuplatnila, teda nepodala procesný návrh. Trovy konania sú najmä hotové výdavky účastníkov a ich zástupcov, vrátane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odmena za zastupovanie, ak je zástupcom advokát (§ 137 zákona č. 99/1963 Zb. Občianskeho súdneho poriadku, platného a účinného do 30.06.2016, ďalej v texte aj ,,O. s. p.“). Žalobkyňa si vo svojej žalobe uplatnila len trovy právneho zastúpenia za dva úkony právnej pomoci, preto mal odvolateľ za to, že okresný súd zaviazal na úhradu súdneho poplatku nesprávny subjekt. 3. Žalobkyňa sa k odvolaniu žalovaného nevyjadrila. 4. Dňom 01. 07. 2016 nadobudol účinnosť zákon č. 160/2015 Z. z. Civilný sporový poriadok (ďalej v texte len ,,C. s. p.“), ktorý v §470 ods. 1 ustanovuje, že tento zákon platí aj na konania, začaté pred dňom nadobudnutia jeho účinnosti. 5. Krajský súd, ako súd odvolací (§ 34 C. s. p.), vec preskúmal v rozsahu určenom § 380 ods. 1, 2 C. s. p., bez nariadenia pojednávania v zmysle § 385 ods. 1 C. s. p. a uznesenie súdu prvej inštancie podľa § 387 ods. 1 C. s. p. ako vecne správne potvrdil. 6. Podľa položky 1 písm. b) Sadzobníka súdnych poplatkov z. č. 71/1992 Zb., zo žaloby alebo z návrhu na začatie konania, ak nemožno predmet konania oceniť peniazmi, sa platí súdny poplatok vo výške 99,50 €. Poplatky podľa rovnakej sadzby sa platia aj v odvolacom konaní vo veci samej (bod 3 poznámky k položke 1 prvá veta) a ak je predmetom konania viac nárokov, každý nárok sa spoplatňuje samostatne; to neplatí, ak ide o viac nárokov na peňažné plnenia a sú vyjadrené jednou sumou (bod 6 veta prvá poznámky k položke 1). Podľa položky 3 písm. c) z. č. 71/1992 Zb. z návrhu na začatie konania o neplatnosť rozhodcovskej zmluvy a o zrušení rozhodcovského rozhodnutia, vydaného rozhodcom, sa platí súdny poplatok vo výške 331,50 €. Podľa §6 ods. 2 citovaného zákona je sadzba poplatku ustanovená za konanie, čím sa rozumie konanie na jednej inštancii. 7. Predmetom daného konania bol nárok o zrušenie rozhodcovského rozsudku. Postup súdu bol správny, keď vyrubil podľa Sadzobníka súdnych poplatkov prílohy Zákona o súdnych poplatkoch súdny poplatok vo výške 331,50 € podľa položky 3 písm. c) za zrušenie rozhodcovského rozsudku, a to v súlade s §2 ods. 2 Zákona o súdnych poplatkoch v konaní neúspešného žalovaného. 8. Preskúmaním spisu odvolací súd zistil, že rozhodnutie je vo výroku aj v odôvodnení správne, a preto rozhodnutie súdu prvej inštancie potvrdil. 9. Toto rozhodnutie prijal senát krajského súdu pomerom hlasov 3 : 0.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 s. p.); dovolanie v prípadoch uvedených v odseku 1 nie je prípustné, ak odvolací súd rozhodol o odvolaní proti uzneseniu podľa § 357 písm. a) až n) C. s. p. (§ 421 ods. 2 C. s. p.). Dovolanie podľa § 421 ods. 1 C. s. 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na určenie výšky minimálnej mzdy v prípadoch uvedených v odseku 1 je rozhodujúci deň podania žaloby na súde prvej inštancie (§ 422 ods. 2 C. s. p.). Dovolanie len proti dôvodom rozhodnutia nie je prípustné (§ 423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dovolanie je podané včas aj vtedy, ak bolo v lehote podané na príslušnom odvolacom alebo dovolacom súde (§ 427 ods. 2 C. s. 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w:t>
      </w:r>
    </w:p>
    <w:p/>
    <w:p>
      <w:r>
        <w:t>Zdroj: KAUZIS.SK – https://www.kauzis.sk/judikatura/r/ECLI:SK:KSBB:2016:6414213329.2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