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15Co/147/2016 z 19. 4. 2016</w:t>
      </w:r>
    </w:p>
    <w:p>
      <w:r>
        <w:t>Uznesenie Krajského súdu Banská Bystrica z 19. apríla 2016, sp. zn. 15Co/147/2016, ECLI:SK:KSBB:2016:6415200906.3</w:t>
      </w:r>
    </w:p>
    <w:p>
      <w:r>
        <w:t>Súd: Krajský súd Banská Bystrica</w:t>
      </w:r>
    </w:p>
    <w:p>
      <w:r>
        <w:t>Spisová značka: 15Co/147/2016</w:t>
      </w:r>
    </w:p>
    <w:p>
      <w:r>
        <w:t>ECLI: ECLI:SK:KSBB:2016:6415200906.3</w:t>
      </w:r>
    </w:p>
    <w:p>
      <w:r>
        <w:t>Dátum vydania: 19. 4. 2016</w:t>
      </w:r>
    </w:p>
    <w:p>
      <w:r>
        <w:t>Forma: Uznesenie</w:t>
      </w:r>
    </w:p>
    <w:p>
      <w:pPr>
        <w:pStyle w:val="Heading2"/>
      </w:pPr>
      <w:r>
        <w:t>Text rozhodnutia</w:t>
      </w:r>
    </w:p>
    <w:p>
      <w:r>
        <w:t>Súd: Krajský súd Banská Bystrica Spisová značka: 15Co/147/2016 Identifikačné číslo súdneho spisu: 6415200906 Dátum vydania rozhodnutia: 20. 04. 2016 Meno a priezvisko sudcu, VSÚ: JUDr. Jaroslav Mikulaj ECLI: ECLI:SK:KSBB:2016:6415200906.3 Uznesenie Krajský súd v Banskej Bystrici v právnej veci v právnej veci navrhovateľky C. O., nar. XX.XX.XXXX, bytom M.R. E. XXX/XX, X. nad Y., zast. Advokátska kancelária JUDr. Peter Rybár, s.r.o., Kuzmányho 29, 040 01 Košice, IČO: 47 234 466, proti odporcovi POHOTOVOSŤ s. r. o., so sídlom Pribinova 25, 811 09 Bratislava, IČO 35 807 598, o zaplatenie 4178,64 eur s prísl., na odvolanie odporcu proti uzneseniu Okresného súdu v Žiari nad Hronom č. k. 9C/35/2015 - 71 zo dňa 30.10.2015, takto r o z h o d o l : Uznesenie okresného súdu p o t v r d z u j e . o d ô v o d n e n i e : Napadnutým uznesením okresný súd uložil odporcovi povinnosť zaplatiť súdny poplatok za vyhotovenie rovnopisu podania č. 0900789215 urobeného elektronickými prostriedkami so zaručeným elektronickým podpisom podľa položky 20a Sadzobníka súdnych poplatkov zákona č. 71/1992 Zb. o súdnych poplatkoch a poplatku za výpis z registra trestov v znení neskorších predpisov (Zákon o súdnych poplatkoch) a to v sume 3,00 eur, v lehote do 10 dní odo dňa doručenia uznesenia s poučením, že pokiaľ nebude vyrubený súdny poplatok riadne a včas zaplatený, bude ho súd vymáhať. Proti tomuto uzneseniu podal odporca v zákonom stanovenej lehote odvolanie. Navrhol uznesenie okresného súdu zrušiť. Namietal, že súdny poplatok nebol vyrubený oprávnene. V zmysle zákona č. 71/1992 Zb. o súdnych poplatkoch v poznámke k položke 20a sa uvádza, že: „V prípade podaní urobených elektronickými prostriedkami podpísaných zaručených elektronickým podpisom súd vyhotoví potrebný počet rovnopisov a ich príloh bez toho, aby žiadal náhradu vecných nákladov podľa § 42 ods. 3 O. s. p.“ Odporca má za to, že v zmysle položky 20a Sadzobníka súdnych poplatkov mu poplatková povinnosť nevznikla. Rozhodnutie vo veci bolo vydané vyšším súdnym úradníkom okresného súdu. Zákonný sudca predložil vec na rozhodnutie odvolaciemu súdu podľa § 374 ods. 4 O. s. p. Krajský súd, ako súd odvolací, preskúmal vec v rozsahu podľa § 212 ods. 1 O. s. p., bez nariadenia pojednávania podľa § 214 ods. 2 O. s. p. a uznesenie okresného súdu podľa § 219 ods. 1, 2 O. s. p. potvrdil. Preskúmaním odvolací súd zistil, že rozhodnutie je vo výroku aj odôvodnení správne. Odporca zaslal príslušnému súdu dokumenty dňa 25.03.2015 vyjadrenie k návrhu na začatie konania (podanie č. 0900789215) a to formou elektronického dokumentu podpísaného zaručeným elektronickým podpisom. Elektronický dokument, ktorý obsahuje procesné podanie vo veci, ak je podpísaný zaručeným elektronickým podpisom, nemusí účastník konania dodatočne listinne dopĺňať (§ 42 ods. 1 O. s. 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vnesená novelou č. 273/2007 Z. z., ktorá nadobudla účinnosť dňom 01.07.2007. Vyhotovenie dokumentu v listinnej podobe je úkon súdu, ktorý súd vykonáva bez návrhu v prospech poplatníka (§ 1 ods. 2 zákona číslo 71/1992 Zb.). Ak súd vykonal úkon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návrhu na začatie konania s prílohami. Pokiaľ sa odvolateľ domnieva, že poplatková povinnosť mu nevznikla, takýto mylný záver vznikol zrejme nedôsledným rozlišovaním medzi poplatkami a náhradami, ktoré je súd oprávnený i povinný od účastníkov konania vyberať. V dôsledku novelizácie O. s. p., ktorý umožňuje účastníkom robiť voči súdu podania aj vo forme elektronického dokumentu autorizovaného zaručeným elektronickým podpisom, už účastníkovi nevyplýva povinnosť v takom prípade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 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Keď okresný súd uložil napadnutým uznesením poplatkovú povinnosť odporcovi za vyhotovenie rovnopisu podania urobeného elektronickou formou so zaručeným elektronickým podpisom, postupoval správne a v zmysle zákonnej úpravy. Súdny poplatok bol vyrubený oprávnene a v správnej výške, preto odvolací súd uznesenie súdu prvého stupňa podľa ustanovenia § 219 ods. 1 O. s. p. ako vecne správne potvrdil. Rozhodnutie bolo prijaté pomerom hlasov členov senátu odvolacieho súdu 3 : 0. Poučenie: Proti tomuto uzneseniu odvolanie nie je prípustné.</w:t>
      </w:r>
    </w:p>
    <w:p/>
    <w:p>
      <w:r>
        <w:t>Zdroj: KAUZIS.SK – https://www.kauzis.sk/judikatura/r/ECLI:SK:KSBB:2016:6415200906.3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