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Banská Bystrica sp. zn. 41CoE/542/2015 z 8. 3. 2016</w:t>
      </w:r>
    </w:p>
    <w:p>
      <w:r>
        <w:t>Opravné uznesenie Krajského súdu Banská Bystrica z 8. marca 2016, sp. zn. 41CoE/542/2015, ECLI:SK:KSBB:2016:6415204940.2</w:t>
      </w:r>
    </w:p>
    <w:p>
      <w:r>
        <w:t>Súd: Krajský súd Banská Bystrica</w:t>
      </w:r>
    </w:p>
    <w:p>
      <w:r>
        <w:t>Spisová značka: 41CoE/542/2015</w:t>
      </w:r>
    </w:p>
    <w:p>
      <w:r>
        <w:t>ECLI: ECLI:SK:KSBB:2016:6415204940.2</w:t>
      </w:r>
    </w:p>
    <w:p>
      <w:r>
        <w:t>Dátum vydania: 8. 3.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Banská Bystrica Spisová značka: 41CoE/542/2015 Identifikačné číslo súdneho spisu: 6415204940 Dátum vydania rozhodnutia: 09. 03. 2016 Meno a priezvisko sudcu, VSÚ: JUDr. Alena Križanová ECLI: ECLI:SK:KSBB:2016:6415204940.2 Opravné uznesenie Krajský súd v Banskej Bystrici ako súd odvolací v exekučnej veci oprávneného K. G., a.s., so sídlom O. J. X, XXX XX G., IČO: XX XXX XXX, proti povinnému N. X., nar. XX.XX.XXXX, bytom A.. L. N. XXXX/X, XXX XX G. I., štátny občan Slovenskej republiky, vedenej súdnou exekútorkou Mgr. Janou Virličovou, Exekútorský úrad so sídlom Vajnorská 100/A, 831 04 Bratislava, pod sp. zn. EX 6764/15, o vymoženie pohľadávky vo výške 3.250,01 Eur s príslušenstvom, o odvolaní oprávneného proti uzneseniu Okresného súdu Žiar nad Hronom č.k. 5Er/260/2015-34 zo dňa 26. júna 2015, takto r o z h o d o l : Dátum vydania uznesenia Okresného súdu Žiar nad Hronom č.k. 5Er/260/2015-34 v záhlaví, vo výroku a v prvej vete odôvodnenia uznesenia Krajského súdu v Banskej Bystrici č.k. 41CoE/542/2015-71 o p r a v u j e tak, že správne znie: 26. júna 2015. o d ô v o d n e n i e : Okresný súd Žiar nad Hronom uznesením č.k. 5Er/260/2015-34 zo dňa 26. júna 2015 zamietol žiadosť súdnej exekútorky o udelenie poverenia na vykonanie exekúcie. Proti uzneseniu okresného súdu podal v zákonom stanovenej lehote odvolanie oprávnený. Na základe podaného odvolania Krajský súd v Banskej Bystrici, ako súd odvolací uznesením č.k. 41CoE/542/2015-71 zo dňa 20. januára 2016 uznesenie Okresného súdu Žiar nad Hronom č.k. 5Er/260/2015-34 zo dňa 25. novembra 2015 potvrdil. Podľa ust.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Vzhľadom na to, že pri písaní uznesenia Krajského súdu v Banskej Bystrici č.k. 41CoE/542/2015-71 zo dňa 20. januára 2016 došlo k chybe v písaní v tom, že v záhlaví, vo výroku a v prvej vete odôvodnenia uznesenia bol nesprávne uvedený dátum vydania uznesenia Okresného súdu Žiar nad Hronom č.k. 5Er/260/2015-34, a to 25. novembra 2015 namiesto správneho č.k. 26. júna 2015, bolo potrebné podľa citovaného ust. § 164 O.s.p. túto zrejmú nesprávnosť opraviť. Uznesenie bolo jednohlasne schválené členmi odvolacieho senátu. Poučenie: Proti tomuto uzneseniu odvolanie nie je prípustné.</w:t>
      </w:r>
    </w:p>
    <w:p/>
    <w:p>
      <w:r>
        <w:t>Zdroj: KAUZIS.SK – https://www.kauzis.sk/judikatura/r/ECLI:SK:KSBB:2016:6415204940.2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