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2Co/370/2015 z 28. 4. 2016</w:t>
      </w:r>
    </w:p>
    <w:p>
      <w:r>
        <w:t>Uznesenie Krajského súdu Banská Bystrica z 28. apríla 2016, sp. zn. 2Co/370/2015, ECLI:SK:KSBB:2016:6612216004.3</w:t>
      </w:r>
    </w:p>
    <w:p>
      <w:r>
        <w:t>Súd: Krajský súd Banská Bystrica</w:t>
      </w:r>
    </w:p>
    <w:p>
      <w:r>
        <w:t>Spisová značka: 2Co/370/2015</w:t>
      </w:r>
    </w:p>
    <w:p>
      <w:r>
        <w:t>ECLI: ECLI:SK:KSBB:2016:6612216004.3</w:t>
      </w:r>
    </w:p>
    <w:p>
      <w:r>
        <w:t>Dátum vydania: 28. 4. 2016</w:t>
      </w:r>
    </w:p>
    <w:p>
      <w:r>
        <w:t>Forma: Uznesenie</w:t>
      </w:r>
    </w:p>
    <w:p>
      <w:r>
        <w:t>Oblasť práva: Občianske právo</w:t>
      </w:r>
    </w:p>
    <w:p>
      <w:pPr>
        <w:pStyle w:val="Heading2"/>
      </w:pPr>
      <w:r>
        <w:t>Text rozhodnutia</w:t>
      </w:r>
    </w:p>
    <w:p>
      <w:r>
        <w:t>Súd: Krajský súd Banská Bystrica Spisová značka: 2Co/370/2015 Identifikačné číslo súdneho spisu: 6612216004 Dátum vydania rozhodnutia: 29. 04. 2016 Meno a priezvisko sudcu, VSÚ: JUDr. Jana Novotná ECLI: ECLI:SK:KSBB:2016:6612216004.3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Lučenec č.k. 9C/150/2012-186 zo dňa 15. júna 2015, takto r o z h o d o l : Uznesenie Okresného súdu Lučenec č.k. 9C/150/2012-186 zo dňa 15. júna 2015 p o t v r d z u j e . o d ô v o d n e n i e : Okresný súd napadnutým uznesením uvedeným vo výroku tohto rozhodnutia uložil žalobcovi povinnosť v stanovenej lehote zaplatiť súdny poplatok za odvolanie proti rozsudku pod sp.zn. 9C/150/2012, ktorý je 120.-Eur (6x20.-Eur), nakoľko súd prejednal veci vedené pod sp. zn. 9C/150/2012, 13C/113/2012, 13C/119/2012, 13C/120/2012, 17C/157/2012, ktoré boli spojené na spoločné konanie pod sp. zn. 9C/150/2012 (pol. č. 7a Sadzobníka súdnych poplatkov), nakoľko odvolanie bolo súdu doručené 12.6.2015.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„O.s.p.“), preto je napadnuté uznesenie nepreskúmateľné. Súdny poplatok mu bol vyrubený zrejme za podané odvolanie proti rozsudku okresného súdu, ktorým bola jeho žaloba na náhradu škody a nemajetkovej ujmy zamietnutá.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Žalobca uvádza, že podal odvolanie proti rozsudku, a nie žalobu. Súd nie je oprávnený svojvoľne rozširovať okruh úkonov podliehajúcich súdnemu poplatku, a preto nemôže žalobcu vyzvať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žalobca uviedol, že v prílohe Zákona o súdnych poplatkoch nie je jasne a jednoznačne stanovená poplatková povinnosť za podanie odvolania voči rozhodnutiu súdu o žalobe na náhradu škody spôsobenej nezákonným rozhodnutím alebo nesprávnym úradným postupom. Tvrdí, že mu bola uložená poplatková povinnosť, ktorú nemal, čo je v rozpore so Zákonom o súdnych poplatkoch. Použitie analógie legis je v prípadoch vyrubenia súdneho poplatku vzhľadom na čl. 59 ods. 2 Ústavy vylúčené. Podľa ustanovenia § 18ca Zákona o súdnych poplatkoch z úkonov navrhnutých alebo za konania začaté do 30. septembra 2012 sa vyberajú poplatky podľa predpisov účinných do 30. septembra 2012, i keď sa stanú splatnými po 30. septembri 2012. V danom prípade bola žaloba ním podaná pred 01. októbrom 2012, konanie sa teda začalo pred účinnosťou zák. č. 286/2012 Z. z., a preto v súvislosti s podaným odvolaním je nutné aplikovať právny stav účinný do 30. septembra 2012. Do 30. septembra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O.s.p.) vec preskúmal v rozsahu určenom ustanovením § 212 ods. 1 O. s. p., bez nariadenia pojednávania podľa § 214 ods. 2 O. s. p. a uznesenie okresného súdu podľa § 219 ods. 1 O.s.p. potvrdil z nasledovných dôvodov: Podľa ustanovenia § 2 ods. 4 prvá veta zákona č. 71/1992 Zb. o súdnych poplatkoch a poplatku za výpis z registra trestov (ďalej len „Zákon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a to v ustanoveniach § 12 až § 14. V ustanovení § 14 je vyjadrený vzťah Zákona o súdnych poplatkoch a Občianskeho súdneho poriadku ako vzťah zákona špeciálneho (lex specialis), čo je v danom prípade Zákon o súdnych poplatkoch k zákonu všeobecnému (lex generalis), a to k Občianskemu súdnemu poriadku. Obidve tieto právne normy sú formálnymi prameňmi občianskeho procesného práva. Na časti procesného postupu, ktoré neupravuje Zákon o súdnych poplatkoch odlišne od Občianskeho súdneho poriadku, sa použijú primerane ustanovenia O.s.p.. Medzi dispozitívne úkony účastníka patrí i podanie riadneho opravného prostriedku - odvolania podľa ustanovenia § 201 a nasl. O.s.p.. Dispozičný princíp, ktorý je jednou zo základných zásad občianskeho súdneho konania, sa uplatňuje i v konaní odvolacom, ktoré bez návrhu nemôže byť začaté. Odvolanie teda plní funkciu návrhu na začatie odvolacieho konania. Poplatníkom v zmysle Zákona o súdnych poplatkoch je aj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O.s.p..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Poplatková povinnosť vzniká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O.s.p.). Nepoužíva sa výzva na zaplatenie súdneho poplatku (tzv. vzor 4a O.s.p.), pretože k zastaveniu odvolacieho konania pre nezaplatenie súdneho poplatku nemôže dôjsť. Nakoľko vo veciach poplatkov za konanie na odvolacom súde sa rozhoduje vždy uznesením, musia sa použiť ustanovenia § 167 a nasl. O.s.p. v rozsahu, ktorý zodpovedá účelu Zákona o súdnych poplatkoch. Uznesenie o poplatkovej povinnosti sa musí doručiť každému, komu je v ňom uložená povinnosť. V preskúmanej veci je odvolaním napadnuté uznesenie, ktorým súd prvého stupňa uložil žalobcovi povinnosť zaplatiť súdny poplatok za odvolanie proti rozsudku. Nie je možné súhlasiť s tvrdením žalobcu,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O.s.p.). Z uznesenia vyplýva, že sa jedná o súdny poplatok za odvolanie voči rozsudku, ktorý je 20,-Eur podľa položky č. 7a Sadzobníka súdnych poplatkov, pretože poplatkový úkon, podanie odvolania bol urobený po 01. októbri 2012, pričom žalobca bol povinný ho zaplatiť v stanovenej lehote od doručenia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žalobcovi musí byť zrejmé, z akého dôvodu bolo napadnuté uznesenie vydané, už i vzhľadom na to, že sám žalobca tento dôvod napokon vo svojom odvolaní špecifikoval. Súdne konanie vo veciach náhrady škody spôsobenej nezákonným rozhodnutím orgánu verejnej moci alebo jeho nesprávnym úradným postupom bolo ex lege podľa ustanovenia § 4 ods. 1 písm. k) Zákona o súdnych poplatkoch oslobodené od poplatku od 01. júla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ktorým sa mení a dopĺňa zák. NR SR č. 145/1995 Z.z. o správnych poplatkoch v znení neskorších právnych predpisov a ktorým sa menia a dopĺňajú niektoré zákony, došlo k novele Zákona o súdnych poplatkoch, pričom bolo vypustené s účinnosťou od 01. októbra 2012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za konania začaté do 30. septembra 2012 sa vyberajú poplatky podľa predpisov účinných do 30. septembra 2012, i keď sa stanú splatnými po 30. septembri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V prípade podania odvolania vzniká poplatková povinnosť podľa ustanovenia § 5 Zákona o súdnych poplatkoch až podaním odvolania, ktoré je poplatkovým úkonom. Ak bolo odvolanie podané po 30. septembri 2012, aj keď samotné súdne konanie na súde prvého stupňa začalo do 30. septembra 2012, použije sa na poplatkovú povinnosť v odvolacom konaní právny stav účinný po 30. septembri 2012. Podľa položky 7a Sadzobníka súdnych poplatkov účinného od 01. októbra 2012 vyplýva, že zo žaloby za náhradu škody spôsobenej nezákonným rozhodnutím orgánu verejnej moci alebo jeho nesprávnym úradným postupom sa platí súdny poplatok vo výške 20,-Eur. Ak je ustanovená sadzba za konanie, myslí sa tým konanie na jednom stupni. (§ 6 ods. 2 prvá veta Zákona o súdnych poplatkoch). Poplatok podľa rovnakej sadzby sa vyberá aj za podanie odvolania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žalobca podal na okresný súd pred 01.10.2012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septembra 2012 konanie bolo vecne oslobodené od súdneho poplatku, žalobcovi nevznikla podaním návrhu poplatková povinnosť, a to prihliadnuc i na intertemporálne ustanovenie § 18ca Zákona o súdnych poplatkoch. Proti rozsudku okresného súdu vo veci samej podal žalobca odvolanie dňa 11.6.2015, teda nejde o úkon navrhnutý do 30.septembra 2012, za ktorý sa poplatok v zmysle cit. §18ca Zákona o súdnych poplatkoch nevyberá. Pretože poplatková povinnosť žalobcu vznikla podaním odvolania, pričom od 01. októbra 2012 na konanie vo veciach náhrady škody spôsobenej nezákonným rozhodnutím orgánu verejnej moci alebo jeho nesprávnym úradným postupom sa nevzťahuje vecné oslobodenie, vznikla žalobcovi povinnosť zaplatiť súdny poplatok za odvolanie podľa ust. § 6 ods. 2 druhá veta Zákona o súdnych poplatkoch, položky 7a Sadzobníka súdnych poplatkov, I. Poplatky vyberané v občianskom súdnom konaní, a to vo výške 20,- Eur. Odvolací súd poukazuje na to, že jedine v prípade, ak by bolo odvolanie podané žalobcom do 30. septembra 2012, vzťahovalo by sa na žalobcu vecné oslobodenie od platenia súdneho poplatku za odvolanie podľa ustanovenia § 4 ods. 1 písm. k) Zákona o súdnych poplatkoch aj na odvolacie konanie podľa ustanovenia § 4 ods. 4 Zákona o súdnych poplatkoch. Odvolací súd na základe vyššie uvedených skutočností odvolaním napadnuté uznesenie okresného súdu ako vecne správne podľa ustanovenia § 219 ods. 1 O. s. p. potvrdil. Toto rozhodnutie prijal senát krajského súdu pomerom hlasov 3:0 (§ 3 ods. 9 zák. č. 757/2004 Z.z. o súdoch a o zmene a doplnení niektorých zákonov v znení účinnom od 01. mája 2011). Poučenie: P o u č e n i e : Proti tomuto uzneseniu nie je odvolanie prípustné.</w:t>
      </w:r>
    </w:p>
    <w:p/>
    <w:p>
      <w:r>
        <w:t>Zdroj: KAUZIS.SK – https://www.kauzis.sk/judikatura/r/ECLI:SK:KSBB:2016:6612216004.3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