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2CoE/220/2016 z 17. 7. 2016</w:t>
      </w:r>
    </w:p>
    <w:p>
      <w:r>
        <w:t>Rozhodnutie Krajského súdu Banská Bystrica z 17. júla 2016, sp. zn. 2CoE/220/2016, ECLI:SK:KSBB:2016:6614215003.1</w:t>
      </w:r>
    </w:p>
    <w:p>
      <w:r>
        <w:t>Súd: Krajský súd Banská Bystrica</w:t>
      </w:r>
    </w:p>
    <w:p>
      <w:r>
        <w:t>Spisová značka: 2CoE/220/2016</w:t>
      </w:r>
    </w:p>
    <w:p>
      <w:r>
        <w:t>ECLI: ECLI:SK:KSBB:2016:6614215003.1</w:t>
      </w:r>
    </w:p>
    <w:p>
      <w:r>
        <w:t>Dátum vydania: 17. 7. 2016</w:t>
      </w:r>
    </w:p>
    <w:p>
      <w:r>
        <w:t>Forma: Rozhodnutie</w:t>
      </w:r>
    </w:p>
    <w:p>
      <w:r>
        <w:t>Oblasť práva: Občianske právo</w:t>
      </w:r>
    </w:p>
    <w:p>
      <w:pPr>
        <w:pStyle w:val="Heading2"/>
      </w:pPr>
      <w:r>
        <w:t>Text rozhodnutia</w:t>
      </w:r>
    </w:p>
    <w:p>
      <w:r>
        <w:t>Súd: Krajský súd Banská Bystrica Spisová značka: 2CoE/220/2016 Identifikačné číslo súdneho spisu: 6614215003 Dátum vydania rozhodnutia: 18. 07. 2016 Meno a priezvisko sudcu, VSÚ: JUDr. Jana Novotná ECLI: ECLI:SK:KSBB:2016:6614215003.1 Rozhodnutie Krajský súd v senáte zloženom z predsedníčky senátu JUDr. Jany Novotnej a členov senátu JUDr. Aleny Antalovej a JUDr. Jozefa Zlochu v Banskej Bystrici v exekučnej veci oprávneného: POHOTOVOSŤ, s.r.o., so sídlom Pribinova 25, 811 09 Bratislava, IČO: 35 807 598, zast.: Fridrich Paľko, s.r.o., so sídlom Grösslingova 4, 811 09 Bratislava, IČO: 36 864 421, proti povinnej: E. D., nar. XX. V. XXXX, bytom A. XXXX XX, XXX XX F., o vymoženie pohľadávky oprávneného vo výške 390,97 Eur s príslušenstvom, vedenej súdnym exekútorom JUDr. Rudolfom Krutým, PhD., Exekútorský úrad so sídlom Záhradnícka 60, 821 08 Bratislava, pod sp. zn. EX 25919/2014, o odvolaní oprávneného proti Uzneseniu Okresného súdu Lučenec č.k. 6Er/836/2014-41 zo dňa 6. októbra 2015, takto r o z h o d o l : Uznesenie Okresného súdu Lučenec č.k. 6Er/836/2014-41 zo dňa 6. októbra 2015, ktorým exekučné konanie zastavil p o t v r d z u j e. o d ô v o d n e n i e : 1. Okresný súd Lučenec (ďalej len „exekučný súd“) napadnutým uznesením č.k. 6Er/836/2014-41 zo dňa 6. októbra 2015 zastavil exekučné konanie pod sp. zn. EX 25919/2014 podľa § 251 ods. 4, §103, §104 ods. 1 a §159 ods. 3 zákona č. 99/1963 Zb. Občiansky súdny poriadok (ďalej len „O.s.p.“). V odôvodnení svojho rozhodnutia poukázal na to, že exekučným titulom je rozhodcovský rozsudok Stáleho rozhodcovského súdu zriadeného zriaďovateľom Slovenská rozhodcovská, a.s. Bratislava sp. zn. SR 09510/08 zo dňa 3. októbra 2008, ktorý nadobudol právoplatnosť a vykonateľnosť. Uviedol, že lustráciou spisu zistil, že medzi týmito istými účastníkmi bolo vedené exekučné konanie pod sp. zn. 9Er/15/2009, v ktorom exekučný súd uznesením č.k. 9Er/15/2009-58-17 zo dňa 4. januára 2012, ktoré nadobudlo právoplatnosť dňa 22. júna 2012, v spojení uznesením Krajského súdu v Banskej Bystrici č.k 43CoE/61/2012-46 vyhlásil exekúciu za neprípustnú a zastavil ju z dôvodu neplatnosti rozhodcovskej doložky, ktorá mala založiť právomoc rozhodcovského súdu na prejednanie sporu a vydanie exekučného titulu. Exekučný súd vzhľadom na uvedené skutočnosti pre neodstrániteľný nedostatok podmienky konania - prekážku právoplatne rozhodnutej veci - exekučné konanie zastavil. 2. Proti uzneseniu okresného súdu podal v zákonom stanovenej lehote odvolanie oprávnený, ktorý žiadal zrušiť napadnuté rozhodnutie v celom rozsahu a vec vrátiť prvostupňovému súdu na ďalšie konanie. V odvolaní uviedol, že odvolanie podáva z dôvodu, že súd rozhodol nad rámec zverenej právomoci (§ 205 ods. 2 písm. b) O.s.p)., svojím postupom odňal účastníkovi možnosť konať pred súdom (§205 ods. 2 písm. a) O.s.p. v spojení s § 221 ods. 1 písm. d) O.s.p.) a rozhodnutie prvostupňového súdu vychádza z nesprávneho právneho posúdenia veci (§205 ods. 2 písm. f) O.s.p.). Legitímne očakával, že exekučný súd pristúpi k legálnemu postupu, ktorý je určený v § 44 ods. 2 zákona č. 233/1995 Z. z. o súdnych exekútoroch a exekučnej činnosti (Exekučný poriadok) a o zmene a doplnení ďalších zákonov v znení neskorších predpisov (ďalej len „Exekučný poriadok“). V tejto fáze exekučného konania exekučný súd rozhoduje výlučne o podanom návrhu na vydanie poverenia, pričom prípustnými výsledkami sú buď vydanie poverenia na vykonanie exekúcie alebo vydanie uznesenia o zamietnutí návrhu na vydanie poverenia so všetkými predpísanými náležitosťami vrátane odôvodnenia, pričom Exekučný poriadok voči tomuto uzneseniu pripúšťa podanie odvolania. Zamietnuť žiadosť o vydanie poverenia je exekučný súd oprávnený výlučne v prípade, ak zistí rozpor žiadosti alebo návrhu alebo exekučného titulu so zákonom. Napriek uvedenému exekučný súd o návrhu na vydanie poverenie nerozhodol ale bez zákonného oprávnenia nad rámec zverenej právomoci rozhodol uznesením o zastavení exekučného konania. Ďalej oprávnený poukázal na uznesenie Najvyššieho súdu Slovenskej republiky sp. zn. 7 Cdo/108 /2012 zo dňa 23. januára 2013. Exekučný súd podľa jeho názoru nesprávne aplikoval § 251 ods. 4, § 159 ods. 3, § 104 ods. 1 prvá veta a § 103 O.s.p., pretože v exekučnom konaní nie je možné na predchádzajúce exekučné konanie, ktoré sa skončilo uznesením o zastavení exekúcie podľa § 57 ods. 2 Exekučného poriadku v spojení s § 45 ods. 1,2 zákona o rozhodcovskom konaní, aplikovať zásadu res iudicata. V zmysle ustanovenia § 159 ods. 3 O.s.p. je vecou potrebné chápať len autoritatívne rozhodovanie o hmotnoprávnych práva a povinnostiach účastníkov konania. Exekučné konanie nemá vo svojom predmete „vec“, o ktorej by sa mohlo právoplatne rozhodnúť. Exekučné konanie predstavuje len vykonávacie konanie, ktorého obsahom je nútený výkon už právoplatne rozhodnutej veci, nemá merito veci, o ktorom by sa rozhodovalo, ale predstavuje len proces. Akékoľvek skončenie exekučného konania preto nie je spôsobilé vytvoriť prekážku rozhodnutej veci. Ďalej oprávnený poukázal na to, že zákonodarca v Exekučnom poriadku úmyselne neuvádza prekážku rozhodnutej veci ako vadu konania, ktorá by bránila ďalšiemu postupu. Nepochybne zákonodarca nemal v úmysle, aby táto vada konania bola uplatňovaná použitím ustanovenia § 251 ods. 4 O.s.p., keďže obdobnú vadu konania - litispendenciu - Exekučný poriadok vo svojom ustanovení § 36 ods. 3 obsahuje. Ak by takáto vada konania mala byť aplikovaná prostredníctvom ustanovenia § 251 ods. 4 O.s.p., nebolo by potrebné zakotviť ju priamo v Exekučnom poriadku. Exekučný súd svojím postupom a rozhodnutím porušil právo účastníkov konania na spravodlivý proces, ktoré je chránené článkom 46 ods. 1 Ústavy Slovenskej republiky ako aj článkom 6 Dohovoru o ochrane ľudských práv a základných slobôd a súčasne odňal účastníkom konania možnosť konať pred súdom, a to najmä tým, že v exekučnom konaní nebolo rozhodované o návrhu na vydanie poverenia, pričom pri negatívnom rozhodnutí má oprávnený právo na podanie odvolania voči tomuto rozhodnutiu. Exekučný súd prekročil svoju právomoc a v danej fáze neprípustným spôsobom rozhodol o zastavení exekučného konania. Rozhodnutie a postup súdu vychádza z nesprávneho právneho posúdenia prípustnosti aplikácie prekážky rozhodnutej veci v exekučnom konaní. 3. Povinná sa k odvolaniu oprávneného nevyjadrila. 4. Dňom 01. júla 2016 nadobudol účinnosť zákon č. 160/2015 Z. z. Civilný sporový poriadok (ďalej len „CSP“), ktorým bol v zmysle zrušovacieho ustanovenia § 473 zrušený zákon č. 99/1963 Zb. Občiansky súdny poriadok v znení neskorších predpisov.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5. Krajský súd v Banskej Bystrici ako súd odvolací (§ 34 CSP), preskúmal vec v rozsahu danom ustanovením § 380 ods. 1 CSP, bez nariadenia pojednávania podľa § 385 ods. 1(a contrario) CSP a uznesenie okresného súdu podľa § 387 ods. 1 CSP ako vecne správne potvrdil. 6. Podľa § 387 ods. 1 CSP odvolací súd rozhodnutie súdu prvej inštancie potvrdí, ak je vo výroku vecne správne. Podľa odseku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Podľa § 9 a ods. 1 zákona č. 233/1995 Z. z. o súdnych exekútoroch a exekučnej činnosti (Exekučný poriadok) v znení neskorších predpisov (ďalej len „Exekučný poriadok“) ak to povaha veci nevylučuje, v konaní podľa tohto zákona sa primerane použijú ustanovenia Civilného sporového poriadku. 8. Odvolací súd z obsahu spisu zistil, že v tomto exekučnom konaní sa oprávnený návrhom spísaným do zápisnice u súdneho exekútora dňa 24. mája 2014 domáha vykonania exekúcie voči povinnej na podklade exekučného titulu - rozsudku Stáleho rozhodcovského sudu zriadeného zriaďovateľom Slovenská rozhodcovská, a.s., Bratislava sp. zn. SR 09510/08 zo dňa 3. októbra 2008, ktorý nadobudol právoplatnosť a vykonateľnosť. Odvolací súd ďalej zistil zo spisu exekučného súdu, že v konkrétnom prípade už bolo vedené exekučné konanie pod sp. zn. 9 Er/15/2009, v ktorom exekučný súd uznesením č.k. 9Er/182009-17 zo dňa 4. januára 2012 pod. sp. zn. EX 11805/08 vyhlásil prebiehajúcu exekúciu za neprípustnú a zastavil ju vzhľadom na neprijateľný charakter rozhodcovskej doložky, na podklade ktorej mala byť založená právomoc rozhodcovského súdu. Podkladom pre rozhodnutie bol rovnaký rozsudok Stáleho rozhodcovského súdu zriaďovateľom Slovenská rozhodcovská a.s.,so sídlom v Bratislave, spisová značka SR 09510/08 zo dňa 3.októbra 2008. 9. Z odôvodnenia napadnutého uznesenia ako aj z predloženého súdneho spisu vyplýva, že Uznesením Okresného súdu Lučenec č.k. 6 Er/836/2014-41 zo 6. októbra 2015 bolo exekučné konanie vedené súdnym exekútorom JUDr. Rudolfom Krutým, PhD., zastavené, z toho dôvodu, že exekučné konanie už bolo vedené v prospech tohto istého oprávneného a voči tej istej povinnej. Podkladom pre rozhodnutie bol rovnaký exekučný titul, teda Rozhodcovský rozsudok sp. zn. SR 09510/08 zo dňa 3. októbra 2008, ktorý vydal Stály rozhodcovský súd zriadený zriaďovateľom Slovenská rozhodcovská a.s., so sídlom Karloveské rameno 8, Bratislava. 10. Odvolací súd ďalej zo spisu exekučného súdu zistil, že podkladom na vykonanie exekúcie v tomto exekučnom konaní je rozhodcovský rozsudok Stáleho rozhodcovského súdu zriadeného zriaďovateľom Slovenská rozhodcovská a.s., Bratislava sp. zn. SR 09510/08 zo dňa 3. októbra 2008 , ktorý oprávnený predložil s vyznačenou doložkou právoplatnosti 20. októbra 2008 a vykonateľnosti 23. októbra 2008, ktorým bola povinná zaviazaná zaplatiť oprávnenému sumu 390, 37 Eur s prísl. Z exekučného titulu vyplýva, že rozhodcovský súd vyhovel nárokom oprávneného, ktoré si uplatnil na základe Zmluvy o úvere č. XXXXXXX zo dňa 21. februára 2008. Súčasťou Zmluvy boli aj Všeobecné podmienky poskytnutia úveru. Oprávnený a povinný sa podľa článku 17 Všeobecných podmienok poskytnutia úveru, ktoré sú súčasťou predmetnej Zmluvy, dohodli, že všetky spory, ktoré vzniknú z tejto zmluvy o úvere, vrátane sporov o jej platnosť, výklad alebo zrušenie, budú riešené: a) pred Stálym rozhodcovským súdom, ak žalujúca zmluvná strana podá žalobu na rozhodcovskom súde; rozhodcovské konanie bude vedené podľa vnútorných predpisov Stáleho rozhodcovského súdu, a to jedným rozhodcom ustanoveným podľa vnútorných predpisov Stáleho rozhodcovského súdu, b) pred príslušným súdom SR,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vyššie uvedených právnych vzťahov, vrátane sporu o ich platnosť, výklad alebo zrušenie zmluvy o úvere na všeobecnom súde, považuje sa táto skutočnosť za rozväzujúcu podmienku tejto rozhodcovskej zmluvy; ustanovenie tejto vety sa nepoužije v prípade, ak pred podaním žaloby na súde bola podaná žaloba na rozhodcovský súd vo veci, v ktorej je touto rozhodcovskou doložkou v súlade s vnútornými predpismi rozhodcovského súdu založená právomoc Stáleho rozhodcovského súdu. 11. Odvolací súd, vychádzajúc z rozsahu a dôvodov odvolania, po preskúmaní uznesenia okresného súdu, aplikujúc § 387 ods. 2 CSP, sa v celom rozsahu stotožňuje s odôvodnením napadnutého uznesenia a konštatuje správnosť dôvodov, na podklade ktorých okresný súd rozhodol a na zdôraznenie jeho správnosti dodáva : 12. Podľa § 44 Exekučného poriadku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(v znení platnom a účinnom do 22. decembra 2015). 13. Podľa § 161 ods.1 CSP ak tento zákon neustanovuje inak, súd kedykoľvek počas konania prihliada na to, či sú splnené podmienky, za ktorých môže konať a rozhodnúť (ďalej len „procesné podmienky“) 14. Podľa § 161 ods. 2 CSP ak ide o nedostatok procesnej podmienky, ktorú nemožno odstrániť súd konanie zastaví. 15. Podľa § 230 CSP ak sa vo veci právoplatne rozhodlo, nemôže sa prejednávať a rozhodovať znova. 16. K procesným podmienkam konania patrí prekážka rozsúdenej veci (res iudicata) a pokiaľ je v konaní zistená, vedie k jeho zastaveniu, bez ohľadu na to, v akom štádiu sa predmetné konanie nachádza. Vyjadruje nemožnosť prejednať tú istú vec opätovne v novom konaní. O tú istú (totožnú) vec pôjde v prípade rovnakého nároku (stavu), o ktorom súd už právoplatne rozhodol, a tiež, ak súvisí s rovnakým predmetom konania alebo rovnakými účastníkmi. Rovnaký predmet konania predstavuje rovnaký nárok (stav), ktorý bol vymedzený v žalobnom petite a vyplýva z rovnakého tvrdeného skutkového stavu, z akého bol uplatnený. 17. V predmetnom prípade Okresný súd Lučenec Uznesením č.k. 6Er/836/2014-41 zo dňa 6. októbra 2015 exekučné konanie vedené súdnym exekútorom JUDr. Rudolfom Krutým, PhD., pod sp. zn. EX 25919/2014 zastavil, pretože exekučný titul, ktorým bol rozhodcovský rozsudok Stáleho rozhodcovského súdu zriadeného zriaďovateľom Slovenská rozhodcovská a.s., Bratislava sp. zn. SR 09510/08 zo dňa 3. októbra 2008, je nespôsobilým exekučným titulom, a to s poukazom na § 230 CSP, ak sa o veci právoplatne rozhodlo, nemôže sa prejednávať znova (neodstrániteľná prekážka konania).Totožnosť veci možno vymedziť zhodnosťou okruhu účastníkov a zhodnosťou predmetu konania. Exekučný poriadok, ako to vyplýva z § 1, upravuje postavenie, činnosť a samosprávu exekútorov. Podľa § 36 ods. 2 Exekučného poriadku sa exekučné konanie začína dňom, v ktorom bol exekútorovi doručený návrh na vykonanie exekúcie. Súdny exekútor však môže začať vykonávať exekúciu až udelením poverenia súdu na jej vykonanie. Z uvedeného je zrejmé, že v exekučnom konaní možno rozlíšiť osobitne štádium konania do vydania poverenia pre exekútora na vykonanie exekúcie a štádium konania po vydaní poverenia. Predmetom konania do vydania poverenia pre súdneho exekútora je jednak zabezpečenie odstránenia vád návrhu podľa § 40 Exekučného poriadku a súdne preskúmanie žiadosti o udelenie poverenia na vykonanie exekúcie, návrhu na vykonanie exekúcie a exekučného titulu v rozsahu podľa § 44 Exekučného poriadku. Z uvedeného vyplýva, že predmetom exekučného konania od jeho začatia do vydania poverenia súdom nie je vykonanie exekúcie ale zisťovanie, či sú splnené podmienky na vykonanie exekúcie. Po vydaní poverenia exekútorovi je predmetom exekučného konania samotný výkon exekúcie. Právoplatné uznesenie o zamietnutí žiadosti o udelenie poverenia na podklade „exekučného titulu“ práve z dôvodu, že nejde o exekučný titul, potom bráni tomu, aby súd znovu rozhodol o vydaní poverenia pre exekútora na podklade toho istého „exekučného titulu“. Totožnosť účastníkov a totožnosť predmetu konania bráni tomu, aby o tom istom predmete konania medzi tými istými účastníkmi, teda o tej istej veci, bolo rozhodnuté znovu. To isté ale platí aj v prípade, kedy bolo vydané poverenie a exekúcia bola následne vyhlásená za neprípustnú práve z dôvodu, že predložený „exekučný titul“ nie je spôsobilým exekučným titulom. V danom prípade bolo o návrhu oprávneného na vykonanie exekúcie proti tej istej povinnej na podklade toho istého, predtým predloženého rozhodcovského rozsudku ako exekučného titulu rozhodnuté tak, že exekúcia je neprípustná práve pre to, že predložený exekučný titul nebol v súlade so zákonom. Takého rozhodnutie je potom pre každé ďalšie exekučné konanie, začaté na základe návrhu oprávneného na vykonanie exekúcie toho istého „exekučného titulu“, rozhodnutím, ktoré tvorí prekážku rozhodnutej veci. 18. Z uvedeného vyplýva, že odvolaniu z dôvodov v ňom uvedených nebolo možné vyhovieť. Odvolací súd preto s poukazom na § 387 ods. 1, 2 CSP napadnuté rozhodnutie ako vecne správne potvrdil. 19. Toto rozhodnutie prijal senát krajského súdu pomerom hlasov 3:0 (§ 3 ods. 9 zák. č. 757/2004 Z. z. o súdoch a o zmene a doplnení niektorých zákonov v znení účinnom od 1. mája 2011). 19. Toto rozhodnutie prijal senát krajského súdu pomerom hlasov 3:0 (§ 3 ods. 9 zák. č. 757/2004 Z. z. o súdoch a o zmene a doplnení niektorých zákonov v znení účinnom od 1. mája 2011). Poučenie: Proti rozhodnutiu odvolacieho súdu je prípustné dovolanie, ak to zákon pripúšťa (§ 419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https://www.kauzis.sk/judikatura/r/ECLI:SK:KSBB:2016:6614215003.1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