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41Cob/183/2016 z 19. 9. 2016</w:t>
      </w:r>
    </w:p>
    <w:p>
      <w:r>
        <w:t>Uznesenie Krajského súdu Banská Bystrica z 19. septembra 2016, sp. zn. 41Cob/183/2016, ECLI:SK:KSBB:2016:6615215508.2</w:t>
      </w:r>
    </w:p>
    <w:p>
      <w:r>
        <w:t>Súd: Krajský súd Banská Bystrica</w:t>
      </w:r>
    </w:p>
    <w:p>
      <w:r>
        <w:t>Spisová značka: 41Cob/183/2016</w:t>
      </w:r>
    </w:p>
    <w:p>
      <w:r>
        <w:t>ECLI: ECLI:SK:KSBB:2016:6615215508.2</w:t>
      </w:r>
    </w:p>
    <w:p>
      <w:r>
        <w:t>Dátum vydania: 19. 9. 2016</w:t>
      </w:r>
    </w:p>
    <w:p>
      <w:r>
        <w:t>Forma: Uznesenie</w:t>
      </w:r>
    </w:p>
    <w:p>
      <w:pPr>
        <w:pStyle w:val="Heading2"/>
      </w:pPr>
      <w:r>
        <w:t>Text rozhodnutia</w:t>
      </w:r>
    </w:p>
    <w:p>
      <w:r>
        <w:t>Súd: Krajský súd Banská Bystrica Spisová značka: 41Cob/183/2016 Identifikačné číslo súdneho spisu: 6615215508 Dátum vydania rozhodnutia: 20. 09. 2016 Meno a priezvisko sudcu, VSÚ: JUDr. Alena Križanová ECLI: ECLI:SK:KSBB:2016:6615215508.2 Uznesenie Krajský súd v Banskej Bystrici, ako súd odvolací, v senáte zloženom z predsedníčky senátu JUDr. Aleny Križanovej a členiek senátu JUDr. Miroslavy Púchovskej a JUDr. Miriam Boborovej Sninskej, v právnej veci žalobcu PREFA - STAV, spol. s r.o., IČO: 34 102 507, Krušovská 2093, 955 01 Topoľčany, zast. JUDr. Ctiborom Stachom, advokátom, Košovská cesta 1, 971 01 Prievidza, proti žalovanému Silicate World, s.r.o., IČO: 35 852 941, Maloveská 68, 984 01 Lučenec, o zaplatenie 1.148,53 Eur s príslušenstvom, o odvolaní žalovaného proti rozsudku Okresného súdu Lučenec č.k. 14Cb/240/2015-55 zo dňa 8. februára 2016, takto r o z h o d o l : Označenie žalobcu v záhlaví rozsudku Krajského súdu v Banskej Bystrici č.k. 41Cob/183/2016-75 zo dňa 27. júla 2016 o p r a v u j e tak, že právne znie: PREFA - STAV, spol. s r.o., IČO: 34 102 507, Krušovská 2093, 955 01 Topoľčany. Deň vyhlásenia rozsudku na strane 6 rozsudku Krajského súdu v Banskej Bystrici č.k. 41Cob/183/2016-75 zo dňa 27. júla 2016 o p r a v u j e tak, že právne znie: 17. augusta 2016. o d ô v o d n e n i e : 1. Okresný súd Lučenec rozsudkom č.k. 14Cb/240/2015-55 zo dňa 8. februára 2016 žalovanému uložil povinnosť zaplatiť žalobcovi 1.148,53 Eur s 9,05 % úrokom z omeškania ročne zo sumy 1.148,53 Eur od 16.06.2015 do zaplatenia, nahradiť mu trovy konania v sume 68,50 Eur a na trovách právneho zastúpenia 167,52 Eur, všetko v lehote 60 dní od právoplatnosti rozhodnutia. 2. Proti rozsudku súdu prvej inštancie podal v zákonom stanovenej lehote odvolanie žalovaný. Na základe odvolania žalovaného odvolací súd rozsudkom č.k. 41Cob/183/2016-75 zo dňa 27. júla 2016 rozsudok Okresného súdu Lučenec č.k. 14Cb/240/2015-55 zo dňa 8. februára 2016 potvrdil a žalobcovi priznal právo na náhradu trov odvolacieho konania v plnom rozsahu. 3. Podľa ust. § 224 zákona č. 160/2015 Z.z. Civilný sporový poriadok (ďalej len „CSP“) súd kedykoľvek aj bez návrhu opraví v rozsudku chyby v písaní a počítaní, ako aj iné zrejmé nesprávnosti. O oprave súd vydá opravné uznesenie, ktoré doručí subjektom konania. 4. Podľa ust. § 234 ods. 2 CSP ak nie je ďalej ustanovené inak, použijú sa na uznesenie primerane ustanovenia o rozsudku. 5. Vzhľadom na to, že pri písaní rozsudku Krajského súdu v Banskej Bystrici č.k. 41Cob/183/2016-75 zo dňa 27. júla 2016 došlo k chybe v písaní v tom, že v záhlaví uznesenia bol nesprávne označený žalobca ako REFA - STAV, s.r.o., IČO: 34 102 507, Krušovská 2093, 955 01 Topoľčany namiesto správneho: PREFA - STAV, spol. s r.o., IČO: 34 102 507, Krušovská 2093, 955 01 Topoľčany a na strane 6 rozsudku Krajského súdu v Banskej Bystrici č.k. 41Cob/183/2016-75 zo dňa 27. júla 2016 bol nesprávne uvedený deň vyhlásenia rozsudku 27. júla 2016 namiesto správneho 17. augusta 2016, bolo potrebné podľa citovaného ust. § 224 CSP túto chybu opraviť. 6.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https://www.kauzis.sk/judikatura/r/ECLI:SK:KSBB:2016:6615215508.2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