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1CoE/154/2016 z 16. 5. 2016</w:t>
      </w:r>
    </w:p>
    <w:p>
      <w:r>
        <w:t>Uznesenie Krajského súdu Banská Bystrica z 16. mája 2016, sp. zn. 1CoE/154/2016, ECLI:SK:KSBB:2016:6710214087.2</w:t>
      </w:r>
    </w:p>
    <w:p>
      <w:r>
        <w:t>Súd: Krajský súd Banská Bystrica</w:t>
      </w:r>
    </w:p>
    <w:p>
      <w:r>
        <w:t>Spisová značka: 1CoE/154/2016</w:t>
      </w:r>
    </w:p>
    <w:p>
      <w:r>
        <w:t>ECLI: ECLI:SK:KSBB:2016:6710214087.2</w:t>
      </w:r>
    </w:p>
    <w:p>
      <w:r>
        <w:t>Dátum vydania: 16.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1CoE/154/2016 Identifikačné číslo súdneho spisu: 6710214087 Dátum vydania rozhodnutia: 17. 05. 2016 Meno a priezvisko sudcu, VSÚ: JUDr. Milan Segeč ECLI: ECLI:SK:KSBB:2016:6710214087.2 Uznesenie Krajský súd v Banskej Bystrici, ako súd odvolací, v exekučnej veci oprávneného POHOTOVOSŤ, s.r.o., so sídlom Pribinova 25, 811 09 Bratislava, IČO: 35 807 598, právne zastúpeného Advocate s.r.o., Pribinova 25, 811 09 Bratislava, IČO: 36 865 141, proti povinnému H. V., nar. XX.XX.XXXX, trvale bytom: J. J. XXXX/XX, XXX XX A., vedenej súdnym exekútorom JUDr. Rudolfom Krutým, PhD., so sídlom exekútorského úradu Záhradnícka 60, 821 08 Bratislava, pod sp. zn. EX 10533/10, na vymoženie pohľadávky oprávneného vo výške 477,25-Eur s prísl., o odvolaní oprávneného proti uzneseniu Okresného súdu Zvolen č.k. 25Er/718/2010-33 zo dňa 20.06.2014, takto r o z h o d o l : I. P r i p ú š ť a späťvzatie návrhu oprávneného na vykonanie exekúcie. II. Uznesenie Okresného súdu Zvolen č.k. 25Er/718/2010-33 zo dňa 20.06.2014 z r u š u j e a konanie o návrhu na vykonanie exekúcie z a s t a v u j e. o d ô v o d n e n i e : Dňa 21.07.2010 bol pred súdnym exekútorom JUDr. Rudolfom Krutým, za účasti splnomocneného zástupcu oprávneného, spísaný návrh na vykonanie exekúcie. Súdny exekútor požiadal okresný súd o udelenie poverenia na vykonanie exekúcie dňa 09.09.2010. Okresný súd Zvolen uznesením č.k. 25Er/718/2010-33 zo dňa 20.06.2014 žiadosť súdneho exekútora o udelenie poverenia na vykonanie exekúcie zamietol. Proti tomuto uzneseniu podal odvolanie oprávnený. Oprávnený vo svojej odpovedi na výzvu Okresného súdu Zvolen, ktorá bola doručená okresnému súdu dňa 14.03.2016, poukázal a zotrval na svojom predchádzajúcom vyjadrení zo dňa 17.04.2015, podľa ktorého: „Oprávnený netrvá na svojom návrhu zo dňa 21.07.2010, pohľadávka oprávneného bola uhradená v celom rozsahu.“ Obsah uvedeného podania oprávneného možno podľa jeho obsahu posúdiť a vyhodnotiť ako späťvzatie návrhu na vykonanie exekúcie. Podľa § 251 ods. 4 O.s.p., na výkon rozhodnutia a exekučné konanie podľa osobitného predpisu (Exekučný poriadok) sa použijú ustanovenia predchádzajúcich častí, ak tento osobitný predpis neustanovuje inak. Rozhoduje sa však vždy uznesením. Exekučný poriadok neupravuje spôsob rozhodnutia súdu o späťvzatí návrhu na vykonanie exekúcie po tom, ako prvostupňový súd vo veci rozhodol. Tento procesný návrh oprávneného bolo potrebné v zmysle § 251 ods. 4 O.s.p. posúdiť podľa § 208 O.s.p., podľa ktorého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Odvolací súd exekučné konanie v zmysle § 208 O.s.p. pre späťvzatie návrhu oprávneného na vykonanie exekúcie po zrušení rozhodnutia, ktorým okresný súd zamietol žiadosť súdneho exekútora na udelenie poverenia, zastavil. Rozhodnutím o pripustení späťvzatia je v zmysle § 222 ods. 2 O.s.p. vybavené aj odvolanie oprávneného proti uzneseniu Okresného súdu Zvolen č.k. 25Er/718/2010-33 zo dňa 20.06.2014. Rozhodnutie bolo prijaté senátom odvolacieho súdu pomerom hlasov 3:0. Rozhodnutie bolo prijaté senátom odvolacieho súdu pomerom hlasov 3:0. Poučenie: Proti tomuto uzneseniu nie je prípustné odvolanie.</w:t>
      </w:r>
    </w:p>
    <w:p/>
    <w:p>
      <w:r>
        <w:t>Zdroj: KAUZIS.SK – https://www.kauzis.sk/judikatura/r/ECLI:SK:KSBB:2016:6710214087.2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