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15Co/104/2016 z 8. 3. 2016</w:t>
      </w:r>
    </w:p>
    <w:p>
      <w:r>
        <w:t>Uznesenie Krajského súdu Banská Bystrica z 8. marca 2016, sp. zn. 15Co/104/2016, ECLI:SK:KSBB:2016:6714206440.2</w:t>
      </w:r>
    </w:p>
    <w:p>
      <w:r>
        <w:t>Súd: Krajský súd Banská Bystrica</w:t>
      </w:r>
    </w:p>
    <w:p>
      <w:r>
        <w:t>Spisová značka: 15Co/104/2016</w:t>
      </w:r>
    </w:p>
    <w:p>
      <w:r>
        <w:t>ECLI: ECLI:SK:KSBB:2016:6714206440.2</w:t>
      </w:r>
    </w:p>
    <w:p>
      <w:r>
        <w:t>Dátum vydania: 8. 3. 2016</w:t>
      </w:r>
    </w:p>
    <w:p>
      <w:r>
        <w:t>Forma: Uznesenie</w:t>
      </w:r>
    </w:p>
    <w:p>
      <w:pPr>
        <w:pStyle w:val="Heading2"/>
      </w:pPr>
      <w:r>
        <w:t>Text rozhodnutia</w:t>
      </w:r>
    </w:p>
    <w:p>
      <w:r>
        <w:t>Súd: Krajský súd Banská Bystrica Spisová značka: 15Co/104/2016 Identifikačné číslo súdneho spisu: 6714206440 Dátum vydania rozhodnutia: 09. 03. 2016 Meno a priezvisko sudcu, VSÚ: JUDr. Jaroslav Mikulaj ECLI: ECLI:SK:KSBB:2016:6714206440.2 Uznesenie Krajský súd v Banskej Bystrici v právnej veci navrhovateľa S. X., nar. XX. XX. XXXX, bytom XXX XX W. XX, občan SR, zast. Advokátskou kanceláriou JUDr. Peter Rybár, s.r.o., so sídlom Kuzmányho 29, 040 01 Košice, IČO: 47 234 466, proti odporcovi POHOTOVOSŤ, s.r.o., so sídlom Pribinova 25, 811 09 Bratislava, IČO: 35 807 598, o zaplatenie 158,- € s príslušenstvom,, na odvolanie navrhovateľa proti uzneseniu Okresného súdu Zvolen zo dňa 03. 09. 2015, č. k.: 13C/78/2014-144, takto r o z h o d o l : Odvolanie navrhovateľa odmieta. o d ô v o d n e n i e : Okresný súd napadnutým uznesením návrh navrhovateľa zamietol. Odporcovi náhradu trov konania nepriznal. Proti rozsudku okresného súdu podal odvolanie navrhovateľ. Krajský súd, ako súd odvolací, vo veci rozhodol bez nariadenia pojednávania podľa § 214 ods. 2 O. s. p. a podľa § 218 ods. 1 písm. a) O. s. p. tak, že odvolanie navrhovateľa odmietol ako oneskorene podané. Z obsahu spisu odvolací súd zistil, že napadnuté uznesenie bolo doručené právnemu zástupcovi navrhovateľa dňa 05. 10. 2015, ako to vyplýva z poštovej doručenky. Navrhovateľ podal odvolanie dňa 21. októbra 2015 o 23:18 hodine e-mailom, ktoré doplnil dňa 22. 10. 2015 podaním osobne na okresnom súde. Podľa § 204 ods. 1 O. s. p. odvolanie sa podáva do 15 dní od doručenia rozhodnutia na súde, proti rozhodnutiu ktorého smeruje. Podľa § 57 ods. 1, 2 , 3 O. s. p. do plynutia lehoty sa nezapočítava deň, keď došlo k skutočnosti určujúcej začiatok lehoty. Lehoty určené podľa týždňov, mesiacov alebo rokov končia sa uplynutím toho dňa, ktorý sa svojím označením zhoduje s dňom, keď došlo k skutočnosti určujúcej začiatok lehoty, a ak ho v mesiaci niet, posledným dňom mesiaca. Ak koniec lehoty pripadne na sobotu, nedeľu alebo sviatok, je posledným dňom lehoty najbližší nasledujúci pracovný deň. Lehota je zachovaná, ak sa posledný deň lehoty urobí úkon na súde alebo podanie odovzdá orgánu, ktorý má povinnosť ho doručiť. Pretože rozhodnutie bolo doručené dňa 05. 10. 2015, lehota na podanie odvolania začala plynúť dňa 06. 10. 2015. Posledný 15. deň lehoty pripadol na utorok 20. 10. 2015. Vzhľadom na to, že odvolanie bolo podané až 21. 10. 2015, bolo podané oneskorene. Odvolací súd odvolanie navrhovateľa odmietol podľa § 218 ods. 1 písm. a) O. s. p., podľa ktorého odvolací súd odmietne odvolanie, ktoré bolo podané oneskorene. Senát krajského súdu prijal toto rozhodnutie pomerom hlasov 3 : 0. Poučenie: Proti tomuto rozhodnutiu odvolanie nie je prípustné.</w:t>
      </w:r>
    </w:p>
    <w:p/>
    <w:p>
      <w:r>
        <w:t>Zdroj: KAUZIS.SK – https://www.kauzis.sk/judikatura/r/ECLI:SK:KSBB:2016:6714206440.2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