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13Co/126/2015 z 28. 4. 2016</w:t>
      </w:r>
    </w:p>
    <w:p>
      <w:r>
        <w:t>Uznesenie Krajského súdu Banská Bystrica z 28. apríla 2016, sp. zn. 13Co/126/2015, ECLI:SK:KSBB:2016:6714209375.2</w:t>
      </w:r>
    </w:p>
    <w:p>
      <w:r>
        <w:t>Súd: Krajský súd Banská Bystrica</w:t>
      </w:r>
    </w:p>
    <w:p>
      <w:r>
        <w:t>Spisová značka: 13Co/126/2015</w:t>
      </w:r>
    </w:p>
    <w:p>
      <w:r>
        <w:t>ECLI: ECLI:SK:KSBB:2016:6714209375.2</w:t>
      </w:r>
    </w:p>
    <w:p>
      <w:r>
        <w:t>Dátum vydania: 28. 4. 2016</w:t>
      </w:r>
    </w:p>
    <w:p>
      <w:r>
        <w:t>Forma: Uznesenie</w:t>
      </w:r>
    </w:p>
    <w:p>
      <w:pPr>
        <w:pStyle w:val="Heading2"/>
      </w:pPr>
      <w:r>
        <w:t>Text rozhodnutia</w:t>
      </w:r>
    </w:p>
    <w:p>
      <w:r>
        <w:t>Súd: Krajský súd Banská Bystrica Spisová značka: 13Co/126/2015 Identifikačné číslo súdneho spisu: 6714209375 Dátum vydania rozhodnutia: 29. 04. 2016 Meno a priezvisko sudcu, VSÚ: JUDr. Danica Kočičková ECLI: ECLI:SK:KSBB:2016:6714209375.2 Uznesenie Krajský súd v Banskej Bystrici ako súd odvolací, v právnej veci navrhovateľa ZH Kredit, s. r. o., so sídlom Karadžičova 10, 821 08 Bratislava, IČO: 36 049 581, zast. JUDr. Felixom Neupauerom, advokátom so sídlom Advokátskej kancelárie FELIX NEUPAUER &amp; PARTNERS, Dvořákovo nábrežie 8/A, 811 02 Bratislava, proti odporkyni L. Q., nar. XX. XX. XXXX, trvale bytom N. XX, XXX XX I., v konaní o zaplatenie 322,55 €, o späťvzatí návrhu na začatie konania, takto r o z h o d o l : Späťvzatie návrhu na začatie konania pripúšťa, uznesenie Okresného súdu Zvolen sp. zn. 15Ro/139/2014-27 zo dňa 21. 08. 2014 zrušuje a konanie zastavuje. Žiaden z účastníkov konania nemá právo na náhradu trov konania. o d ô v o d n e n i e : Odvolaním napadnutým uznesením okresný súd konanie podľa ust. § 104 zák. č. 99/1963 Zb., Občiansky súdny poriadok (ďalej v texte len OSP) zastavil s tým, že po právoplatnosti rozhodnutia bude vec postúpená Úradu pre dohľad nad zdravotnou starostlivosťou so sídlom v Bratislave. O trovách konania rozhodol okresný súd podľa ust. § 146 ods. 1 písm. c) OSP tak, že žiaden z účastníkov nemá právo na náhradu trov konania. V odôvodnení predmetného uznesenia okresný súd uviedol, že predmetom konania je nárok navrhovateľa na zaplatenie dlžného poistného a poplatku z omeškania podľa zák. č. 273/1994, ktorý bol s účinnosťou od 01. 11. 2004 zrušený a nahradený zákonom č. 581/2004 Z. z. o zdravotných poisťovniach, dohľade nad zdravotnou starostlivosťou a o zmene a doplnení niektorých zákonov. V zmysle uvedenej právnej úpravy je orgánom príslušným rozhodovať o nárokoch na dlžné poistné ako aj o nárokoch na poplatky z omeškania z neodvedeného alebo oneskorene odvedeného poistného Úrad pre dohľad nad zdravotnou starostlivosťou. Kompetenčný spor medzi súdom a Úradom pre dohľad nad zdravotnou starostlivosťou riešil už Najvyšší súd Slovenskej republiky v konaní sp. zn. 6Rks/1/2010, v ktorom vydal dňa 21. 04. 2010 rozhodnutie, kde uviedol, že na rozhodovanie o nároku na zaplatenie poplatku z omeškania vo veciach zdravotného poistenia podľa zákona č. 273/1994 Z. z. je daná právomoc Úradu pre dohľad nad zdravotnou starostlivosťou. V uvedenej súvislosti okresný súd konštatoval, že súd nemá právomoc rozhodovať o nárokoch zdravotných poisťovní z verejného zdravotného poistenia, pretože táto právomoc bola výhradne zverená Úradu pre dohľad nad zdravotnou starostlivosťou. Ďalej uviedol, že do nadobudnutia účinnosti zákona č. 581/2004 Z. z. o uvedených nárokoch rozhodovala zdravotná poisťovňa výmerom, ktorý tvoril exekučný titul a následne prešlo toto oprávnenie podľa prechodných ustanovení zákona č. 581/2004 Z. z. na Úrad pre dohľad nad zdravotnou starostlivosťou a keďže ide o neodstrániteľnú prekážku konania v zmysle § 104 ods. 1 Občianskeho súdneho poriadku, konanie podľa ust. § 104 ods. 1 OSP zastavil. V podaní zo dňa 4. 11. 2014, ktoré bolo doručené Okresnému súdu Brezno dňa 12. 11. 2014, t. j. počas lehoty na podanie odvolania, navrhovateľ zobral návrh v celom rozsahu späť a uviedol, že v zmysle ust. § 96 ods. 1 OSP berie návrh v celom rozsahu späť a navrhuje, aby odvolací súd vydal uznesenie, ktorým konanie vedené pod sp. zn. 15Ro/139/2014 zastaví a žiadnemu z účastníkov neprizná právo na náhradu trov konania. Podľa ust. § 208 OSP,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Vzhľadom k tomu, že v danom prípade zobral navrhovateľ v zmysle ust. § 208 OSP návrh späť, keď už rozhodol súd prvého stupňa, ale jeho rozhodnutie nenadobudlo zatiaľ právoplatnosť, odvolací súd späťvzatie návrhu na začatie konania pripustil konštatujúc, že odporkyňa vyjadrila so späťvzatím návrhu na začatie konania súhlas (č.l. 39 spisu), uznesenie Okresného súdu Zvolen č. k. 15Ro/139/2014-27 zo dňa 21. 08. 2014 zrušil a konanie zastavil. O trovách konania rozhodol odvolací súd podľa ust. § 146 ods. 1 písm. c) OSP, tak ako je uvedené vo výroku tohto uznesenia. O veci senát odvolacieho súdu rozhodol pomerom hlasov členov senátu 3 : 0. Poučenie: Proti tomuto uzneseniu odvolanie nie je prípustné.</w:t>
      </w:r>
    </w:p>
    <w:p/>
    <w:p>
      <w:r>
        <w:t>Zdroj: KAUZIS.SK – https://www.kauzis.sk/judikatura/r/ECLI:SK:KSBB:2016:6714209375.2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