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17CoE/137/2015 z 29. 6. 2016</w:t>
      </w:r>
    </w:p>
    <w:p>
      <w:r>
        <w:t>Uznesenie Krajského súdu Banská Bystrica z 29. júna 2016, sp. zn. 17CoE/137/2015, ECLI:SK:KSBB:2016:6714213435.1</w:t>
      </w:r>
    </w:p>
    <w:p>
      <w:r>
        <w:t>Súd: Krajský súd Banská Bystrica</w:t>
      </w:r>
    </w:p>
    <w:p>
      <w:r>
        <w:t>Spisová značka: 17CoE/137/2015</w:t>
      </w:r>
    </w:p>
    <w:p>
      <w:r>
        <w:t>ECLI: ECLI:SK:KSBB:2016:6714213435.1</w:t>
      </w:r>
    </w:p>
    <w:p>
      <w:r>
        <w:t>Dátum vydania: 29. 6. 2016</w:t>
      </w:r>
    </w:p>
    <w:p>
      <w:r>
        <w:t>Forma: Uznesenie</w:t>
      </w:r>
    </w:p>
    <w:p>
      <w:r>
        <w:t>Oblasť práva: Občianske právo</w:t>
      </w:r>
    </w:p>
    <w:p>
      <w:pPr>
        <w:pStyle w:val="Heading2"/>
      </w:pPr>
      <w:r>
        <w:t>Text rozhodnutia</w:t>
      </w:r>
    </w:p>
    <w:p>
      <w:r>
        <w:t>Súd: Krajský súd Banská Bystrica Spisová značka: 17CoE/137/2015 Identifikačné číslo súdneho spisu: 6714213435 Dátum vydania rozhodnutia: 30. 06. 2016 Meno a priezvisko sudcu, VSÚ: JUDr. Zita Nagypálová ECLI: ECLI:SK:KSBB:2016:6714213435.1 Uznesenie Krajský súd v Banskej Bystrici, ako súd odvolací, v exekučnej veci oprávneného POHOTOVOSŤ, s. r. o., so sídlom Pribinova 25, 811 09 Bratislava, IČO: 35 807 598, zastúpený Advocate, s. r. o., so sídlom Pribinova 25, 811 09 Bratislava, IČO: 36 865 141, v mene ktorej koná JUDr. Martin Máčaj, advokát a konateľ, proti povinnej A. T., nar. XX. XX. XXXX, F. Š. XXX/XX, XXX XX A. L., vedenej súdnym exekútorom JUDr. Rudolfom Krutým, PhD., Exekútorský úrad so sídlom Záhradnícka 60, 821 08 Bratislava, pod sp. zn. EX 27997/14, pre vymoženie pohľadávky oprávneného vo výške 46,68 € s príslušenstvom, o odvolaní oprávneného proti uzneseniu Okresného súdu Zvolen č. k. 3Er/236/2014-31 zo dňa 02. 07. 2015, r o z h o d o l : Odvolacie konanie z a s t a v u j e . o d ô v o d n e n i e : Napadnutým uznesením okresný súd žiadosť súdneho exekútora o udelenie poverenia na vykonanie exekúcie zamietol z dôvodu, že rozhodnutie stáleho rozhodcovského súdu spoločnosti Slovenská rozhodcovská a. s. Bratislava zo dňa 08. 02. 2007 sp. zn. SR 0336/07 nie je spôsobilým exekučným titulom, z dôvodu, že rozhodcovská doložka, od ktorej si rozhodcovský súd odvodil svoju právomoc vo veci konať a rozhodnúť, nebola platne dojednaná. Proti uzneseniu okresného súdu podal odvolanie oprávnený a domáhal sa zrušenia uznesenia okresného súdu a vrátenia veci na ďalšie konanie s tvrdením, že rozhodcovský rozsudok je právoplatný a vykonateľný. Ešte pred doručením odvolania oprávneného Okresnému súdu Zvolen oznámil súdny exekútor dňa 13. 07. 2015 prvostupňovému súdu, že netrvá na žiadosti o udelenie poverenia na vykonanie exekúcie pod sp. zn. EX 27997/14 proti A. T. v prospech oprávneného POHOTOVOSŤ, s. r. o., Bratislava, z dôvodu, že pohľadávka oprávneného bola dňa 03. 06. 2015 uhradená v celom rozsahu. Odvolací súd urobil dopyt na oprávneného, či je pravdivé tvrdenie súdneho exekútora, že pohľadávka oprávneného bola uhradená, a či trvá na návrhu alebo odvolaní proti uzneseniu okresného súdu. Oprávnený odvolaciemu súdu oznámil, že pohľadávka oprávneného bola uhradená 03. 06. 2015, preto netrvá na návrhu, ani na podanom odvolaní, ale keďže pohľadávka bola uhradená až po začatí exekučného konania, žiada na úhradu trov exekúcie zaviazať povinnú. Podľa § 207 ods. 2, 3 O. s. p., dokiaľ o odvolaní nebolo rozhodnuté, možno ho vziať späť. Ak niekto vzal odvolanie späť, nemôže ho podať znova. Ak sa odvolanie, o ktorom nebolo rozhodnuté, vzalo späť, odvolací súd odvolacie konanie zastaví. Krajskému súdu v Banskej Bystrici predložil Okresný súd Zvolen vec na rozhodnutie odvolania oprávneného, ktoré pred rozhodnutím odvolacieho súdu vzal oprávnený v celom rozsahu späť. Odvolací súd vzhľadom na dispozitívny úkon oprávneného odvolacie konanie podľa § 207 ods. 3 O. s. p zastavil. O zastavení exekučného konania a o trovách exekúcie rozhodne súd prvého stupňa. O veci senát odvolacieho súdu rozhodol pomerom hlasov členov senátu 3 : 0. Poučenie: Proti tomuto rozhodnutiu odvolanie nie je prípustné.</w:t>
      </w:r>
    </w:p>
    <w:p/>
    <w:p>
      <w:r>
        <w:t>Zdroj: KAUZIS.SK – https://www.kauzis.sk/judikatura/r/ECLI:SK:KSBB:2016:6714213435.1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