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13Co/207/2016 z 8. 8. 2016</w:t>
      </w:r>
    </w:p>
    <w:p>
      <w:r>
        <w:t>Rozhodnutie Krajského súdu Banská Bystrica z 8. augusta 2016, sp. zn. 13Co/207/2016, ECLI:SK:KSBB:2016:6714214331.1</w:t>
      </w:r>
    </w:p>
    <w:p>
      <w:r>
        <w:t>Súd: Krajský súd Banská Bystrica</w:t>
      </w:r>
    </w:p>
    <w:p>
      <w:r>
        <w:t>Spisová značka: 13Co/207/2016</w:t>
      </w:r>
    </w:p>
    <w:p>
      <w:r>
        <w:t>ECLI: ECLI:SK:KSBB:2016:6714214331.1</w:t>
      </w:r>
    </w:p>
    <w:p>
      <w:r>
        <w:t>Dátum vydania: 8. 8. 2016</w:t>
      </w:r>
    </w:p>
    <w:p>
      <w:r>
        <w:t>Forma: Rozhodnutie</w:t>
      </w:r>
    </w:p>
    <w:p>
      <w:r>
        <w:t>Oblasť práva: Občianske právo</w:t>
      </w:r>
    </w:p>
    <w:p>
      <w:pPr>
        <w:pStyle w:val="Heading2"/>
      </w:pPr>
      <w:r>
        <w:t>Text rozhodnutia</w:t>
      </w:r>
    </w:p>
    <w:p>
      <w:r>
        <w:t>Súd: Krajský súd Banská Bystrica Spisová značka: 13Co/207/2016 Identifikačné číslo súdneho spisu: 6714214331 Dátum vydania rozhodnutia: 09. 08. 2016 Meno a priezvisko sudcu, VSÚ: JUDr. Ferdinand Zimmermann ECLI: ECLI:SK:KSBB:2016:6714214331.1 Rozhodnutie Krajský súd v Banskej Bystrici ako súd odvolací v senáte zloženom z predsedu senátu JUDr. Ferdinanda Zimmermanna a sudcov JUDr. Danice Kočičkovej a JUDr. Amy Odalošovej v právnej veci žalobcu: Eurocentrum Credit, s. r. o., Šalviova 40/24, Bratislava, proti žalovanému: W. Q., nar. XX. XX. XXXX, F. XX/XXX, W., t. č. bytom M. Lehôtka, W. XX, W., zastúpený advokátom JUDr. Jaroslavom Hujíkom, Advokátska kancelária Prievidza, Hviezdoslavova ulica č. 3, o zaplatenie sumy 275 € s prísl., na odvolanie žalovaného zo dňa 01. 02. 2016 proti uzneseniu Okresného súdu vo Zvolene č. k. 17C/340/2015-43 zo dňa 14. 01. 2016, takto r o z h o d o l : Uznesenie okresného súdu vo výroku, ktorým bolo rozhodnuté, že žiaden z účastníkov nemá právo na náhradu trov konania m e n í t a k , že žalobca je povinný uhradiť žalovanému trovy prvostupňového konania v sume 63,26 € na účet advokáta JUDr. Jaroslava Hujíka, č. účtu: B XXXX XXXX XXXX XXXX XXXX. V nenapadnutých častiach zostáva uznesenie okresného súdu n e d o t k n u t é . o d ô v o d n e n i e : 1. Okresný súd konanie zastavil a vyslovil, že žiaden z účastníkov nemá právo na náhradu trov konania. Zároveň súd nariadil vrátiť navrhovateľovi súdny poplatok v sume 9,80 € zaplatený kolkovými známkami prostredníctvom príslušného orgánu. V dôvodoch bolo preukázané, že navrhovateľ zobral svoj návrh dňa 07. 01. 2016 späť, a preto bolo konanie poľa § 96 ods. 1 OSP zastavené. O trovách konania súd rozhodoval podľa § 146 ods. 1 písm. c) OSP a o vrátení súdneho poplatku podľa § 11 ods. 3, 4 a 6 zákona č. 71/1992 Zb. 2. Proti uzneseniu, čo do výroku, ktorým bolo rozhodnuté, že žiaden z účastníkov nemá právo na náhradu trov konania, podal žalovaný odvolanie. Žiadal priznať na trovách prvostupňového konania za dva úkony po 23,24 € a 2 x režijný paušál po 8,39 €, spolu 63,26 €. 3. Krajský súd, ako súd odvolací, viazaný ust. § 379 a 380 CSP preskúmal vec v rozsahu podaného odvolania. Vo veci nebolo potrebné nariadiť pojednávanie podľa § 385 CSP. V napadnutej časti došlo k zmene uznesenia podľa § 388 CSP. 4. Nakoľko žalobca podaním, ktoré došlo okresnému súdu dňa 13. 01. 2016, zobral svoj návrh v celom rozsahu späť dňa 14. 01. 2016, súd prvej inštancie konanie zastavil. Ešte pred späžvzatím návrhu na začatie konania doručil súdu dňa 16. 12. 2015 žalovaný podanie, ktorým uvádza, že vo veci splnomocnil na zastupovanie advokáta JUDr. Jaroslava Hujíka a pripojil aj jeho plnú moc. Zároveň odmietol návrh žalobcu, že by mu dlhoval akúkoľvek finančnú čiastku z pôžičky zo dňa 18. 12. 2004. On všetky dlhy už vrátil. Z opatrnosti namietal aj premlčanie nároku. Žalovaný preto navrhol návrh žalobcu zamietnuť a zaviazať ho nahradiť mu trovy konania. 5. Pri rozhodovaní o trovách konania súd prvej inštancie pochybil, pretože podľa vtedy platného ust. zákona, t. j. § 146 ods. 2 OSP mal žalobcu zaviazať na náhradu trov konania žalovanému. Podľa tohto ustanovenia totiž, ak niektorý z účastníkov zavinil, že konanie sa muselo zastaviť, je povinný uhradiť jeho trovy. Ide o procesné zavinenie, ktoré spočíva aj v späťvzatí návrhu. Odvolací súd preto o výroku o trovách konania uznesenie súdu prvej inštancie zmenil a zaviazal žalobcu zaplatiť žalovanému trovy konania, ktoré odvolací súd považoval v zmysle vyčíslenia žalovaného za účelne vynaložené. 6.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w:t>
      </w:r>
    </w:p>
    <w:p/>
    <w:p>
      <w:r>
        <w:t>Zdroj: KAUZIS.SK – https://www.kauzis.sk/judikatura/r/ECLI:SK:KSBB:2016:6714214331.1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