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14Co/276/2016 z 14. 6. 2016</w:t>
      </w:r>
    </w:p>
    <w:p>
      <w:r>
        <w:t>Uznesenie Krajského súdu Banská Bystrica z 14. júna 2016, sp. zn. 14Co/276/2016, ECLI:SK:KSBB:2016:6715200044.1</w:t>
      </w:r>
    </w:p>
    <w:p>
      <w:r>
        <w:t>Súd: Krajský súd Banská Bystrica</w:t>
      </w:r>
    </w:p>
    <w:p>
      <w:r>
        <w:t>Spisová značka: 14Co/276/2016</w:t>
      </w:r>
    </w:p>
    <w:p>
      <w:r>
        <w:t>ECLI: ECLI:SK:KSBB:2016:6715200044.1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14Co/276/2016 Identifikačné číslo súdneho spisu: 6715200044 Dátum vydania rozhodnutia: 15. 06. 2016 Meno a priezvisko sudcu, VSÚ: JUDr. Mária Podhorová ECLI: ECLI:SK:KSBB:2016:6715200044.1 Uznesenie Krajský súd v Banskej Bystrici v právnej veci žalobcu Urbariát obce Zvolenská Slatina, pozemkové spoločenstvo, so sídlom Školská 419/15, 962 01 Zvolenská Slatina, IČO: 37 955 276, zast. advokátom JUDr. Ľubomírom Ivanom, Advokátska kancelária so sídlom Zvolen, Dukelských hrdinov 22, proti žalovanému G. U., IČO: XX XXX XXX, s miestom podnikania XX, XXX XX W., zast. Advokátska kancelária JUDr. Slávik a partneri, s.r.o., so sídlom M. R. Štefánika 3, 955 01 Topoľčany, IČO : 36 861 375, o návrhu žalobcu na vypratanie pozemku a o vzájomnom návrhu žalovaného na určenie obsahu zmluvy o nájme medzi žalobcom a žalovaným, o odvolaní žalovaného proti rozsudku Okresného súdu Zvolen zo dňa 05.02.2016, č. k. 7C/1/2015-298 a o späťvzatí odvolania, takto r o z h o d o l : Odvolacie konanie z a s t a v u j e . O trovách odvolacieho konania rozhodne prvostupňový súd. o d ô v o d n e n i e : Napadnutým rozsudkom okresný súd uložil žalovanému povinnosť vypratať pozemok vedený Okresným úradom Zvolen, katastrálny odbor, nachádzajúci sa v katastrálnom území Z. U., obec Z. U., okres Z., zapísaný na LV č. XXXX, a to pozemok - parcela registra C, parc. č. XXXX/X o výmere XX XXX m2, lesné pozemky do 30 dní od právoplatnosti rozsudku. Vzájomný návrh žalovaného zamietol. O trovách konania rozhodol tak, že o ňom bude rozhodnuté do 30 dní po právoplatnosti rozhodnutia vo veci samej podľa § 151 ods. 3 O.s.p. Proti rozsudku okresného súdu podal v zákonom stanovenej lehote odvolanie žalovaný prostredníctvom splnomocnenej advokátskej kancelárie do výroku vo veci samej, t. j. pokiaľ súd vyhovel návrhu a pokiaľ zamietol návrh žalovaného a domáhal sa zmeny tak, že súd návrh žalobcu zamietne a vyhovie vzájomnému návrhu žalovaného. Písomným podaním doručeným okresnému súdu dňa 01.04.2016 žalovaný prostredníctvom splnomocnenej advokátskej kancelárie zobral svoje odvolanie v celom rozsahu späť, navrhol, aby odvolací súd späťvzatie odvolania pripustil a odvolacie konanie zastavil. Pokiaľ ide o trovy odvolacieho konania, navrhol, aby odvolací súd rozhodol tak, že žiaden z účastníkov nemá právo na náhradu trov odvolacieho konania. Podľa § 207 ods. 2 O.s.p. dokiaľ o odvolaní nebolo rozhodnuté, možno ho vziať späť. Ak niekto vzal odvolanie späť, nemôže ho podať znova. Podľa § 207 ods. 3 O.s.p., ak sa odvolanie, o ktorom nebolo rozhodnuté, vzalo späť, odvolací súd odvolacie konanie zastaví. Odvolací súd po zistení, že sú naplnené podmienky pre postup podľa ust. § 207 ods. 2 a 3 O.s.p., tzn. že žalovaný, ktorý podal odvolanie, zobral toto odvolanie späť skôr, ako o ňom bolo rozhodnuté, postupom podľa § 207 ods. 3 O.s.p. odvolacie konanie zastavil. O náhrade trov odvolacieho konania rozhodne prvostupňový súd podľa § 224 ods. 4 O.s.p., podľa ktorého, ak odvolací súd rozhoduje o odvolaní proti rozhodnutiu vo veci samej, ktorým nebolo rozhodnuté o trovách konania z dôvodu postupu podľa § 151 ods. 3, o trovách odvolacieho konania rozhodne súd prvého stupňa. Rozhodnutie bolo prijaté hlasovaním senátu pomerom hlasov 3 : 0. Rozhodnutie bolo prijaté hlasovaním senátu pomerom hlasov 3 : 0. Poučenie: Proti tomuto rozhodnutiu odvolanie nie je prípustné.</w:t>
      </w:r>
    </w:p>
    <w:p/>
    <w:p>
      <w:r>
        <w:t>Zdroj: KAUZIS.SK – https://www.kauzis.sk/judikatura/r/ECLI:SK:KSBB:2016:6715200044.1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