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13Co/84/2016 z 14. 3. 2016</w:t>
      </w:r>
    </w:p>
    <w:p>
      <w:r>
        <w:t>Uznesenie Krajského súdu Banská Bystrica z 14. marca 2016, sp. zn. 13Co/84/2016, ECLI:SK:KSBB:2016:6715201415.1</w:t>
      </w:r>
    </w:p>
    <w:p>
      <w:r>
        <w:t>Súd: Krajský súd Banská Bystrica</w:t>
      </w:r>
    </w:p>
    <w:p>
      <w:r>
        <w:t>Spisová značka: 13Co/84/2016</w:t>
      </w:r>
    </w:p>
    <w:p>
      <w:r>
        <w:t>ECLI: ECLI:SK:KSBB:2016:6715201415.1</w:t>
      </w:r>
    </w:p>
    <w:p>
      <w:r>
        <w:t>Dátum vydania: 14.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13Co/84/2016 Identifikačné číslo súdneho spisu: 6715201415 Dátum vydania rozhodnutia: 15. 03. 2016 Meno a priezvisko sudcu, VSÚ: JUDr. Ferdinand Zimmermann ECLI: ECLI:SK:KSBB:2016:6715201415.1 Uznesenie Krajský súd v Banskej Bystrici ako súd odvolací v právnej veci navrhovateľky: K. C., nar. XX. XX. XXXX, bytom M. XX, XXX XX M., občan SR, právne zastúpená: Advokátska kancelária JUDr. Peter Rybár, s. r. o., Kuzmányho 29, 040 01 Košice, IČO: 47 234 466, proti odporcovi: Prvá stavebná sporiteľňa, a. s., Bajkalská 30, 829 48 Bratislava, IČO: 31 335 004, o zaplatenie sumy 4 350 € s prísl., o späťvzatí návrhu, takto r o z h o d o l : N e p r i p ú š ť a späťvzatie návrhu. o d ô v o d n e n i e : Okresný súd rozsudkom č. k. 18C/47/2015-26 zo dňa 21. 10. 2015, rozhodol tak, že návrh navrhovateľky v celom rozsahu zamietol. Odporcovi náhradu trov konania nepriznal. Po rozhodnutí prvostupňového súdu pred nadobudnutím právoplatnosti rozhodnutia navrhovateľ zobral návrh späť v celom rozsahu a žiadal konanie zastaviť. Odporca nesúhlasil so späťvzatím návrhu žalobcu. Podľa § 208 OSP,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nepripustil späťvzatie návrhu, nakoľko nie sú splnené kumulatívne podmienky, a to nedošlo k procesne účinnému udeleniu súhlasu, odporca so späťvzatím návrhu nesúhlasil a preto súd späťvzatie nepripustil. Odvolací súd nerozhodol o náhrade trov konania v súlade s § 224 ods. 1 OSP za použitia § 151 ods. 1 OSP, nakoľko účastníci nenavrhli rozhodnúť o náhrade trov konania. O veci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https://www.kauzis.sk/judikatura/r/ECLI:SK:KSBB:2016:6715201415.1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