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14Co/757/2015 z 22. 8. 2016</w:t>
      </w:r>
    </w:p>
    <w:p>
      <w:r>
        <w:t>Uznesenie Krajského súdu Banská Bystrica z 22. augusta 2016, sp. zn. 14Co/757/2015, ECLI:SK:KSBB:2016:6715202187.1</w:t>
      </w:r>
    </w:p>
    <w:p>
      <w:r>
        <w:t>Súd: Krajský súd Banská Bystrica</w:t>
      </w:r>
    </w:p>
    <w:p>
      <w:r>
        <w:t>Spisová značka: 14Co/757/2015</w:t>
      </w:r>
    </w:p>
    <w:p>
      <w:r>
        <w:t>ECLI: ECLI:SK:KSBB:2016:6715202187.1</w:t>
      </w:r>
    </w:p>
    <w:p>
      <w:r>
        <w:t>Dátum vydania: 22. 8. 2016</w:t>
      </w:r>
    </w:p>
    <w:p>
      <w:r>
        <w:t>Forma: Uznesenie</w:t>
      </w:r>
    </w:p>
    <w:p>
      <w:pPr>
        <w:pStyle w:val="Heading2"/>
      </w:pPr>
      <w:r>
        <w:t>Text rozhodnutia</w:t>
      </w:r>
    </w:p>
    <w:p>
      <w:r>
        <w:t>Súd: Krajský súd Banská Bystrica Spisová značka: 14Co/757/2015 Identifikačné číslo súdneho spisu: 6715202187 Dátum vydania rozhodnutia: 23. 08. 2016 Meno a priezvisko sudcu, VSÚ: JUDr. Mária Podhorová ECLI: ECLI:SK:KSBB:2016:6715202187.1 Uznesenie Krajský súd v Banskej Bystrici v senáte zloženom z predsedníčky senátu JUDr. Márie Podhorovej a sudcov JUDr. Petra Priehodu a JUDr. Anny Snopčokovej, v právnej veci žalobcu: V. G., nar. XX. XX. XXXX, bytom Z. XXXX, XXX XX Z., občan SR, zast. JUDr. Milan Ficek, advokát s.r.o., so sídlom Žilinská 14, 811 05 Bratislava, IČO: 47 232 757, proti žalovanému: Q. W., nar. XX. XX. XXXX, bytom B. XXXX, XXX XX Z., občan SR, o zaplatenie 750,- Eur s príslušenstvom, o odvolaní žalobcu proti uzneseniu Okresného súdu Zvolen zo dňa 27. 05. 2015 č. k. 17C/77/2015 - 8, takto r o z h o d o l : Uznesenie okresného súdu p o t v r d z u j e . o d ô v o d n e n i e : 1. Napadnutým uznesením okresný súd zastavil konanie, ktorým sa žalobca voči žalovanému domáhal zaplatenia sumy 750,- Eur s príslušenstvom, a to podľa § 10 ods. 1 zákona č. 71/1992 Zb. z dôvodu nezaplatenia súdneho poplatku za podanie žaloby, a to napriek výzve súdu a poučeniu o následkoch nezaplatenia poplatku. 2. Proti uzneseniu okresného súdu podal žalobca odvolanie prostredníctvom splnomocnenej advokátskej kancelárie. Uviedol, že súdny poplatok bol podľa žalobcu zaplatený podľa výzvy súdu, navrhol súdu preveriť prijatú platbu a postupom podľa § 10 ods. 3 Zákona o súdnych poplatkoch zrušiť napadnuté uznesenie a pokračovať v konaní. 3. Krajský súd, ako súd odvolací (§ 34 Zákona č. 160/2015 Z. z. Civilného sporového poriadku - ďalej len „CSP“), preskúmal vec v medziach daných ustanovením § 379 a § 380 CSP a bez nariadenia pojednávania uznesenie okresného súdu podľa § 387 ods. 1 CSP ako vecne správne potvrdil. 4. Podľa ustanovenia § 470 ods. 1 CSP, ak nie je ustanovené inak, platí tento zákon aj na konanie začaté predo dňom nadobudnutia jeho účinnosti. 5. Podľa ustanovenia § 470 ods. 2 CSP právne účinky úkonov, ktoré v konaní nastali predo dňom nadobudnutia účinnosti tohto zákona, zostávajú zachované. 6. Podľa ustanovenia § 470 ods. 4 CSP konanie začaté do 30. 06. 2016 na vecne, miestne, kauzálne a funkčne príslušnom súde podľa predpisov účinných do 30. 06. 2016 dokončí súd, na ktorom sa konanie začalo. 7. Odvolací súd poukazuje na skutočnosť, že odo dňa 01. 07. 2016 nadobudol účinnosť nový procesný predpis Zákon č. 160/2015 Z. z. - Civilný sporový poriadok. V zmysle intertemporálneho ustanovenia § 470 ods. 1 CSP sa ustanovenia Civilného sporového poriadku aplikujú aj na konania začaté predo dňom nadobudnutia účinnosti tohto zákona. 8. Podľa ustanovenia § 1 ods. 1 Zákona č. 71/1992 Zb. (Zákon o súdnych poplatkoch - ďalej len „ZSP“)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ZSP poplatníkom navrhovateľ poplatkového úkonu, ak je podľa sadzobníka ustanovený poplatok z návrhu. 9. Podľa § 5 ods. 1 písm. a/ ZSP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10. Podľa § 10 ods. 1 ZSP,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11. Odvolací súd z obsahu spisu zistil, že žalobca podal žalobu dňa 26. 02. 2015. V žalobe je uvedené, že súdny poplatok (vo výške 45,- Eur) bude zaplatený na výzvu súdu. Výzvou zo dňa 17. 04. 2015 súd prvej inštancie vyzval žalobcu na zaplatenie súdneho poplatku vo výške 45,- Eur s poukazom na položku č. 1 písm. a/ sadzobníka súdnych poplatkov s tým, aby v lehote 10 dní od doručenia výzvy zaplatil súdny poplatok za podanie žaloby (v tom čase za podanie návrhu). Výzva bola doručená právnemu zástupcovi žalobcu dňa 22. 04. 2015. Z úradného záznamu na č. l. 7 je zistené, že súdny poplatok ku dňu 25. 05. 2015 uhradený nebol. Následne súd prvej inštancie konanie zastavil. 12. Po odvolaní žalobcu proti uzneseniu o zastavení konania z dôvodu nezaplatenia súdneho poplatku vyzval súd prvej inštancie právneho zástupcu žalobcu na predloženie dokladu o zaplatení súdneho poplatku v zmysle výzvy z č. l. 6. Výzva/žiadosť bola doručená právnemu zástupcovi žalobcu dňa 04. 08. 2015. Následne právny zástupca žalobcu oznámil, že žalobca s ním nekomunikuje, nereaguje na jeho podania, a preto nedokáže zabezpečiť doklad o zaplatení súdneho poplatku. 13. Vzhľadom na uvedené odvolací súd konštatuje, že okresný súd postupoval správne a v súlade so zákonnou úpravou, keď postupom podľa § 10 ods. 1 zákona č. 71/1992 Zb. zastavil konanie pre nezaplatenie súdneho poplatku splatného podaním žaloby, pretože vyzval poplatníka na zaplatenie súdneho poplatku, určil mu lehotu 10 dní na jeho zaplatenie a zároveň ho poučil o následku nezaplatenia súdneho poplatku, teda o zastavení konania. Tvrdenie obsiahnuté v odvolaní, v zmysle ktorého mal byť súdny poplatok na výzvu súdu zaplatený, nebolo preukázané, hoci súd poplatníka (jeho právneho zástupcu) na predloženie tohto dokladu vyzval a určil mu primeranú lehotu. 14. Vzhľadom na uvedené odvolací súd postupom podľa ustanovenia § 387 ods. 1 CSP uznesenie prvoinštančného súdu o zastavení konania ako vecne správne potvrdil.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https://www.kauzis.sk/judikatura/r/ECLI:SK:KSBB:2016:6715202187.1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