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41CoE/735/2015 z 26. 4. 2016</w:t>
      </w:r>
    </w:p>
    <w:p>
      <w:r>
        <w:t>Uznesenie Krajského súdu Banská Bystrica z 26. apríla 2016, sp. zn. 41CoE/735/2015, ECLI:SK:KSBB:2016:6715205166.1</w:t>
      </w:r>
    </w:p>
    <w:p>
      <w:r>
        <w:t>Súd: Krajský súd Banská Bystrica</w:t>
      </w:r>
    </w:p>
    <w:p>
      <w:r>
        <w:t>Spisová značka: 41CoE/735/2015</w:t>
      </w:r>
    </w:p>
    <w:p>
      <w:r>
        <w:t>ECLI: ECLI:SK:KSBB:2016:6715205166.1</w:t>
      </w:r>
    </w:p>
    <w:p>
      <w:r>
        <w:t>Dátum vydania: 26. 4. 2016</w:t>
      </w:r>
    </w:p>
    <w:p>
      <w:r>
        <w:t>Forma: Uznesenie</w:t>
      </w:r>
    </w:p>
    <w:p>
      <w:r>
        <w:t>Oblasť práva: Občianske právo</w:t>
      </w:r>
    </w:p>
    <w:p>
      <w:pPr>
        <w:pStyle w:val="Heading2"/>
      </w:pPr>
      <w:r>
        <w:t>Text rozhodnutia</w:t>
      </w:r>
    </w:p>
    <w:p>
      <w:r>
        <w:t>Súd: Krajský súd Banská Bystrica Spisová značka: 41CoE/735/2015 Identifikačné číslo súdneho spisu: 6715205166 Dátum vydania rozhodnutia: 27. 04. 2016 Meno a priezvisko sudcu, VSÚ: JUDr. Alena Križanová ECLI: ECLI:SK:KSBB:2016:6715205166.1 Uznesenie Krajský súd v Banskej Bystrici, ako súd odvolací, v exekučnej veci oprávneného BENCONT INVESTMENTS, s. r. o., so sídlom Vajnorská 100/A, 831 04 Bratislava, IČO: 36 432 105, zast. spoločnosťou JUDr. Veronikou Kubrikovou, PhD., advokátkou, so sídlom Martinčekova 13, 821 01 Bratislava, proti povinnému V. S., nar. XX.XX.XXXX, bytom Z. O. XX, XXX XX P. K., o vymoženie pohľadávky vo výške 923,33 Eur s príslušenstvom, vykonávanej súdnym exekútorom JUDr. Jozefom Ďuricom, Exekútorský úrad so sídlom Borovianska 17, 960 01 Zvolen, pod sp. zn. EX 1314/15, o odvolaní oprávneného proti uzneseniu Okresného súdu Zvolen č.k. 1Er/164/2015-14 zo dňa 4. augusta 2015, takto r o z h o d o l : Uznesenie Okresného súdu Zvolen č.k. 1Er/164/2015-14 zo dňa 4. augusta 2015 p o t v r d z u j e . o d ô v o d n e n i e : Okresný súd Zvolen uznesením č.k. 1Er/164/2015-14 zo dňa 4. augusta 2015 zamietol žiadosť súdneho exekútora JUDr. Jozefa Ďuricu o udelenie poverenia na vykonanie exekúcie. V odôvodnení rozhodnutia uviedol, že v predmetnej veci je exekučným titulom rozhodcovský rozsudok Stáleho rozhodcovského súdu zriadeného pri ROZHODCOVSKÁ, ARBITRÁŽNA A MEDIAČNÁ, a.s., so sídlom v Bratislave, sp. zn. WH-A/0411/0086 zo dňa 17.12.2012. Rozhodcovský rozsudok bol vydaný na základe zmluvy o úvere uzavretej medzi právnym predchodcom oprávneného V. O., a.s., so sídlom v O. a povinným dňa 14.11.2005. V Obchodných podmienkach pre úver (verzia 2/2005), ktoré tvoria súčasť zmluvy o úvere si zmluvné strany dohodli rozhodcovskú doložku. Vzhľadom na povahu subjektov právneho vzťahu a okolnosti uzatvorenia zmluvy o úvere okresný súd mal za nesporné, že zmluva uzavretá medzi právnym predchodcom oprávneného a povinným je v zmysle ust. § 52 a nasl. Občianskeho zákonníka spotrebiteľskou zmluvou. V posudzovanej veci okresný súd konštatoval, že rozhodcovská doložka nebola osobitne dojednaná. Dlžník ju nemohol ovplyvniť, pretože je inkorporovaná do obchodných podmienok, v prípade, ak chcel zmluvu o úvere uzavrieť, musel ju akceptovať. Takýmto spôsobom sa pred vznikom akéhokoľvek sporu s oprávneným bez primeraného dôvodu vopred vzdal svojich práv uplatniť svoje nároky alebo brániť svoje práva pred všeobecným súdom. Rozhodcovskú doložku v zmluve uzavretej medzi dodávateľom a spotrebiteľom, na podklade ktorej veriteľ - dodávateľ iniciuje voči spotrebiteľovi rozhodcovské konanie a ktorá nebola dojednaná individuálne po vzniku sporu medzi účastníkmi zmluvy okresný súd považoval za neprijateľnú podmienku v spotrebiteľskej zmluve a z tohto dôvodu za absolútne neplatnú, pretože poskytuje veriteľovi neprimeranú a nedôvodnú výhodu voči dlžníkovi spočívajúcu v tom, že môže vopred určiť súkromnoprávny subjekt, ktorý bude rozhodovať prípadný spor so spotrebiteľom a vylúčiť tak ochranu práv spotrebiteľa všeobecným súdom. Keďže právomoc rozhodcovského súdu na rozhodnutie v predmetnej veci je založená na neplatnom právnom úkone, okresný úd po preskúmaní exekučného titulu dospel k záveru, že je vydaný v rozpore so zákonom, a preto podľa ust. § 44 ods. 2 Exekučného poriadku žiadosť súdneho exekútora o udelenie poverenia na vykonanie exekúcie zamietol. Proti uzneseniu okresného súdu podal v zákonom stanovenej lehote odvolanie oprávnený. Na odôvodnenie uviedol, že okresný súd na základe vykonaných dôkazov dospel k nesprávnym skutkovým zisteniam, rozhodnutie okresného súdu vychádza z nesprávneho právneho posúdenia veci, a že mu bola postupom súdu odňatá možnosť konať pred súdom. Namietal, že podľa ust. § 44 ods. 2 Exekučného poriadku je súd oprávnený skúmať a vykonať ako dôkaz výlučne žiadosť o udelenie poverenia na vykonanie exekúcie, návrh na vykonanie exekúcie a exekučný titul. Exekučný súd nemá zákonné oprávnenie skúmať a hodnotiť iné listiny, ako napr. zmluvu o úvere, ktorá obsahuje rozhodcovskú doložku. V prípade, ak exekučným titulom je rozhodcovský rozsudok, súd príslušný na výkon rozhodnutia, alebo exekúciu nie je vecne príslušný vo veci konať, či už ako súd vyššej inštancie, kasačný súd, alebo súd konajúci o opravnom prostriedku, ale len ako exekučný súd. Mal za to, že exekučný súd je oprávnený skúmať rozhodcovský rozsudok ako exekučný titul len v zákonom určených medziach (ust. § 45 ods. 1 zákona č. 244/2002 Z.z. o rozhodcovskom konaní). Rozhodcovský rozsudok má pre účastníkov rozhodcovského konania rovnaké účinky, ako právoplatný rozsudok súdu. Súd nemôže vec prejednávať znova, nanovo skúmať skutkový stav, vykonávať dôkazy a tie následne právne hodnotiť bez účasti oprávneného. O platnosti rozhodcovskej doložky rozhoduje rozhodcovský súd, a preto prekážka rozsúdenej veci bráni tomu, aby bola opätovne posúdená. Konštatoval, že jeho právny predchodca uzatvoril platnú rozhodcovskú doložku v súlade so Zákonom o rozhodcovskom konaní. Zdôraznil, že jeho právny predchodca V. O., a.s. pri uzatváraní rozhodcovskej doložky postupoval v súlade s ust. § 93b zákona č. 483/2001 Z.z. o bankách. Namietal nesprávnu aplikáciu ust. § 53 ods. 4 Občianskeho zákonníka. V prípade, ak exekučný súd pri rozhodovaní o vydaní poverenia podľa ust. § 44 ods. 2 Exekučného poriadku vykonáva iné dôkazy než tie, ktoré sú výslovne uvedené v citovanom ustanovení, ako aj v prípadoch, keď exekučný stav (či už po vykonaní takýchto dôkazov, alebo bez toho) na ťarchu oprávneného reviduje skutkový stav, na ktorom je založený exekučný titul, je povinný dať oprávnenému možnosť sa k takto vykonaným dôkazom a takto novo vytvorenej procesnej situácii vyjadriť. Nesúhlasil s aplikáciou Smernice EHS č. 93/13/EHS. Poukázal na viaceré rozhodnutia súdov Slovenskej republiky. Nakoniec uviedol, že exekučný súd mu svojim postupom znemožnil uplatniť svoje právo priznané exekučným titulom, ktorého účinky sa v zásade zhodujú s účinkami právoplatného rozsudku. Z uvedených dôvodov navrhol, aby odvolací súd napadnuté uznesenie zmenil a vyhovel žiadosti súdneho exekútora o udelenie poverenia na vykonanie exekúcie, alternatívne, aby napadnuté uznesenie v celom rozsahu zrušil a vec vrátil okresnému súdu na ďalšie konanie. K odvolaniu oprávneného vyjadrenie podané nebolo. Uznesenie okresného súdu bolo vydané vyššou súdnou úradníčkou. Zákonná sudkyňa odvolaniu nemienila vyhovieť a podľa ust. § 374 ods. 4 O.s.p. vec predložila na rozhodnutie odvolaciemu súdu. Krajský súd v Banskej Bystrici, ako súd odvolací, prejednal vec podľa ust. § 212 ods. 1 O.s.p., bez nariadenia pojednávania podľa ust. § 214 ods. 2 O.s.p. a napadnuté uznesenie okresného súdu ako vecne správne podľa ust. § 219 ods. 1 O.s.p. potvrdil. Odvolací súd zo spisu zistil, že dňa 30.03.2015 bol súdnemu exekútorovi doručený návrh na vykonanie exekúcie. Následne súdny exekútor žiadal okresný súd o udelenie poverenia na vykonanie exekúcie. Exekučným titulom v predmetnom konaní je rozhodcovský rozsudok sp. zn. WH-A/0411/0086 zo dňa 17.12.2012, vydaný Stálym rozhodcovským súdom, zriadeným pri ROZHODCOVSKÁ, ARBITRÁŽNA A MEDIAČNÁ, a.s., so sídlom v Bratislave. Z exekučného titulu je zrejmé, že rozhodcovským rozsudkom bolo vyhovené návrhu žalobcu (oprávneného) v časti o zaplatenie sumy 923,33 Eur s príslušenstvom. Rozhodcovský rozsudok bol vydaný na základe Zmluvy o úvere č. XXXXXXXXXX uzavretej medzi právnym predchodcom oprávneného V. O., a.s., O. a povinným. Napadnutým uznesením okresný súd žiadosť súdneho exekútora o udelenie poverenia na vykonanie exekúcie zamietol podľa ust. § 44 ods. 2 Exekučného poriadku. Odvolací súd uznesením č.k. 41CoE/610/2015-58 zo dňa 25.11.2015 vyzval oprávneného na odstránenie vád ním podaného odvolania proti napadnutému uzneseniu. Následne oprávnený vady odvolania odstránil, a preto odvolací súd odvolanie oprávneného prejednal. Podľa ust. § 44 ods. 2 Exekučného poriadku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okresný súd povinný skúmať existenciu alebo platnosť rozhodcovskej doložky (zmluvy). Podľa ust. § 52 ods. 1 Občianskeho zákonníka účinného v čase uzavretia zmluvy o úvere (14.11.2005)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ust. § 23a zákona č. 634/1992 Zb. o ochrane spotrebiteľa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Preskúmaním veci odvolací súd zistil, že je nepochybné, že s prihliadnutím na povahu účastníkov, obsah zmluvy a vopred pripravený obsah zmluvy na predtlačenom formulári medzi účastníkmi konania bola uzavretá spotrebiteľská zmluva podľa ust. § 52 ods. 1 Občianskeho zákonníka, ako aj podľa ust. § 23a zákona č. 634/1992 Zb. o ochrane spotrebiteľa. Preto je potrebné na tento právny vzťah medzi veriteľom a dlžníkom aplikovať ustanovenia spotrebiteľského práva. Tomuto zisteniu bolo potom potrebné podriadiť, ako to správne urobil okresný súd, ďalší procesný postup okresného súdu. Odvolací súd konštatuje, že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Úpravu spotrebiteľských zmlúv v Občianskom zákonníku nie je možné považovať za taxatívnu, pričom je možné vychádzať aj z osobitnej právnej úpravy zákona č. 634/1992 Zb. o ochrane spotrebiteľa účinnej v čase uzavretia zmluvy o úvere predovšetkým z ust. § 2 písm. a) a b) definujúcich zmluvné strany a z ust. § 6 zakotvujúceho zákaz diskriminácie spotrebiteľa. Podľa ust. § 6 ods. 3 zákona o ochrane spotrebiteľa predávajúci nesmie konať v rozpore s dobrými mravmi. Konaním v rozpore s dobrými mravmi sa na účely tohto zákona rozumie konanie, ktoré je v rozpore so vžitými tradíciami a ktoré vykazuje zjavné znaky diskriminácie alebo vybočenia z pravidiel morálky uznávanej pri predaji výrobku a poskytovaní služby; môže privodiť ujmu účastníkovi obchodného vzťahu pri nedodržaní dobromyseľnosti, čestnosti, zvyklosti a praxe a pri ktorom sa využíva najmä omyl, lesť, vyhrážka, výrazná nerovnosť zmluvných strán a porušovanie zmluvnej slobody. Podľa ust. § 53 ods. 1 a 2 Občianskeho zákonníka spotrebiteľské zmluvy nesmú obsahovať ustanovenia, ktoré spôsobujú značnú nerovnováhu v právach a povinnostiach zmluvných strán v neprospech spotrebiteľa (ďalej len "neprijateľná podmienka"). Ustanovenie odseku 1 sa nevzťahuje na predmet plnenia alebo cenu plnenia. V ust. § 53 ods. 3 Občiansky zákonník len príkladmo ustanovuje, ktoré podmienky je možné považovať za neprijateľné Podľa ust. § 53 ods. 4 Občianskeho zákonníka neprijateľné podmienky upravené v spotrebiteľských zmluvách sú neplatné. Neprijateľné podmienky v spotrebiteľských zmluvách spôsobujú neplatnosť zmluvy podľa ust. § 39 Občianskeho zákonníka, pričom tieto podmienky sú aj v rozpore s dobrými mravmi.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Zmluva o úvere č. XXXXXXXXXX zo dňa 14.11.2005,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Obchodných podmienok pre úver, ktoré sú súčasťou zmluvy o úvere, pričom v článku [9] bode 9.2) týchto podmienok si zmluvné strany dohodli, že akékoľvek spory, ktoré vzniknú zo zmluvy o úvere a obchodných podmienok, budú riešené dohodou, V prípade nedosiahnutia dohody klient prijíma návrh V. O. na riešenie vzájomných sporov vzniknutých na základe alebo súvisiacich so zmluvou o úvere a obchodnými podmienkami, vrátane sporov o platnosť, výklad a zánik zmluvy o úvere alebo obchodných podmienok, v rozhodcovskom konaní pred stálym rozhodcovským súdom, zriadeným pri spoločnosti ROZHODCOVSKÁ ARBITRÁŽNA A MEDIAČNÁ, a.s., IČO: 35 862 882, zapísanej v obchodnom registri SR Okresného súdu Bratislava 1, odd. Sa, vl. č. 3157/B [RAM] podľa jeho vnútorných predpisov. Strany sporového konania sa rozhodnutiu RAM podriadia s tým, že toto rozhodnutie bude pre nich konečné a záväzné. Miestom rozhodcovského konania je Bratislava. V posudzovanom prípade rozhodcovská doložka nie je v zmluve dojednaná individuálne, čo vyplýva aj z jej zaradenia do Obchodných podmienok pre úver ako súčasti formulárovej zmluvy o úvere.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4 Občianskeho zákonníka neplatná, pričom toto ustanovenie je v súlade so smernicou Rady č. 93/13/EHS o ochrane spotrebiteľov z 05. 04. 1993. Podľa ust. § 93b ods. 1 zákona č. 483/2001 Z.z. o bankách a o zmene a doplnení niektorých zákonov v znení účinnom pri uzatváraní zmluvy banky a pobočky zahraničných bánk sú povinné ponúknuť svojim klientom neodvolateľný návrh na uzavretie rozhodcovskej zmluvy o tom, že ich prípadné vzájomné spory z obchodov [ § 5 písm. i)] budú rozhodnuté v rozhodcovskom konaní stálym rozhodcovským súdom zriadeným podľa osobitného zákona. Podľa ods. 2 vyššie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K námietke oprávneného o tom, že ponukou uzavrieť rozhodcovskú doložku banka len plnila povinnosť vyplývajúcu z ust. § 93b ods. 1 zákona č. 483/2001 Z.z. o bankách a o zmene a doplnení niektorých zákonov v znení účinnom pri uzatváraní zmluvy, odvolací súd uvádza, že zo znenia tohto ustanovenia vyplýva len povinnosť banky ponúknuť svojim klientom návrh na uzavretie rozhodcovskej zmluvy. Zo znenia tohto ustanovenia však nevyplýva povinnosť zakotviť rozhodcovskú doložku v obchodných podmienkach, ktorých obsah klient nemôže ovplyvniť, pričom návrh na uzavretie rozhodcovskej doložky môže banka predložiť aj ako samostatný návrh, ktorý by umožňoval v danom prípade spotrebiteľovi dojednať rozhodcovskú doložku individuálne. K námietke oprávneného o porušení jeho ústavne garantovaných práv ako účastníka konania, a to práva na spravodlivý súdny proces a na zachovanie zásady rovnosti pred súdom, odvolací súd uvádza, že okresný súd k neprijateľnosti zmluvnej podmienky, ktorá je obsahom spotrebiteľskej zmluvy dospel na základe listinných dôkazov týkajúcich sa zmluvy o úvere, Obchodných podmienok pre úver a rozhodcovskej doložky, ktorá je súčasťou uvedených obchodných podmienok, predložených samotným oprávneným. Z uvedeného dôvodu nie je možné konštatovať, že boli porušené práva oprávneného na prístup k vykonanému dokazovaniu S poukazom na vyššie uvedené odvolací súd dospel k záveru, že okresný súd správne posúdil vzniknutý právny vzťah medzi účastníkmi konania ako spotrebiteľský vzťah a na základe toho aj správne právne vec posúdil. Z uvedených dôvodov odvolací súd napadnuté uznesenie okresného súdu podľa ust. § 219 ods. 1 O.s.p. ako vecne správne potvrdil. Uznesenie bolo jednohlasne schválené členmi odvolacieho senátu. Poučenie: Proti tomuto uzneseniu odvolanie nie je prípustné.</w:t>
      </w:r>
    </w:p>
    <w:p/>
    <w:p>
      <w:r>
        <w:t>Zdroj: KAUZIS.SK – https://www.kauzis.sk/judikatura/r/ECLI:SK:KSBB:2016:6715205166.1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