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6CoE/67/2016 z 27. 4. 2016</w:t>
      </w:r>
    </w:p>
    <w:p>
      <w:r>
        <w:t>Uznesenie Krajského súdu Banská Bystrica z 27. apríla 2016, sp. zn. 6CoE/67/2016, ECLI:SK:KSBB:2016:6715205183.1</w:t>
      </w:r>
    </w:p>
    <w:p>
      <w:r>
        <w:t>Súd: Krajský súd Banská Bystrica</w:t>
      </w:r>
    </w:p>
    <w:p>
      <w:r>
        <w:t>Spisová značka: 6CoE/67/2016</w:t>
      </w:r>
    </w:p>
    <w:p>
      <w:r>
        <w:t>ECLI: ECLI:SK:KSBB:2016:6715205183.1</w:t>
      </w:r>
    </w:p>
    <w:p>
      <w:r>
        <w:t>Dátum vydania: 27. 4. 2016</w:t>
      </w:r>
    </w:p>
    <w:p>
      <w:r>
        <w:t>Forma: Uznesenie</w:t>
      </w:r>
    </w:p>
    <w:p>
      <w:r>
        <w:t>Oblasť práva: Občianske právo</w:t>
      </w:r>
    </w:p>
    <w:p>
      <w:pPr>
        <w:pStyle w:val="Heading2"/>
      </w:pPr>
      <w:r>
        <w:t>Text rozhodnutia</w:t>
      </w:r>
    </w:p>
    <w:p>
      <w:r>
        <w:t>Súd: Krajský súd Banská Bystrica Spisová značka: 6CoE/67/2016 Identifikačné číslo súdneho spisu: 6715205183 Dátum vydania rozhodnutia: 28. 04. 2016 Meno a priezvisko sudcu, VSÚ: Mgr. Ján Bednár ECLI: ECLI:SK:KSBB:2016:6715205183.1 Uznesenie Krajský súd v Banskej Bystrici v exekučnej veci oprávneného: PRO CIVITAS, s.r.o., so sídlom Vajnorská č. 100/A, 831 04 Bratislava, IČO: 45 869 464, právne zastúpeného JUDr. Veronikou Kubrikovou, PhD., advokátkou so sídlom v Bratislave, Martinčekova č. 13, proti povinnému: P. P., nar. XX.XX.XXXX, bytom J. XXX/XX, XXX XX Z., o vymoženie pohľadávky oprávneného v sume 2. 000,- eur a príslušenstva, vykonávanej súdnym exekútorom JUDr. Jozefom Ďuricom, so sídlom Exekútorského úradu Borovianska 17, 960 01 Zvolen pod spisovou značkou EX 2328/15, o odvolaní oprávneného proti uzneseniu Okresného súdu Zvolen č.k. 5Er/165/2015-31 zo dňa 12.01.2016, takto r o z h o d o l : Uznesenie okresného súdu p o t v r d z u j e. o d ô v o d n e n i e : Napadnutým uznesením okresný súd podľa ust. § 44 ods. 2 zákona č. 233/1995 Z. z. o súdnych exekútoroch a exekučnej činnosti (ďalej len „Exekučný poriadok“) zamietol žiadosť súdneho exekútora o udelenie poverenia na vykonanie exekúcie. V odôvodnení rozhodnutia uviedol, že oprávnený sa domáha vedenia exekučného konania na podklade exekučného titulu, ktorým je rozhodcovský rozsudok Stáleho rozhodcovského súdu, zriadeného pri obchodnej spoločnosti ROZHODCOVSKÁ, ARBITRÁŽNA a MEDIAČNÁ, a.s. so sídlom Sienkiewiczova 4, 811 09 Bratislava, IČO: 35 862 882 pod spis. značkou IA-C/1112/0089 zo dňa 25.02.2013. Predmetom rozhodcovského konania bolo uplatnenie nároku žalobcu zo Zmluvy o úvere č. XXXXXXXXXX, uzavretej medzi právnym predchodcom oprávneného obchodnou spoločnosťou Poštová banka, a.s. so sídlom Prievozská č. 2/B, 821 09 Bratislava, IČO: 31 340 890 a povinným dňa 15.12.2010, na základe ktorej právny predchodca oprávneného poskytol povinnému úver a povinný sa zaviazal poskytnuté finančné prostriedky splácať v pravidelných mesačných splátkach. Rozhodcovský súd svoju právomoc prejednať nárok oprávneného a vo veci rozhodnúť odvodil od rozhodcovskej doložky upravenej v čl. 10.2.2. Všeobecných obchodných podmienok, ktoré sú integrálnou súčasťou zmluvy o úvere. Okresný súd podľa § 44 ods. 2 Exekučného poriadku preskúmal žiadosť súdneho exekútora o udelenie poverenia na vykonanie exekúcie, návrh na vykonanie exekúcie a exekučný titul ex offo z hľadiska ich súladnosti so zákonom. Pre posúdenie otázky, či bola exekúcia nariadená na základe exekučného titulu vykonateľného po stránke formálnej a materiálnej skúmal rozhodcovskú doložku, od ktorej rozhodcovský súd odvodil svoju právomoc podľa kritérií, na ktorých je založený inštitút neprijateľnej zmluvnej podmienky, a teda, či rozhodcovská doložka v rámci podmienok štandardnej zmluvy nespôsobuje hrubý nepomer v právach a povinnostiach v neprospech spotrebiteľa (§ 53 ods. 1 zákona č. 40/1964 Zb. Občianskeho zákonníka). Pritom vychádzal zo záveru, že zmluva o úvere medzi právnym predchodcom oprávneného ako veriteľom a povinným ako dlžníkom, na základe ktorej oprávnený uplatnil na rozhodcovskom súde svoj nárok voči povinnému, je zmluvou spotrebiteľskou, preto na daný právny vzťah aplikoval normy spotrebiteľského práva, predovšetkým ustanovenia § 52 a nasl. zákona č. 40/1964 Zb. Občiansky zákonník (ďalej len „Občiansky zákonník“) v znení platnom a účinnom ku dňu uzavretia zmluvy o úvere. Konštatoval, že obsahom záväzku medzi dodávateľom a spotrebiteľom je vymedzený nielen znením zmluvy a jej súčastí, ale je tvorený aj kogentnými normami na ochranu spotrebiteľa. S poukazom na citované zákonné ustanovenia a normy európskeho práva, predovšetkým Smernicu Rady 93/13/EHS zo dňa 05.04.1993 a judikatúru Európskeho súdneho dvora bol súd toho názoru, že rozhodcovská doložka, ktorá mala založiť legitimitu pre exekučný titul, nie je dohodnutá individuálne, čo zjavne vyplýva z jej zaradenia do Všeobecných obchodných podmienok ako súčasti formulárovej zmluvy o úvere. Z hľadiska generálnej klauzuly obsiahnutej v ust. § 53 ods. 1 Občianskeho zákonníka je zrejmé, že rozhodcovská doložka nie je zmluvným dojednaním týkajúcim sa hlavného predmetu plnenia a primeranosti ceny, a teda nie je z posúdenia v zmysle § 53 ods. 1 Občianskeho zákonníka vyňatá. Zároveň z obsahu zmluvy o úvere nevyplýva, že v nej dohodnutá rozhodcovská doložka je individuálne dojednaným zmluvným ustanovením. Návrh zmluvy o úvere predložený právnym predchodcom oprávneného mal povahu vopred pripravených všeobecných obchodných podmienok, ktorých podstatný obsah spotrebiteľ nemal možnosť ovplyvniť, ale predmetný návrh zmluvy vrátane rozhodcovskej doložky len prijať alebo odmietnuť ako celok. Takto koncipovanou rozhodcovskou doložkou dochádza k narušeniu rovnovážneho stavu medzi zmluvnými stranami v neprospech spotrebiteľa. Spornosť vo vyváženosti vzájomného zmluvného vzťahu, pokiaľ ide o rozhodcovskú doložku, navyše vyvoláva i skutočnosť, že priamo v predtlači Všeobecných obchodných podmienok je vopred určený konkrétny jediný rozhodcovský súd, ktorý je oprávnený v rozhodcovskom konaní spory vyplývajúce z danej zmluvy rozhodnúť. Takouto formuláciou rozhodcovskej doložky bolo povinnému absolútne odňaté právo slobodnej voľby uplatnenia či bránenia svojho práva nielen medzi všeobecným súdom a súdom rozhodcovským, no aj právo slobodného výberu konkrétneho rozhodcu či rozhodcovského súdu, ktorý by spor z danej spotrebiteľskej zmluvy podľa voľby spotrebiteľa rozhodol. Uzatvorením rozhodcovskej doložky sa tak spotrebiteľ ešte pred vznikom sporu reálne vzdáva práva na účinnú procesnú obranu či už z nevedomosti alebo nemožnosti ovplyvniť obsah zmluvy. Z dôvodov uvedených vyššie mal súd za to, že uvedená rozhodcovská doložka je neprijateľnou zmluvnou podmienkou, čo má za následok jej absolútnu neplatnosť v zmysle § 53 ods. 5 Občianskeho zákonníka v znení platnom a účinnom ku dňu uzavretia zmluvy. Keďže právomoc rozhodcovského súdu na rozhodnutie v predmetnej veci bola založená na absolútne neplatnom právnom úkone, okresný súd dospel k záveru, že ním vydaný rozsudok nie je materiálne vykonateľným exekučným titulom a absencia tejto jeho vlastnosti je neodstrániteľnou prekážkou brániacou vo vykonaní exekúcie. Na základe uvedeného žiadosť súdneho exekútora o udelenie poverenia na vykonanie exekúcie podľa § 44 ods. 2 Exekučného poriadku zamietol. Proti tomuto rozhodnutiu podal oprávnený prostredníctvom splnomocneného zástupcu v zákonom stanovenej lehote odvolanie. V odvolaní namietal, že súd prekročil rámec svojej preskúmavacej činnosti, ktorý mu vyplýva z Exekučného poriadku v nadväznosti na zákon č. 244/2002 Z. z. o rozhodcovskom konaní. Domnieval sa, že podľa ust. § 44 ods. 2 je súd oprávnený skúmať výlučne žiadosť o udelenie poverenia na vykonanie exekúcie, návrh na vykonanie exekúcie a exekučný titul, nemá však zákonné oprávnenie skúmať a hodnotiť iné listiny, napr. zmluvu o úvere a rozhodcovskú doložku v nej obsiahnutú. O platnosti rozhodcovskej doložky rozhodoval rozhodcovský súd, preto prekážka rozsúdenej veci bráni tomu, aby bola súdom opätovne posúdená. Exekučný súd sa tak mal v rámci materiálneho prieskumu obmedziť len na preskúmanie rozhodcovského rozsudku z dôvodov podľa ust. § 45 ods. 1 a 2 zák. č. 244/2002 Z. z. o rozhodcovskom konaní a zdržať sa konania mimo svojej právomoci v zmysle posudzovania jeho vecnej správnosti. V danom prípade bol exekučný titul vydaný na základe dohody zmluvných strán oprávneným orgánom, a to Stálym rozhodcovským súdom v konaní upravenom zákonom č. 244/2002 Z. z.. Poukázal na to, že v rozhodcovskom konaní pred Stálym rozhodcovským súdom rozhoduje vždy trojčlenný senát, pričom jedného člena senátu si priamo vyberá každá strana sporu a takto sa podieľa i na výbere predsedajúceho člena senátu. Rozhodcami sú pritom výhradne odborne spôsobilé a bezúhonné fyzické osoby s právnickým vzdelaním pochádzajúce z geograficky rôznych oblastí Slovenskej republiky, čo zabezpečuje prinajmenšom rovnakú úroveň ochrany práv sporových strán, dlžníka ako spotrebiteľa nevynímajúc. V tomto smere poukázal na nález Ústavného súdu SR sp. zn. II. ÚS 499/2012. Namietal, že súd konštruoval nový skutkový stav bez účasti oprávneného a odňal mu možnosť vyjadriť sa k vykonaným dôkazom a skutkovému stavu. Zároveň nesprávne aplikoval právne predpisy, predovšetkým § 53 ods. 4 Občianskeho zákonníka. Exekučný súd predovšetkým nijako neskúmal vôľu povinného, že nebol preukázaný jej nedostatok pri uzatváraní rozhodcovskej doložky a nerešpektoval tak princíp zmluvnej slobody. Ďalej poukázal na skutočnosť, že pokiaľ povinnému ako klientovi banky bola ponúknutá rozhodcovská doložka, jeho právny predchodca, ktorým je Poštová banka, a.s. postupoval v súlade s § 93b ods. 1 zákona o bankách, podľa ktorého banka má povinnosť ponúknuť klientovi návrh rozhodcovskej doložky s tým, že klient má možnosť zákonom stanovenú ponuku neprijať. Podľa jeho názoru medzi Poštovou bankou, a.s. ako právnym predchodcom oprávneného a povinným došlo k platnému dojednaniu rozhodcovskej doložky písomnou formou podľa § 4 zákona o rozhodcovskom konaní, ktorá týmto zakladá legitimitu exekučnému titulu. Pokiaľ teda exekučný súd zamietnutím žiadosti súdneho exekútora o udelenie poverenia neumožnil oprávnenému uplatniť právo priznané exekučným titulom, ktorého účinky sa v zásade zhodujú s účinkami právoplatného rozsudku, dochádza tým k porušeniu právnej istoty a legitímnych očakávaní. Ústavný súd SR konštatoval, že v exekučnom konaní, v rámci ktorého dochádza k nútenému vymoženiu povinnosti z právneho vzťahu, ktorého obsah je už právoplatne a vykonateľne judikovaný je bez právneho významu tá skutočnosť, že povinný bol v základnom nachádzacom konaní charakterizovaný ako spotrebiteľ. V tomto smere dochádza podľa tvrdenia odvolateľa k neprimeranému zvýhodňovaniu povinného pred exekučným súdom, a tým k porušeniu zásady rovnosti účastníkov konania. Oprávnený zároveň nesúhlasil s postupom súdu, ktorý v danej veci aplikoval smernicu Rady č. 93/13/ EHS a judikatúru Európskeho súdneho dvora. Smernica je záväzná pre každý členský štát, ktorému je určená, a to vzhľadom na výsledok, ktorý sa má dosiahnuť, pričom sa voľba foriem a metód ponecháva vnútroštátnym orgánom. Rozhodnutie je záväzné v celom rozsahu. Rozhodnutie, ktoré označuje tých, ktorým je určené, je záväzné len pre nich. Pokiaľ by aj súd považoval rozhodcovskú doložku za neprijateľnú podmienku, nie je možné záver o neplatnosti rozhodcovskej doložky oprieť o smernicu Rady č. 93/13/EHS, nakoľko ide o akt výlučne sekundárnej povahy, ktorého priamy normatívny význam pre výklad národného zákona je výlučne indikatívny, a v žiadnom prípade nie interpretačný. Taktiež pri úvahe o neprijateľnosti rozhodcovskej doložky nie je možné brať do úvahy judikatúru ESD, nakoľko judikatúra ESD vzťahujúca sa na rozhodcovské doložky všeobecne alebo rozhodcovské doložky v spotrebiteľských zmluvách nie je voči jednotlivcom, a teda ani voči účastníkom tohto konania, bezprostredne záväzná. Z uvedených dôvodov navrhol, aby odvolací súd napadnuté uznesenie v celom rozsahu zmenil a vyhovel žiadosti súdneho exekútora o udelenie poverenia na vykonanie exekúcie alebo aby napadnuté uznesenie okresného súdu zrušil a vec mu vrátil na ďalšie konanie. Povinný sa k odvolaniu oprávneného nevyjadril. Vo veci rozhodol vyšší súdny úradník Okresného súdu Zvolen. Zákonný sudca odvolaniu nemienil vyhovieť, preto ho podľa § 374 ods. 4, veta prvá a druhá O.s.p. predložil odvolaciemu súdu na rozhodnutie. Krajský súd v Banskej Bystrici ako odvolací súd preskúmal vec v rozsahu danom § 212 ods. 1 O.s.p. bez nariadenia pojednávania podľa § 214 ods. 2 O.s.p. a napadnuté uznesenie okresného súdu podľa § 219 ods. 1 O.s.p. ako vecne správne potvrdil. Z predloženého spisu mal odvolací súd potvrdený skutkový stav tak, ako to uviedol okresný súd. Exekučným titulom v predmetnej veci je rozhodcovský rozsudok Stáleho rozhodcovského súdu zriadeného pri obchodnej spoločnosti ROZHODCOVSKÁ, ARBITRÁŽNA A MEDIAČNÁ, a.s., so sídlom Sienkiewiczova 4, 811 09 Bratislava, IČO: 35 862 882 pod spis. značkou IA-C/1112/0089 zo dňa 25.02.2013. Oprávnený uplatnil svoj nárok na rozhodcovskom súde na základe Zmluvy o úvere č. XXXXXXXXXX zo dňa 15.12.2010 medzi právnym predchodcom oprávneného ako veriteľom a povinným ako dlžníkom (ďalej aj „zmluva o úvere“). V čl. 3 bode 3.6 zmluvy o úvere sa zmluvné strany dohodli, že akékoľvek spory, ktoré vzniknú z tejto zmluvy, vrátane sporov o jej vznik, platnosť a výklad, budú rozhodované v súlade s rozhodcovskou doložkou uvedenou v čl. 10, II. časti Všeobecných obchodných podmienok (ďalej len „VOP“). Odkaz na rozhodcovskú doložku je duplicitne upravený aj v Obchodných podmienkach pre úver, ktoré sú neoddeliteľnou súčasťou zmluvy o úvere, a podľa čl. 12 bodu 12.2 ktorých sa zmluvné strany v prípade, že nedosiahnu dohodu vo vzájomných sporoch, dohodli na ich riešení podľa rozhodcovskej doložky uvedenej vo VOP. Podľa čl. 10 bodu 10.2.2 II. časti Všeobecných obchodných podmienok v znení platnom v čase uzavretia zmluvy o úvere, ktoré sú v zmysle čl. 3 bodu 3.2 tejto zmluvy jej súčasťou, sa zmluvné strany dohodli, že všetky spory, ktoré medzi nimi vzniknú z právnych vzťahov vzniknutých pri poskytovaní služieb, bankových produktov a/alebo vykonávaní bankových obchodov, vrátane sporov o platnosť, výklad a zánik príslušnej zmluvy, budú riešené podľa rozhodcovskej doložky v nasledovnom znení: a) pokiaľ bude v príslušnom spore žalobcom banka, predloží tento spor na prerokovanie a rozhodnutie Rozhodcovskému súdu, a to podľa jeho štatútu a rokovacieho poriadku, ktoré sú platné a účinné v čase začatia rozhodcovského konania; b) pokiaľ bude v príslušnom spore žalobcom klient, je oprávnený predložiť tento spor na prerokovanie a rozhodnutie Rozhodcovskému súdu, a to podľa jeho štatútu a rokovacieho poriadku, ktoré sú platné a účinné v čase začatia rozhodcovského konania alebo všeobecnému súdu. Zmluvné strany sa ďalej podľa čl. 10 bodu 10.2.3 dohodli, že ak klient (povinný), najneskôr pri uzavretí bankového obchodu a/alebo zmluvy nedoručí banke písomné oznámenie, že s rozhodcovskou doložkou nesúhlasí, má sa za to, že ju prijal. Podľa ust. § 44 ods. 2 Exekučného poriadku súd preskúmava exekučný titul ex offo. Pokiaľ je exekučným titulom rozhodcovský rozsudok, prirodzenou súčasťou preskúmavania tohto exekučného titulu je zisťovanie toho, či bola medzi zmluvnými stranami platne uzavretá rozhodcovská zmluva, a to či už formou osobitnej zmluvy alebo formou rozhodcovskej doložky v zmluve podľa § 3 a § 4 zákona č. 244/2002 Z. z. o rozhodcovskom konaní. Povinnosť skúmať platnosť rozhodcovskej doložky pre exekučný súd vyplýva priamo zo zákona, nie je potrebné ju osobitne odôvodňovať. Ak sa okresný súd zaoberal otázkou, či v tomto konaní bola daná právomoc rozhodcovského súdu vo veci konať a rozhodnúť, zo strany okresného súdu sa nejednalo o posudzovanie vecnej správnosti rozsudku rozhodcovského súdu a jeho postup nesmeroval k zrušeniu tohto rozhodnutia.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SR sp. zn. I. ÚS 456/2011-19 zo dňa 23. novembra 2011, v ktorom Ústavný súd SR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SR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Po preskúmaní spisového materiálu odvolací súd rovnako ako okresný súd dospel k záveru, že Zmluva o úvere uzavretá dňa 15.12.2010 medzi právnym predchodcom oprávneného ako veriteľom a povinným ako dlžníkom je spotrebiteľskou zmluvou podľa § 52 a nasl. Občianskeho zákonníka v znení účinnom v čase podpísania zmluvy, keďže z predloženej zmluvy nevyplýva, že povinný je podnikateľským subjektom a že by pri uzatváraní zmluvy o úvere bol konal v rámci predmetu svojej obchodnej činnosti alebo inej podnikateľskej činnosti, pričom právny predchodca oprávneného pri jej uzatváraní konal v rámci svojej obchodnej činnosti. Z uvedeného dôvodu možno uvedený právny vzťah považovať za spotrebiteľský vzťah medzi spotrebiteľom a dodávateľom v zmysle ustanovení Občianskeho zákonníka. Okresný súd preto postupoval správne, keď na právne vzťahy vyplývajúce z vyššie uvedenej zmluvy aplikoval ustanovenia spotrebiteľského práva a posudzoval rozhodcovskú doložku ako zmluvnú podmienku z hľadiska, či nevyvoláva nerovnováhu v právach a povinnostiach medzi dodávateľom a spotrebiteľom. Odvolací súd súhlasí aj s hodnotením okresného súdu, že rozhodcovskú doložku, ktorá mala založiť legitimitu pre exekučný titul je potrebné považovať za neprijateľnú podmienku,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úver odmietnuť alebo ho prijať a podrobiť sa tak všetkým podmienkam zmluvy a teda aj rozhodcovskému konaniu. Rozhodcovská doložka - zmluvná podmienka, ktorá nebola individuálne dohodnutá a ktorá určuje, že spory zo zmluvy budú riešené výlučne rozhodcovským súdom, je neprijateľná. Dodávateľ, ktorý vo väčšine prípadov podáva žaloby z obdobných úverových zmlúv nadobudol voči spotrebiteľovi neprimeranú výhodu v tom, že v dopredu naformulovanej zmluve s adhéznou povahou určil, kto s konečnou platnosťou vzájomný spor rozhodne a vylúčil tak ochranu práv spotrebiteľa všeobecným súdom. Takto koncipovaná rozhodcovská doložka ako zmluvná podmienka je v rozpore s požiadavkou ochrany spotrebiteľa, pretože spôsobuje značnú nerovnováhu v právach a povinnostiach strán vzniknutých na základe zmluvy, a to práve ku škode spotrebiteľa. Rozhodcovská doložka, od ktorej rozhodcovský súd odvodil svoju právomoc v tomto prípade je neprijateľná, a preto je v zmysle § 53 ods. 5 Občianskeho zákonníka platného a účinného v čase uzatvorenia zmluvy neplatná. V súvislosti s námietkou oprávneného o porušení jeho práva podľa čl. 48 ods. 2 Ústavy Slovenskej republiky odvolací súd poukazuje na Nález Ústavného súdu Slovenskej republiky - I. ÚS 38-2013, Rapid life zo dňa 24.10.2013, podľa ktorého, ak by za porušenie zásady kontradiktórnosti mal byť považovaný aj procesný postup exekučného súdu spočívajúci v tom, že po vyžiadaní si úverovej zmluvy od oprávneného, neoboznámil tohto účastníka exekučného konania so svojím stanoviskom o neplatnosti rozhodcovskej doložky obsiahnutej v tejto zmluve, potom podľa názoru dovolacieho súdu, za situácie, že platné právo pripúšťa proti rozhodnutiu exekučného súdu o zastavení exekúcie, alebo zamietnutí žiadosti o udelenie poverenia na vykonanie exekúcie podanie odvolania, treba tento nedostatok považovať za zhojený možnosťou oprávneného vyjadriť svoje námietky ku skutkovým zisteniam exekučného súdu vyvodeným z ním predloženého listinného dôkazu a k právnym záverom z toho vyplývajúcim v podanom odvolaní. Iný názor, vychádzajúci z nemožnosti zhojenia uvedeného nedostatku inak než zrušením rozhodnutí odvolacieho a exekučného súdu a vrátením veci na opätovné rozhodnutie, by odporoval zásade efektivity konania, pretože zrušenie rozhodnutí by zbytočne zvyšovalo náklady účastníkov konania ako aj náklady na výkon súdnictva, a tým by bolo aj v rozpore s jedným zo základných princípov právneho štátu, ktorým je princíp racionality. Taktiež argument oprávneného poukazujúci na aplikáciu Smernice Rady ES 93/13/EHS zo dňa 5. apríla 1993 o nekalých podmienkach v spotrebiteľských zmluvách a judikatúry Európskeho súdneho dvora odvolací súd nepovažoval za dôvodný, nakoľko exekučný súd v rozhodnutí aplikoval vnútroštátnu právnu úpravu týkajúcu sa spotrebiteľského práva a ochrany práv spotrebiteľa, do ktorej bola uvedená smernica implementovaná. Odvolací súd sa námietkami oprávneného, ktoré sa týkali aplikácie ust. § 45 zákona o rozhodcovskom konaní podrobnejšie nezaoberal z dôvodu, že okresný súd na prejednávanú vec neaplikoval uvedené ustanovenie a aplikovať ani nemohol, keďže od 1. januára 2015 je platná a účinná novela zákona č. 244/2002 Z. z. o rozhodcovskom konaní, vykonaná zákonom č. 336/2014 Z. z., ktorá zrušila ustanovenie § 45 tohto zákona, v dôsledku čoho považoval tieto námietky za irelevantné. Dojednanie rozhodcovskej doložky s takým obsahom, aký je súčasťou vyššie uvedených Všeobecných obchodných podmienok tvoriacich nedeliteľnú súčasť zmluvy o úvere je v rozpore s právnymi normami, ktoré upravujú režim spotrebiteľských zmlúv, v dôsledku čoho okresný súd dospel k správnemu záveru o neprijateľnosti rozhodcovskej doložky a nedostatku právomoci rozhodcovského súdu vydať rozhodcovské rozhodnutie. Preto bolo správne aj jeho rozhodnutie o zamietnutí žiadosti súdneho exekútora o udelenie poverenia na vykonanie exekúcie v zmysle § 44 ods. 2 Exekučného poriadku. Z vyššie uvedených dôvodov odvolací súd uznesenie okresného súdu, ktoré je vo výroku o zamietnutí žiadosti súdneho exekútora o udelenie poverenia na vykonanie exekúcie vecne správne podľa § 219 ods. 1 O.s.p. potvrdil. Rozhodnutie bolo prijaté senátom Krajského súdu v Banskej Bystrici pomerom hlasov 3 : 0. Poučenie: Proti tomuto uzneseniu odvolanie nie je prípustné.</w:t>
      </w:r>
    </w:p>
    <w:p/>
    <w:p>
      <w:r>
        <w:t>Zdroj: KAUZIS.SK – https://www.kauzis.sk/judikatura/r/ECLI:SK:KSBB:2016:6715205183.1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