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3CoE/188/2016 z 20. 12. 2016</w:t>
      </w:r>
    </w:p>
    <w:p>
      <w:r>
        <w:t>Uznesenie Krajského súdu Banská Bystrica z 20. decembra 2016, sp. zn. 3CoE/188/2016, ECLI:SK:KSBB:2016:6715205200.1</w:t>
      </w:r>
    </w:p>
    <w:p>
      <w:r>
        <w:t>Súd: Krajský súd Banská Bystrica</w:t>
      </w:r>
    </w:p>
    <w:p>
      <w:r>
        <w:t>Spisová značka: 3CoE/188/2016</w:t>
      </w:r>
    </w:p>
    <w:p>
      <w:r>
        <w:t>ECLI: ECLI:SK:KSBB:2016:6715205200.1</w:t>
      </w:r>
    </w:p>
    <w:p>
      <w:r>
        <w:t>Dátum vydania: 20. 12. 2016</w:t>
      </w:r>
    </w:p>
    <w:p>
      <w:r>
        <w:t>Forma: Uznesenie</w:t>
      </w:r>
    </w:p>
    <w:p>
      <w:r>
        <w:t>Oblasť práva: Občianske právo</w:t>
      </w:r>
    </w:p>
    <w:p>
      <w:pPr>
        <w:pStyle w:val="Heading2"/>
      </w:pPr>
      <w:r>
        <w:t>Text rozhodnutia</w:t>
      </w:r>
    </w:p>
    <w:p>
      <w:r>
        <w:t>Súd: Krajský súd Banská Bystrica Spisová značka: 3CoE/188/2016 Identifikačné číslo súdneho spisu: 6715205200 Dátum vydania rozhodnutia: 21. 12. 2016 Meno a priezvisko sudcu, VSÚ: JUDr. Alojz Palaj ECLI: ECLI:SK:KSBB:2016:6715205200.1 Uznesenie Krajský súd v Banskej Bystrici ako súd odvolací v senáte zloženom z predsedu senátu JUDr. Alojza Palaja a členov senátu JUDr. Slavoja Sendeckého a JUDr. Jána Deáka, v exekučnej veci oprávneného: BENCONT INVESTMENTS, s.r.o., so sídlom Vajnorská 100/A, 831 04 Bratislava, IČO: 36 432 105, právne zast. JUDr. Veronikou Kubrikovou, PhD., advokátkou, so sídlom AK Martinčekova 13, 821 01 Bratislava, korešpondenčná adresa Vajnorská 100/A, 831 04 Bratislava, IČO: 42 174 716, proti povinnému: K. J., nar. XX.XX.XXXX, bytom B. XXXX/XX, XXX XX U., vedenej pod sp. zn. EX 2615/15 súdnym exekútorom JUDr. Jozefom Ďuricom, Exekútorský úrad Zvolen, so sídlom Borovianska 17, 960 01 Zvolen, o vymoženie pohľadávky oprávneného vo výške 416,46 Eur s príslušenstvom, o odvolaní oprávneného proti uzneseniu Okresného súdu Zvolen č.k. 15Er/166/2015-13 zo dňa 02.06.2016, takto r o z h o d o l : Uznesenie okresného súdu p o t v r d z u j e . o d ô v o d n e n i e : 1. Napadnutým uznesením okresný súd podľa ust. § 44 ods. 2/ zák. č. 233/1995 Z. z. o súdnych exekútoroch a exekučnej činnosti (ďalej len Exekučný poriadok) zamietol žiadosť súdneho exekútora o udelenie poverenia na vykonanie exekúcie. V odôvodnení rozhodnutia uviedol, že exekučné konanie je vedené na základe exekučného titulu, ktorým je rozhodcovský rozsudok vydaný Stálym rozhodcovským súdom Slovenskej bankovej asociácie so sídlom v Bratislave sp. zn. II/2014-1605 zo dňa 18.06.2014. Súd prvej inštancie vychádzal zo záveru, že Zmluva o poskytnutí spotrebného úveru uzavretá medzi právnym predchodcom oprávneného ako veriteľom a povinným ako dlžníkom, na základe ktorej oprávnený uplatnil na rozhodcovskom súde svoj nárok je spotrebiteľskou zmluvou, preto na daný právny vzťah aplikoval ustanovenia § 52 a nasl. zákona č. 40/1964 Zb. Občiansky zákonník (ďalej len Občiansky zákonník) upravujúce spotrebiteľské zmluvy. Konštatoval, že rozhodcovská doložka v zmluve o úvere, ktorá mala založiť legitimitu pre exekučný titul, je neprijateľnou podmienkou. V tomto smere poukázal na to, že ustanovenia Zmluvy o spotrebnom úvere ako zmluvy formulárovej vyhotovenej na predtlači sú dôkazom ich koncipovania predovšetkým v záujme zmluvného partnera spotrebiteľa. Rozhodcovská doložka je neprijateľná aj z toho dôvodu, že nebola medzi spotrebiteľom a dodávateľom osobitne (individuálne) dojednaná, nakoľko je súčasťou vopred naformulovaných všeobecných obchodných podmienok síce ako neoddeliteľnej súčasti úverovej zmluvy, avšak spotrebiteľ mohol túto zmluvu prijať buď ako celok, alebo odmietnuť, a to vrátane všeobecných obchodných podmienok. Vychádzajúc z takto koncipovanej rozhodcovskej doložky je zrejmé, že oprávnený od počiatku sleduje riešenie prípadných sporov cestou rozhodcovského konania za účelom reálneho sťaženia uplatnenia práv spotrebiteľa. Keďže právomoc rozhodcovského súdu na rozhodnutie v predmetnej veci je založená na absolútne neplatnom právnom úkone, exekučný súd po preskúmaní exekučného titulu dospel k názoru, že je vydaný v rozpore so zákonom, a preto žiadosť súdneho exekútora o udelenie poverenia na vykonanie exekúcie zamietol. 2. Proti tomuto uzneseniu podal oprávnený prostredníctvom splnomocneného zástupcu v zákonnej lehote odvolanie. Veľmi obšírne, vo viacerých smeroch a v širokých teoretických súvislostiach prezentoval svoje výhrady voči uzneseniu okresného súdu. Namietal, že okresný súd prekročil zákonné limity pre skúmanie žiadosti o udelenie poverenia, a to skúmaním iných listín ako pripúšťa výslovné znenie ust. § 44 ods. 2/ Exekučného poriadku. V zmysle uvedeného ustanovenia je súd oprávnený skúmať výlučne žiadosť o udelenie poverenia na vykonanie exekúcie, návrh na vykonanie exekúcie a exekučný titul, nemá teda žiadne oprávnenie skúmať a hodnotiť iné listiny, napr. zmluvu o úvere, ktorá obsahuje rozhodcovskú doložku. Ďalej uviedol, že ak je exekučným titulom rozhodcovský rozsudok, súd príslušný na výkon rozhodnutia alebo na exekúciu nie je vecne príslušný vo veci konať či už ako súd vyššej inštancie, kasačný súd alebo súd konajúci o opravnom prostriedku, ale práve a len ako tzv. exekučný súd. Zatiaľ čo rozhodcovia pri postupe v zmysle § 37 zák. č. 244/2002 Z. z. o rozhodcovskom konaní (ďalej len ZoRK) môžu preskúmať rozhodcovský rozsudok v plnom rozsahu, súd v konaní o neplatnosť rozhodcovského rozsudku tento preskúmava z dôvodov podľa § 40 ZoRK. Doručený rozhodcovský rozsudok, ktorý už nemožno preskúmať podľa § 37 ZoRK, má pre účastníkov rozhodcovského konania rovnaké účinky ako právoplatný rozsudok súdu podľa ustanovení § 159 ods. 2/ O. s. p. Súd nemôže vec prejednávať znova, nanovo skúmať skutkový stav, vykonávať dôkazy a tie následne právne hodnotiť- navyše bez účasti oprávneného. O platnosti rozhodcovskej doložky rozhoduje rozhodcovský súd, a preto prekážka rozsúdenej veci bráni tomu, aby bola opätovne posúdená. Je tu teda prekážka „res iudicata“. Uvedeným konaním súdu dochádza k porušeniu čl. 2 ods. 2 Ústavy SR. Ďalej uviedol, že oprávnený postupoval v súlade § 93b ods. 1/ zákona o bankách, ktorý mu ukladá povinnosť ponúknuť klientovi návrh rozhodcovskej doložky s tým, že klientovi je daná možnosť neprijať túto zákonom stanovenú ponuku a to, že ju neodmietol, je prejavom jeho osobnej a zmluvnej slobody. Podľa oprávneného tiež došlo k porušeniu zákazu retroaktivity, keď súd na vec aplikoval ust. § 52 a nasl. Občianskeho zákonníka v znení pred účinnosťou tohto znenia. V rozhodnutí absentujú akékoľvek dôkazy pre právne závery, ktoré sú v ňom uvedené. Zároveň sa exekučný súd nijako nevysporiadal s odlišným právnym názorom, ktorý majú iné súdy toho istého stupňa, dokonca samotný exekučný súd. Poukázal na to, že v rozhodcovskom konaní pred Stálym rozhodcovským súdom rozhoduje vždy trojčlenný sená, pričom jedného člena senátu si priamo vyberá každá strana sporu a takto sa podieľa i na výbere predsedajúceho člena senátu. Rozhodcami sú pritom výhradne odborne spôsobilé a bezúhonné fyzické osoby s právnickým vzdelaním pochádzajúce z geograficky rôznych oblastí SR, čo zabezpečuje prinajmenšom rovnakú úroveň ochrany práv sporových strán, dlžník ako spotrebiteľa nevynímajúc. V tomto smere poukázal na nález Ústavného súdu SR sp. zn. II. ÚS 499/2012. Namietal, že súd konštruoval nový skutkový stav bez účasti oprávneného a odňal mu možnosť vyjadriť sa k vykonaným dôkazom a skutkovému stavu. Ak exekučný súd pri rozhodovaní o vydaní poverenia podľa § 44 ods. 2/ Exekučného poriadku vykonáva iné dôkazy než tie, ktoré sú výslovne uvedené v tomto ustanovení, ako aj v prípadoch, keď na ťarchu oprávneného reviduje skutkový stav, na ktorom je založený exekučný titul, je povinný dať oprávnenému možnosť sa k takto vykonaným dôkazom a takto novo vytvorenej situácii vyjadriť. Ďalej namietal, že súd v danej veci aplikoval smernicu Rady č. 93/13/EHS a judikatúru Európskeho súdneho dvora. Smernica je záväzná pre každý členský štát, ktorému je určená, a to vzhľadom na výsledok, ktorý sa má dosiahnuť, pričom sa voľba foriem a metód ponecháva vnútroštátnym orgánom. Rozhodnutie je záväzné v celom rozsahu. Rozhodnutie, ktoré označuje tých, ktorým je určené, je záväzné len pre nich. Pokiaľ by aj súd považoval rozhodcovskú doložku za neprijateľnú podmienku, nie je možné záver o neplatnosti rozhodcovskej doložky oprieť o smernicu Rady č. 93/13/EHS, nakoľko ide o akt výlučne sekundárnej povahy, ktorého priamy normatívny význam pre výklad národného zákona je výlučne indikatívny, a v žiadnom prípade nie interpretačný. Taktiež pri úvahe o neprijateľnosti rozhodcovskej doložky nie je možné brať do úvahy judikatúru ESD, nakoľko judikatúra ESD vzťahujúca sa na rozhodcovské doložky všeobecne alebo rozhodcovské doložky v spotrebiteľských zmluvách nie je voči jednotlivcom- a teda ani voči účastníkom tohto konania bezprostredne záväzná. Podľa oprávneného dochádza k porušeniu právnej istoty a legitímnych očakávaní, keď exekučné súdy v skutkovo a právne obdobných veciach poverenie vydajú aj zamietajú. Naviac exekučný súd povinného na základe jeho postavenie neprimerane zvýhodňuje. Exekučný súd svojim postupom znemožnil uplatniť právo priznané exekučným titulom, ktorého účinky sa v zásade zhodujú s účinkami právoplatného rozsudku. Poukázal tiež na to, že rozhodcovský súd, ktorý vydal exekučný titul, je držiteľom povolenia rozhodovať spotrebiteľské spory v súlade s ust. § 73 ods. 5/ zákona o spotrebiteľskom rozhodcovskom konaní. Vzhľadom na uvedené skutočnosti preto oprávnený navrhol, aby krajský súd napadnuté uznesenie zmenil tak, že vyhovie žiadosti súdneho exekútora o udelenie poverenia na vykonanie exekúcie, alebo alternatívne aby napadnuté uznesenie zrušil a vec vrátil okresnému súdu na ďalšie konanie. 3. Vyjadrenie k odvolaniu podané nebolo. 4. Krajský súd v Banskej Bystrici ako súd odvolací, prejednal vec podľa § 379, § 380 ods. 1 a § 385 ods. 1/ zákona č. 160/2015 Z. z. Civilný sporový poriadok (ďalej len CSP) v rozsahu podaného odvolania, bez nariadenia pojednávania, pričom dospel k záveru, že odvolanie oprávneného nie je dôvodné. 5. Zo spisového materiálu je zrejmé, že oprávnený sa domáha vykonania exekúcie na základe exekučného titulu, ktorým je rozhodcovský rozsudok vydaný Stálym rozhodcovským súdom Slovenskej bankovej asociácie so sídlom v Bratislave sp. zn. II/2014-1605 zo dňa 18.06.2014. Oprávnený uplatnil svoj nárok na rozhodcovskom súde na základe Zmluvy o poskytnutí spotrebného úveru uzavretej dňa 27.10.2009 medzi právnym predchodcom oprávneného ako veriteľom a povinným ako dlžníkom. 6. V bode II.4 zmluvy je upravený návrh banky, aby prípadné spory vzniknuté z tohto obchodu boli rozhodnuté prednostne v rozhodcovskom konaní prostredníctvom stáleho rozhodcovského súdu zriadeného v zmysle zákona č. 510/2002 Z. z. o platobnom styku. Dlžník vyjadruje súhlas s návrhom banky na riešení sporov stálym rozhodcovským súdom. 7. V bode IX.3 Všeobecných obchodných podmienok VÚB, a.s. na poskytovanie spotrebných úverov fyzickým osobám- občanom, ktoré tvorili neodeliteľnú súčasť zmluvy o úvere si oprávnený ako veriteľ a povinný ako dlžník upravili rozhodcovskú doložku tak, že všetky spory, ktoré by v budúcnosti medzi nimi vznikli z tejto zmluvy, budú rozhodované v rozhodcovskom konaní v zmysle zákona č. 244/2002 Z. z. o rozhodcovskom konaní Stálym rozhodcovským súdom Asociácie bánk podľa zákona č. 510/2002 Z. z. o platobnom styku. Rozhodcovské konanie sa koná v sídle rozhodcu a rozhodca rozhoduje vo veci bez ústneho pojednávania, iba na základe písomných materiálov predložených stranami v lehote stanovenej rozhodcom. Rozhodca môže nariadiť ústne pojednávanie, ak nebude považovať predložené listiny za dostačujúce. Písomnosti v rozhodcovskom konaní zasiela rozhodca stranám na adresu, ktorú strana uviedla, alebo jej zvolenému právnemu zástupcovi. Účinky doručenia nastanú aj vtedy, ak adresát písomnosť odmietol prevziať alebo keď si ju ako poštovú zásielku aj napriek oznámeniu pošty nevyzdvihol. Rozhodcovský rozsudok je konečný a záväzný a dňom doručenia nadobúda účinok právoplatného súdneho rozhodnutia. Banka a dlžník vyhlasujú, že sa dobrovoľne podriadia rozhodnutiu rozhodcu. Táto rozhodcovská doložka je súčasťou zmluvy a zaväzuje právnych nástupcov obidvoch zmluvných strán. Zánik zmluvy sa nedotýka tejto rozhodcovskej doložky, ktorá je jej súčasťou. 8. Podľa § 9a ods. 1/ Exekučného poriadku, ak to povaha veci nevylučuje, v konaní podľa tohto zákona sa primerane použijú ustanovenia Civilného sporového poriadku. 9. Podľa § 470 ods. 1/ CSP, ak nie je ustanovené inak, platí tento zákon aj na konania začaté predo dňom nadobudnutia jeho účinnosti. 10.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11. Oprávnený podal odvolanie proti napadnutému uzneseniu okresného súdu ešte za účinnosti zákona č. 99/1963 Zb. Občianskeho súdneho poriadku, ktorý bol zrušený k 30.06.2016. Odvolací súd o tomto odvolaní rozhoduje podľa zákona č. 160/2015 Z. z. Civilného sporového poriadku účinného od 01.07.2016, ktorý sa v zmysle vyššie uvedených prechodných a záverečných ustanovení, ako aj v zmysle § 9a ods. 1/ Exekučného poriadku použije aj v tomto exekučnom konaní, pričom podľa § 470 ods. 2/ CSP zostávajú právne účinky úkonov, ktoré v konaní nastali predo dňom nadobudnutia jeho účinnosti zachované. 12. V zmysle ust. § 44 ods. 2/ Exekučného poriadku súd preskúmava exekučný titul aj ex offo. Pokiaľ je exekučným titulom rozhodcovský rozsudok, prirodzenou súčasťou preskúmavania tohto exekučného titulu je zisťovanie toho, či bola medzi zmluvnými stranami platne uzavretá rozhodcovská zmluva, a to či už formou osobitnej zmluvy alebo formou rozhodcovskej doložky v zmluve podľa § 3 a § 4 zákona č. 244/2002 Z. z. o rozhodcovskom konaní. Povinnosť skúmať platnosť rozhodcovskej doložky pre exekučný súd vyplýva priamo zo zákona, nie je potrebné ju osobitne odôvodňovať. Ak sa okresný súd zaoberal otázkou, či v tomto konaní bola daná právomoc rozhodcovského súdu vo veci konať a rozhodnúť, zo strany okresného súdu sa nejednalo o posudzovanie vecnej správnosti rozsudku rozhodcovského súdu a jeho postup nesmeroval k zrušeniu tohto rozhodnutia. 13. Súd môže v rozsahu svojej zákonnej prieskumnej povinnosti skúmať exekučný titul počas celého exekučného konania, nielen pri rozhodovaní o udelení poverenia exekútorovi, a to na návrh účastníka konania alebo aj bez návrhu. Spôsobilý exekučný titul je jednou zo základných podmienok exekučného konania, nedostatok ktorej je neodstrániteľný a je dôvodom na zastavenie exekučného konania. Pokiaľ teda súd zistí, že exekučný titul, predložený oprávneným nespĺňa formálne alebo obsahové náležitosti, môže exekúciu zastaviť. Z uvedených dôvodov odvolací súd považuje odvolaciu námietku oprávneného, podľa ktorej mal exekučný súd prekročiť rámec svojej preskúmavacej právomoci, keď posudzoval súladnosť exekučného titulu - rozhodcovského rozsudku so zákonom, za nedôvodnú. V tejto súvislosti odvolací súd poukazuje na rozhodnutie Ústavného súdu Slovenskej republiky sp. zn. I. ÚS 456/2011-19 zo dňa 23. novembra 2011, v ktorom Ústavný súd uviedol,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Ústavný súd v nadväznosti na uvedené poukázal na ustálenú judikatúru Najvyššieho súdu Slovenskej republiky, ktorý v rozhodnutí sp. zn. 3 Cdo/164/1996 z 27. januára 1997 publikovanom v Zbierke stanovísk a rozhodnutí pod č. R 58/1997 uviedol, že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14. Po preskúmaní spisového materiálu odvolací súd rovnako ako okresný súd dospel k záveru, že Zmluva o poskytnutí spotrebného úveru uzavretá medzi právnym predchodcom oprávneného ako veriteľom a povinným ako dlžníkom je spotrebiteľskou zmluvou podľa § 52 a nasl. Občianskeho zákonníka v znení účinnom v čase podpísania zmluvy, keďže z predloženej zmluvy nevyplýva, že povinný je podnikateľským subjektom a že by pri uzatváraní zmluvy o úvere bol konal v rámci predmetu svojej obchodnej činnosti alebo inej podnikateľskej činnosti, pričom právny predchodca oprávneného pri jej uzatváraní konal v rámci svojej obchodnej činnosti. Z uvedeného dôvodu možno uvedený právny vzťah považovať za spotrebiteľský vzťah medzi spotrebiteľom a dodávateľom v zmysle ustanovení Občianskeho zákonníka. Okresný súd preto postupoval správne, keď na právne vzťahy vyplývajúce z vyššie uvedenej zmluvy aplikoval ustanovenia spotrebiteľského práva a posudzoval rozhodcovskú doložku ako zmluvnú podmienku z hľadiska, či nevyvoláva nerovnováhu v právach a povinnostiach medzi dodávateľom a spotrebiteľom. 15. Odvolací súd súhlasí aj s hodnotením súdu prvej inštancie, že rozhodcovskú doložku, ktorá mala založiť legitimitu pre exekučný titul je potrebné považovať za neprijateľnú podmienku, pretože spôsobuje hrubý nepomer v právach a povinnostiach medzi dodávateľom a spotrebiteľom v neprospech spotrebiteľa. Odvolací súd zastáva názor, že spotrebiteľ sa v porovnaní s dodávateľom nachádza v znevýhodnenom postavení z hľadiska jeho vyjednávacej sily, ako aj z hľadiska úrovne informovanosti a táto situácia ho núti, aby pristúpil na vopred pripravené podmienky dodávateľom bez toho, aby podstatným spôsobom mohol ovplyvniť ich obsah. Rozhodcovská doložka nebola individuálne dohodnutá a jej obsah bol vopred pripravený, teda z tohto pohľadu spotrebiteľ nemohol dojednanie rozhodcovskej doložky akýmkoľvek spôsobom zmeniť, mohol len úver odmietnuť alebo ho prijať a podrobiť sa tak všetkým podmienkam zmluvy a teda aj rozhodcovskému konaniu. Rozhodcovská doložka- zmluvná podmienka, ktorá nebola individuálne dohodnutá a ktorá určuje, že spory zo zmluvy budú riešené výlučne určeným rozhodcovským súdom, je neprijateľná. Dodávateľ, ktorý vo väčšine prípadov podáva žaloby z obdobných úverových zmlúv nadobudol voči spotrebiteľovi neprimeranú výhodu v tom, že v podstate v dopredu naformulovanej zmluve určil, kto s konečnou platnosťou vzájomný spor rozhodne a vylúčil tak ochranu práv spotrebiteľa všeobecným súdom. Takto koncipovaná rozhodcovská doložka ako zmluvná podmienka je v rozpore s požiadavkou ochrany spotrebiteľa, pretože spôsobuje značnú nerovnováhu v právach a povinnostiach strán vzniknutých na základe zmluvy, a to práve ku škode spotrebiteľa. Rozhodcovská doložka, od ktorej rozhodcovský súd odvodil svoju právomoc v tomto prípade je neprijateľná, a preto je v zmysle § 53 ods. 5/ Občianskeho zákonníka účinného v čase uzatvorenia zmluvy neplatná. 16. K námietke oprávneného o splnení povinnosti banky vyplývajúcej s ust. § 93b ods. 1/ zákona o bankách odvolací súd uvádza, že zo zákona o bankách síce vyplýva povinnosť banky ponúknuť klientovi návrh na uzavretie rozhodcovskej zmluvy, avšak z neho nevyplýva povinnosť zakotviť rozhodcovskú doložku priamo vo formulárovej zmluve, v obchodných podmienkach, resp. všeobecných obchodných podmienkach, ktorých obsah klient nemôže ovplyvniť. Návrh na uzavretie rozhodcovskej doložky môže banka predložiť aj ako samostatný návrh, ktorý by umožňoval v danom prípade spotrebiteľovi dojednať rozhodcovskú doložku individuálne. Spotrebiteľ (klient) svojim podpisom na formulárovej zmluve, ktorej súčasťou sú aj všeobecné obchodné podmienky upravujúce rozhodcovskú doložku, vyjadruje súhlas tak so samotnou zmluvou, ako aj s Všeobecnými obchodnými podmienkami, a tým aj s rozhodcovskou doložkou v nich obsiahnutou a preto reálne nemá možnosť neprijať návrh na uzavretie rozhodcovskej doložky bez toho, aby tým nezmaril uzavretie zmluvy. 17. V súvislosti s námietkou oprávneného o porušení jeho práva podľa čl. 48 ods. 2 Ústavy Slovenskej republiky odvolací súd poukazuje na Uznesenie Najvyššieho súdu Slovenskej republiky - sp. zn. 6 ECdo 232/2013 zo dňa 30.09.2014, v ktorom Najvyšší súd konštatoval, že „ak by za porušenie zásady kontradiktórnosti mal byť považovaný aj procesný postup exekučného súdu spočívajúci v tom, že po vyžiadaní si úverovej zmluvy od oprávneného, neoboznámil tohto účastníka exekučného konania so svojím stanoviskom o neplatnosti rozhodcovskej doložky obsiahnutej v tejto zmluve, potom podľa názoru dovolacieho súdu, za situácie, že platné právo pripúšťa proti rozhodnutiu exekučného súdu o zastavení exekúcie, alebo zamietnutí žiadosti o udelenie poverenia na vykonanie exekúcie podanie odvolania, treba tento nedostatok považovať za zhojený možnosťou oprávneného vyjadriť svoje námietky ku skutkovým zisteniam exekučného súdu vyvodeným z ním predloženého listinného dôkazu a k právnym záverom z toho vyplývajúcim v podanom odvolaní. Iný názor, vychádzajúci z nemožnosti zhojenia uvedeného nedostatku inak než zrušením rozhodnutí odvolacieho a exekučného súdu a vrátením veci na opätovné rozhodnutie, by odporoval zásade efektivity konania, pretože zrušenie rozhodnutí by zbytočne zvyšovalo náklady účastníkov konania ako aj náklady na výkon súdnictva, a tým by bolo aj v rozpore s jedným zo základných princípov právneho štátu, ktorým je princíp racionality“. 18. Taktiež argument oprávneného poukazujúci na aplikáciu Smernice Rady ES 93/13/EHS zo dňa 5. apríla 1993 o nekalých podmienkach v spotrebiteľských zmluvách a judikatúry Európskeho súdneho dvora krajský súd nepovažoval za dôvodný, nakoľko exekučný súd v rozhodnutí aplikoval vnútroštátnu právnu úpravu týkajúcu sa spotrebiteľského práva a ochrany práv spotrebiteľa a na uvedenú smernicu nepoukázal. 19. Námietkami oprávneného, ktoré sa týkali aplikácie ust. § 45 Zákona o rozhodcovskom konaní sa odvolací súd podrobnejšie nezaoberal z dôvodu, že okresný súd na prejednávanú vec neaplikoval uvedené ustanovenie a aplikovať ani nemohol, keďže od 1. januára 2015 je platná a účinná novela zákona č. 244/2002 Z. z. o rozhodcovskom konaní, vykonaná zákonom č. 336/2014 Z. z., ktorá zrušila ustanovenie § 45 tohto zákona, v dôsledku čoho považoval tieto námietky za irelevantné. V tejto súvislosti odvolací súd považoval za potrebné dodať, že ak sa okresný súd zaoberal otázkou, či v tomto konaní bola daná právomoc rozhodcovského súdu vo veci konať a rozhodnúť, zo strany okresného súdu sa nejednalo o posudzovanie vecnej správnosti rozsudku rozhodcovského súdu, ale o posúdenie, či rozhodcovská doložka, na základe ktorej bol rozhodcovský rozsudok vydaný, bola platne dojednaná. 20. S poukazom na vyššie uvedené skutočnosti preto odvolací súd rovnako ako súd prvej inštancie dospel k záveru, že v danom prípade nie sú splnené zákonné podmienky pre začatie (vedenie) exekúcie, preto napadnuté uznesenie podľa ust. § 387 ods. 1/ CSP potvrdil. 21. Rozhodnutie bolo prijaté senátom Krajského súdu v Banskej Bystrici pomerom hlasov 3 : 0. Poučenie: Proti tomuto rozhodnutiu nie je odvolanie prípustné. Proti rozhodnutiu odvolacieho súdu je prípustné dovolanie, ak to zákon pripúšťa (§ 419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w:t>
      </w:r>
    </w:p>
    <w:p/>
    <w:p>
      <w:r>
        <w:t>Zdroj: KAUZIS.SK – https://www.kauzis.sk/judikatura/r/ECLI:SK:KSBB:2016:6715205200.1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