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5CoE/38/2016 z 7. 3. 2016</w:t>
      </w:r>
    </w:p>
    <w:p>
      <w:r>
        <w:t>Uznesenie Krajského súdu Banská Bystrica z 7. marca 2016, sp. zn. 5CoE/38/2016, ECLI:SK:KSBB:2016:6715205232.1</w:t>
      </w:r>
    </w:p>
    <w:p>
      <w:r>
        <w:t>Súd: Krajský súd Banská Bystrica</w:t>
      </w:r>
    </w:p>
    <w:p>
      <w:r>
        <w:t>Spisová značka: 5CoE/38/2016</w:t>
      </w:r>
    </w:p>
    <w:p>
      <w:r>
        <w:t>ECLI: ECLI:SK:KSBB:2016:6715205232.1</w:t>
      </w:r>
    </w:p>
    <w:p>
      <w:r>
        <w:t>Dátum vydania: 7. 3. 2016</w:t>
      </w:r>
    </w:p>
    <w:p>
      <w:r>
        <w:t>Forma: Uznesenie</w:t>
      </w:r>
    </w:p>
    <w:p>
      <w:r>
        <w:t>Oblasť práva: Občianske právo</w:t>
      </w:r>
    </w:p>
    <w:p>
      <w:pPr>
        <w:pStyle w:val="Heading2"/>
      </w:pPr>
      <w:r>
        <w:t>Text rozhodnutia</w:t>
      </w:r>
    </w:p>
    <w:p>
      <w:r>
        <w:t>Súd: Krajský súd Banská Bystrica Spisová značka: 5CoE/38/2016 Identifikačné číslo súdneho spisu: 6715205232 Dátum vydania rozhodnutia: 08. 03. 2016 Meno a priezvisko sudcu, VSÚ: JUDr. Ján Deák ECLI: ECLI:SK:KSBB:2016:6715205232.1 Uznesenie Krajský súd v Banskej Bystrici v exekučnej veci oprávneného: PRO CIVITAS, s.r.o., so sídlom Vajnorská č. 100/A, 831 04 Bratislava, IČO: 45 869 464, právne zastúpeného JUDr. Veronikou Kubrikovou, PhD., advokátkou so sídlom v Bratislave, Martinčekova č. 13, proti povinnému: C. V., nar. XX.XX.XXXX, trvale bytom E. X., okres E. T., o vymoženie pohľadávky oprávneného v sume 843,85 eur a príslušenstva, vykonávanej súdnym exekútorom JUDr. Jozefom Ďuricom., so sídlom Exekútorského úradu Borovianska č. 17, 960 01 Zvolen pod spisovou značkou EX 1555/15, o odvolaní oprávneného proti uzneseniu Okresného súdu Zvolen č.k. 1Er/168/2015 zo dňa 08.06.2015, takto r o z h o d o l : Uznesenie okresného súdu v znení opravného uznesenia č.k. 1Er/168/2015-51 zo dňa 30.10.2015 p o t v r d z u j e. o d ô v o d n e n i e : Napadnutým uznesením okresný súd podľa ust. § 44 ods. 2 zákona č. 233/1995 Z. z. o súdnych exekútoroch a exekučnej činnosti (ďalej len „Exekučný poriadok“) zamietol žiadosť súdneho exekútora o udelenie poverenia na vykonanie exekúcie. V odôvodnení rozhodnutia uviedol, že oprávnený sa domáha vedenia exekučného konania na podklade exekučného titulu, ktorým je rozhodcovský rozsudok Stáleho rozhodcovského súdu, zriadeného pri obchodnej spoločnosti ROZHODCOVSKÁ, ARBITRÁŽNA a MEDIAČNÁ, a.s. so sídlom Trnavská cesta 7, 831 04 Bratislava, IČO: 35 862 882 pod spis. značkou IE-C/0112/0149 zo dňa 10.09.2013. Predmetom rozhodcovského konania bolo uplatnenie nároku žalobcu zo Zmluvy o úvere, uzavretej medzi právnym predchodcom oprávneného obchodnou spoločnosťou Poštová banka, a.s. so sídlom Prievozská č. 2/B, 821 09 Bratislava, IČO: 31 340 890 a povinným dňa 27.10.2008, na základe ktorej právny predchodca oprávneného poskytol povinnému úver a povinný sa zaviazal poskytnuté finančné prostriedky splácať v pravidelných mesačných splátkach. Rozhodcovský súd svoju právomoc prejednať nárok oprávneného a vo veci rozhodnúť odvodil od rozhodcovskej doložky upravenej v čl. 10.2.2. Všeobecných obchodných podmienok, ktoré sú integrálnou súčasťou zmluvy o úvere. Okresný súd podľa § 44 ods. 2 Exekučného poriadku preskúmal žiadosť súdneho exekútora o udelenie poverenia na vykonanie exekúcie, návrh na vykonanie exekúcie a exekučný titul ex offo z hľadiska ich súladnosti so zákonom. Pre posúdenie otázky, či bola exekúcia nariadená na základe exekučného titulu vykonateľného po stránke formálnej a materiálnej skúmal rozhodcovskú doložku, od ktorej rozhodcovský súd odvodil svoju právomoc podľa kritérií, na ktorých je založený inštitút neprijateľnej zmluvnej podmienky, a teda, či rozhodcovská doložka v rámci podmienok štandardnej zmluvy nespôsobuje hrubý nepomer v právach a povinnostiach v neprospech spotrebiteľa (§ 53 ods. 1 zákona č. 40/1964 Zb. Občianskeho zákonníka). Pritom vychádzal zo záveru, že zmluva o úvere medzi právnym predchodcom oprávneného ako veriteľom a povinným ako dlžníkom, na základe ktorej oprávnený uplatnil na rozhodcovskom súde svoj nárok voči povinnému, je zmluvou spotrebiteľskou, preto na daný právny vzťah aplikoval normy spotrebiteľského práva, predovšetkým ustanovenia § 52 a nasl. zákona č. 40/1964 Zb. Občiansky zákonník (ďalej len „Občiansky zákonník“) v znení platnom a účinnom ku dňu uzavretia zmluvy o úvere. S poukazom na citované zákonné ustanovenia konštatoval, že rozhodcovská doložka v Zmluve o úvere č. XXXXXXXXXX zo dňa 27.10.2008, ktorá mala založiť legitimitu pre exekučný titul, nie je dohodnutá individuálne, čo zjavne vyplýva z jej zaradenia do Všeobecných obchodných podmienok ako súčasti formulárovej zmluvy o úvere. Návrh zmluvy o úvere predložený právnym predchodcom oprávneného je pripravený na predtlačenom tlačive, z čoho je zrejmé, že spotrebiteľ nemal reálny dosah podstatným spôsobom ovplyvniť jej obsah, vrátane neoddeliteľnej súčasti - Všeobecných obchodných podmienok, v ktorých si zmluvné strany dohodli spôsob riešenia vzájomných sporov. Okresný súd uviedol, že je povinnosťou oprávneného, resp. v tomto prípade jeho právneho predchodcu, predložiť povinnému návrh na uzavretie rozhodcovskej zmluvy takým spôsobom, aby z neho bolo dostatočne zrejmé, že sa povinnému poskytuje možnosť voľby takýto návrh prijať alebo neprijať, a aby z neho bolo tiež zrejmé, že mu boli poskytnuté jasné a zrozumiteľné informácie, čo znamená riešenie sporov v rozhodcovskom konaní. V tejto súvislosti poukázal na ustálenú rozhodovaciu činnosť Najvyššieho súdu Slovenskej republiky. Rozhodcovskú doložku koncipovanú ako súčasť Všeobecných obchodných podmienok si spotrebiteľ osobitne nevyjednal a zmluvu, vzhľadom na jej adhéznu povahu, mohol len ako celok odmietnuť alebo sa podrobiť všetkým zmluvným dojednaniam, teda aj rozhodcovskému konaniu. Napriek tomu, že rozhodcovská doložka neupiera právo obrátiť sa v spore aj na všeobecný súd, toto právo je formálne obmedzené iba do doby, kým veriteľ nepodá návrh na prejednanie sporu na rozhodcovský súd. Je zrejmé, že v prípade spotrebiteľských úverov je to výlučne veriteľ, kto iniciuje rozhodcovské konanie proti dlžníkovi - spotrebiteľovi a spotrebiteľ týmto stráca právo brániť sa voči nárokom veriteľa pred všeobecným súdom. Vychádzajúc z komplexnej úpravy rozhodcovskej zmluvy je potom potrebné rozhodcovskú doložku tak, ako je upravená vo Všeobecných obchodných podmienkach pre úver považovať v celosti za neprijateľnú, spôsobujúcu značnú nerovnováhu v právach a povinnostiach zmluvných strán. Z dôvodov uvedených vyššie okresný súd vyslovil záver o neprijateľnosti rozhodcovskej doložky ako zmluvnej podmienky, preto pokiaľ od nej rozhodcovský súd odvodil svoju právomoc spor prejednať a rozhodnúť, tento bol vydaný v rozpore so zákonom. Na základe uvedeného v súlade s ust. § 44 ods. 2 Exekučného poriadku žiadosť súdneho exekútora o udelenie poverenia na vykonanie exekúcie zamietol. Proti tomuto rozhodnutiu podal oprávnený v zákonom stanovenej lehote odvolanie. V odvolaní namietal, že súd prekročil rámec svojej preskúmavacej činnosti, ktorý mu vyplýva z Exekučného poriadku v nadväznosti na zákon č. 244/2002 Z. z. o rozhodcovskom konaní. Domnieval sa, že podľa ust. § 44 ods. 2 je súd oprávnený skúmať výlučne žiadosť o udelenie poverenia na vykonanie exekúcie, návrh na vykonanie exekúcie a exekučný titul, nemá však zákonné oprávnenie skúmať a hodnotiť iné listiny, napr. zmluvu o úvere a rozhodcovskú doložku v nej obsiahnutú. O platnosti rozhodcovskej doložky rozhodoval rozhodcovský súd, preto prekážka rozsúdenej veci bráni tomu, aby bola súdom opätovne posúdená. Exekučný súd sa tak mal v rámci materiálneho prieskumu obmedziť len na preskúmanie rozhodcovského rozsudku z dôvodov podľa ust. § 45 ods. 1 a 2 zák. č. 244/2002 Z. z. o rozhodcovskom konaní a zdržať sa konania mimo svojej právomoci v zmysle posudzovania jeho vecnej správnosti. V danom prípade bol exekučný titul vydaný na základe dohody zmluvných strán oprávneným orgánom, a to Stálym rozhodcovským súdom v konaní upravenom zákonom č. 244/2002 Z. z.. Poukázal na to, že v rozhodcovskom konaní pred Stálym rozhodcovským súdom rozhoduje vždy trojčlenný senát, pričom jedného člena senátu si priamo vyberá každá strana sporu a takto sa podieľa i na výbere predsedajúceho člena senátu. Rozhodcami sú pritom výhradne odborne spôsobilé a bezúhonné fyzické osoby s právnickým vzdelaním pochádzajúce z geograficky rôznych oblastí Slovenskej republiky, čo zabezpečuje prinajmenšom rovnakú úroveň ochrany práv sporových strán, dlžníka ako spotrebiteľa nevynímajúc. V tomto smere poukázal na nález Ústavného súdu SR sp. zn. II. ÚS 499/2012. Podľa oprávneného tiež došlo k porušeniu zákazu retroaktivity, keď súd na vec aplikoval ust. § 52 a nasl. Občianskeho zákonníka v znení účinnom od 01.01.2008 Namietal, že súd konštruoval nový skutkový stav bez účasti oprávneného a odňal mu možnosť vyjadriť sa k vykonaným dôkazom a skutkovému stavu. Zároveň nesprávne aplikoval právne predpisy, predovšetkým § 53 ods. 4 Občianskeho zákonníka, ktorý v znení aplikovateľnom v prerokúvanej veci neprezumoval žiaden z predpokladov neprijateľnosti zmluvnej podmienky v spotrebiteľskej zmluve. Normatívny text ustanovenia prisudzuje neprijateľnej zmluvnej podmienke len právny následok, nevymedzuje však samotný pojem neprijateľnosti zmluvnej podmienky. Poukázal na skutočnosť, že pokiaľ povinnému ako klientovi banky bola ponúknutá rozhodcovská doložka, jeho právny predchodca, ktorým je Poštová banka, a.s. postupoval v súlade s § 93b ods. 1 zákona o bankách, podľa ktorého banka má povinnosť ponúknuť klientovi návrh rozhodcovskej doložky s tým, že klient má možnosť zákonom stanovenú ponuku neprijať. Podľa jeho názoru medzi Poštovou bankou, a.s. ako právnym predchodcom oprávneného a povinným došlo k platnému dojednaniu rozhodcovskej doložky písomnou formou podľa § 4 zákona o rozhodcovskom konaní, ktorá týmto zakladá legitimitu exekučnému titulu. Pokiaľ teda exekučný súd zamietnutím žiadosti súdneho exekútora o udelenie poverenia neumožnil oprávnenému uplatniť právo priznané exekučným titulom, ktorého účinky sa v zásade zhodujú s účinkami právoplatného rozsudku, dochádza tým k porušeniu právnej istoty a legitímnych očakávaní. Ďalej s poukazom na závery Ústavného súdu SR prijaté v uznesení III ÚS 23/2013 konštatoval, že v exekučnom konaní, v rámci ktorého dochádza k nútenému vymoženiu povinnosti z právneho vzťahu, ktorého obsah je už právoplatne a vykonateľne judikovaný je bez právneho významu tá skutočnosť, že povinný bol v základnom nachádzacom konaní charakterizovaný ako spotrebiteľ. V tomto smere dochádza podľa tvrdenia odvolateľa k neprimeranému zvýhodňovaniu povinného pred exekučným súdom, a tým k porušeniu zásady rovnosti účastníkov konania. Oprávnený zároveň nesúhlasil s postupom súdu, ktorý v danej veci aplikoval smernicu Rady č. 93/13/ EHS a judikatúru Európskeho súdneho dvora. Smernica je záväzná pre každý členský štát, ktorému je určená, a to vzhľadom na výsledok, ktorý sa má dosiahnuť, pričom sa voľba foriem a metód ponecháva vnútroštátnym orgánom. Rozhodnutie je záväzné v celom rozsahu. Rozhodnutie, ktoré označuje tých, ktorým je určené, je záväzné len pre nich. Pokiaľ by aj súd považoval rozhodcovskú doložku za neprijateľnú podmienku, nie je možné záver o neplatnosti rozhodcovskej doložky oprieť o smernicu Rady č. 93/13/EHS, nakoľko ide o akt výlučne sekundárnej povahy, ktorého priamy normatívny význam pre výklad národného zákona je výlučne indikatívny, a v žiadnom prípade nie interpretačný. Taktiež pri úvahe o neprijateľnosti rozhodcovskej doložky nie je možné brať do úvahy judikatúru ESD, nakoľko judikatúra ESD vzťahujúca sa na rozhodcovské doložky všeobecne alebo rozhodcovské doložky v spotrebiteľských zmluvách nie je voči jednotlivcom, a teda ani voči účastníkom tohto konania, bezprostredne záväzná. Z uvedených dôvodov navrhol, aby odvolací súd napadnuté uznesenie v celom rozsahu zmenil a vyhovel žiadosti súdneho exekútora o udelenie poverenia na vykonanie exekúcie alebo aby napadnuté uznesenie okresného súdu zrušil a vec mu vrátil na ďalšie konanie. Povinný sa k odvolaniu oprávneného nevyjadril. Vo veci rozhodol vyšší súdny úradník Okresného súdu Zvolen. Zákonný sudca odvolaniu nemienil vyhovieť, preto ho podľa § 374 ods. 4, veta prvá a druhá O.s.p. predložil odvolaciemu súdu na rozhodnutie. Krajský súd v Banskej Bystrici ako odvolací súd preskúmal vec v rozsahu danom § 212 ods. 1 O.s.p. bez nariadenia pojednávania podľa § 214 ods. 2 O.s.p. a napadnuté uznesenie okresného súdu v znení opravného uznesenia č.k. 1Er/168/2015-51 zo dňa 30.10.2015 podľa § 219 ods. 1 O.s.p. ako vecne správne potvrdil. Z predloženého spisu mal odvolací súd potvrdený skutkový stav tak, ako to uviedol okresný súd. Exekučným titulom v predmetnej veci je rozhodcovský rozsudok Stáleho rozhodcovského súdu zriadeného pri obchodnej spoločnosti ROZHODCOVSKÁ, ARBITRÁŽNA A MEDIAČNÁ, a.s., so sídlom Trnavská cesta 7, 831 04 Bratislava, IČO: 35 862 882 pod spis. značkou IE-C/0112/0149 zo dňa 10.09.2013. Oprávnený uplatnil svoj nárok na rozhodcovskom súde na základe Zmluvy o úvere č. XXXXXXXXXX zo dňa 27.10.2008 medzi právnym predchodcom oprávneného ako veriteľom a povinným ako dlžníkom (ďalej aj „zmluva o úvere“). V čl. 2 bode 2.7 zmluvy o úvere sa zmluvné strany dohodli, že akékoľvek spory, ktoré vzniknú z tejto zmluvy, vrátane sporov o jej vznik, platnosť a výklad, budú rozhodované v súlade s rozhodcovskou doložkou uvedenou v čl. 10, II. časti Všeobecných obchodných podmienok (ďalej aj „VOP“). Odkaz na rozhodcovskú doložku je duplicitne upravený aj v Obchodných podmienkach pre úver vo verzii 2/2008, ktoré sú neoddeliteľnou súčasťou zmluvy o úvere, a podľa čl. 11 bodu 2 ktorých sa zmluvné strany v prípade, že nedosiahnu dohodu vo vzájomných sporoch, dohodli na ich riešení podľa rozhodcovskej doložky uvedenej vo VOP. Podľa čl. 10 bodu 10.2.2 II. časti Všeobecných obchodných podmienok v znení platnom v čase uzavretia zmluvy o úvere, ktoré sú v zmysle čl. 2 bodu 3 tejto zmluvy jej súčasťou, sa zmluvné strany dohodli, že všetky spory, ktoré medzi nimi vzniknú z právnych vzťahov vzniknutých pri poskytovaní služieb, bankových produktov a/alebo vykonávaní bankových obchodov, vrátane sporov o platnosť, výklad a zánik príslušnej zmluvy, budú riešené podľa rozhodcovskej doložky v nasledovnom znení: a) pokiaľ bude v príslušnom spore žalobcom banka, predloží tento spor na prerokovanie a rozhodnutie Rozhodcovskému súdu, a to podľa jeho štatútu a rokovacieho poriadku, ktoré sú platné a účinné v čase začatia rozhodcovského konania; b) pokiaľ bude v príslušnom spore žalobcom klient, je oprávnený predložiť tento spor na prerokovanie a rozhodnutie Rozhodcovskému súdu, a to podľa jeho štatútu a rokovacieho poriadku, ktoré sú platné a účinné v čase začatia rozhodcovského konania alebo všeobecnému súdu. Podľa ust. § 44 ods. 2 Exekučného poriadku súd preskúmava exekučný titul ex offo. Pokiaľ je exekučným titulom rozhodcovský rozsudok, prirodzenou súčasťou preskúmavania tohto exekučného titulu je zisťovanie toho, či bola medzi zmluvnými stranami platne uzavretá rozhodcovská zmluva, a to či už formou osobitnej zmluvy alebo formou rozhodcovskej doložky v zmluve podľa § 3 a § 4 zákona č. 244/2002 Z. z. o rozhodcovskom konaní. Povinnosť skúmať platnosť rozhodcovskej doložky pre exekučný súd vyplýva priamo zo zákona, nie je potrebné ju osobitne odôvodňovať. Ak sa okresný súd zaoberal otázkou, či v tomto konaní bola daná právomoc rozhodcovského súdu vo veci konať a rozhodnúť, zo strany okresného súdu sa nejednalo o posudzovanie vecnej správnosti rozsudku rozhodcovského súdu a jeho postup nesmeroval k zrušeniu tohto rozhodnutia. Súd môže v rozsahu svojej zákonnej prieskumnej povinnosti skúmať exekučný titul počas celého exekučného konania, nielen pri rozhodovaní o udelení poverenia exekútorovi, a to na návrh účastníka konania alebo aj bez návrhu. Spôsobilý exekučný titul je jednou zo základných podmienok exekučného konania, nedostatok ktorej je neodstrániteľný a je dôvodom na zastavenie exekučného konania. Pokiaľ teda súd zistí, že exekučný titul, predložený oprávneným nespĺňa formálne alebo obsahové náležitosti, môže exekúciu zastaviť. Z uvedených dôvodov odvolací súd považuje odvolaciu námietku oprávneného, podľa ktorej mal exekučný súd prekročiť rámec svojej preskúmavacej právomoci, keď posudzoval súladnosť exekučného titulu - rozhodcovského rozsudku so zákonom, za nedôvodnú. V tejto súvislosti odvolací súd poukazuje na rozhodnutie Ústavného súdu SR sp. zn. I. ÚS 456/2011-19 zo dňa 23. novembra 2011, v ktorom Ústavný súd SR uviedol,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Ústavný súd SR v nadväznosti na uvedené poukázal na ustálenú judikatúru Najvyššieho súdu Slovenskej republiky, ktorý v rozhodnutí sp. zn. 3 Cdo/164/1996 z 27. januára 1997 publikovanom v Zbierke stanovísk a rozhodnutí pod č. R 58/1997 uviedol,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Po preskúmaní spisového materiálu odvolací súd rovnako ako okresný súd dospel k záveru, že Zmluva o úvere uzavretá dňa 27.10.2008 medzi právnym predchodcom oprávneného ako veriteľom a povinným ako dlžníkom je spotrebiteľskou zmluvou podľa § 52 a nasl. Občianskeho zákonníka v znení účinnom v čase podpísania zmluvy, keďže z predloženej zmluvy nevyplýva, že povinný je podnikateľským subjektom a že by pri uzatváraní zmluvy o úvere bol konal v rámci predmetu svojej obchodnej činnosti alebo inej podnikateľskej činnosti, pričom právny predchodca oprávneného pri jej uzatváraní konal v rámci svojej obchodnej činnosti. Z uvedeného dôvodu možno uvedený právny vzťah považovať za spotrebiteľský vzťah medzi spotrebiteľom a dodávateľom v zmysle ustanovení Občianskeho zákonníka. Okresný súd preto postupoval správne, keď na právne vzťahy vyplývajúce z vyššie uvedenej zmluvy aplikoval ustanovenia spotrebiteľského práva a posudzoval rozhodcovskú doložku ako zmluvnú podmienku z hľadiska, či nevyvoláva nerovnováhu v právach a povinnostiach medzi dodávateľom a spotrebiteľom. Odvolací súd súhlasí aj s hodnotením okresného súdu, že rozhodcovskú doložku, ktorá mala založiť legitimitu pre exekučný titul je potrebné považovať za neprijateľnú podmienku, pretože spôsobuje hrubý nepomer v právach a povinnostiach medzi dodávateľom a spotrebiteľom v neprospech spotrebiteľa. Odvolací súd zastáva názor, že spotrebiteľ sa v porovnaní s dodávateľom nachádza v znevýhodnenom postavení z hľadiska jeho vyjednávacej sily, ako aj z hľadiska úrovne informovanosti a táto situácia ho núti, aby pristúpil na vopred pripravené podmienky dodávateľom bez toho, aby podstatným spôsobom mohol ovplyvniť ich obsah. Rozhodcovská doložka nebola individuálne dohodnutá a jej obsah bol vopred pripravený, teda z tohto pohľadu spotrebiteľ nemohol dojednanie rozhodcovskej doložky akýmkoľvek spôsobom zmeniť, mohol len úver odmietnuť alebo ho prijať a podrobiť sa tak všetkým podmienkam zmluvy a teda aj rozhodcovskému konaniu. Rozhodcovská doložka- zmluvná podmienka, ktorá nebola individuálne dohodnutá a ktorá určuje, že spory zo zmluvy budú riešené výlučne rozhodcovským súdom, je neprijateľná. Dodávateľ, ktorý vo väčšine prípadov podáva žaloby z obdobných úverových zmlúv nadobudol voči spotrebiteľovi neprimeranú výhodu v tom, že v dopredu naformulovanej zmluve s adhéznou povahou určil, kto s konečnou platnosťou vzájomný spor rozhodne a vylúčil tak ochranu práv spotrebiteľa všeobecným súdom. Takto koncipovaná rozhodcovská doložka ako zmluvná podmienka je v rozpore s požiadavkou ochrany spotrebiteľa, pretože spôsobuje značnú nerovnováhu v právach a povinnostiach strán vzniknutých na základe zmluvy, a to práve ku škode spotrebiteľa. Rozhodcovská doložka, od ktorej rozhodcovský súd odvodil svoju právomoc v tomto prípade je neprijateľná, a preto je v zmysle § 53 ods. 5 Občianskeho zákonníka platného a účinného v čase uzatvorenia zmluvy neplatná. V súvislosti s námietkou oprávneného o porušení jeho práva podľa čl. 48 ods. 2 Ústavy Slovenskej republiky odvolací súd poukazuje na Nález Ústavného súdu Slovenskej republiky - I. ÚS 38-2013, Rapid life zo dňa 24.10.2013, podľa ktorého, ak by za porušenie zásady kontradiktórnosti mal byť považovaný aj procesný postup exekučného súdu spočívajúci v tom, že po vyžiadaní si úverovej zmluvy od oprávneného, neoboznámil tohto účastníka exekučného konania so svojím stanoviskom o neplatnosti rozhodcovskej doložky obsiahnutej v tejto zmluve, potom podľa názoru dovolacieho súdu, za situácie, že platné právo pripúšťa proti rozhodnutiu exekučného súdu o zastavení exekúcie, alebo zamietnutí žiadosti o udelenie poverenia na vykonanie exekúcie podanie odvolania, treba tento nedostatok považovať za zhojený možnosťou oprávneného vyjadriť svoje námietky ku skutkovým zisteniam exekučného súdu vyvodeným z ním predloženého listinného dôkazu a k právnym záverom z toho vyplývajúcim v podanom odvolaní. Iný názor, vychádzajúci z nemožnosti zhojenia uvedeného nedostatku inak než zrušením rozhodnutí odvolacieho a exekučného súdu a vrátením veci na opätovné rozhodnutie, by odporoval zásade efektivity konania, pretože zrušenie rozhodnutí by zbytočne zvyšovalo náklady účastníkov konania ako aj náklady na výkon súdnictva, a tým by bolo aj v rozpore s jedným zo základných princípov právneho štátu, ktorým je princíp racionality. Taktiež argument oprávneného poukazujúci na aplikáciu Smernice Rady ES 93/13/EHS zo dňa 5. apríla 1993 o nekalých podmienkach v spotrebiteľských zmluvách a judikatúry Európskeho súdneho dvora odvolací súd nepovažoval za dôvodný, nakoľko exekučný súd v rozhodnutí aplikoval vnútroštátnu právnu úpravu týkajúcu sa spotrebiteľského práva a ochrany práv spotrebiteľa, do ktorej bola uvedená smernica implementovaná. Odvolací súd sa námietkami oprávneného, ktoré sa týkali aplikácie ust. § 45 zákona o rozhodcovskom konaní podrobnejšie nezaoberal z dôvodu, že okresný súd na prejednávanú vec neaplikoval uvedené ustanovenie a aplikovať ani nemohol, keďže od 1. januára 2015 je platná a účinná novela zákona č. 244/2002 Z. z. o rozhodcovskom konaní, vykonaná zákonom č. 336/2014 Z. z., ktorá zrušila ustanovenie § 45 tohto zákona, v dôsledku čoho považoval tieto námietky za irelevantné. Dojednanie rozhodcovskej doložky s takým obsahom, aký je súčasťou vyššie uvedených Všeobecných obchodných podmienok tvoriacich nedeliteľnú súčasť zmluvy o úvere je v rozpore s právnymi normami, ktoré upravujú režim spotrebiteľských zmlúv, v dôsledku čoho okresný súd dospel k správnemu záveru o neprijateľnosti rozhodcovskej doložky a nedostatku právomoci rozhodcovského súdu vydať rozhodcovské rozhodnutie. Preto bolo správne aj jeho rozhodnutie o zamietnutí žiadosti súdneho exekútora o udelenie poverenia na vykonanie exekúcie v zmysle § 44 ods. 2 Exekučného poriadku. Z vyššie uvedených dôvodov odvolací súd uznesenie okresného súdu, ktoré je vo výroku o zamietnutí žiadosti súdneho exekútora o udelenie poverenia na vykonanie exekúcie vecne správne v znení opravného uznesenia č.k. 1Er/168/2015-51 zo dňa 30.10.2015 podľa § 219 ods. 1 O.s.p. potvrdil. Rozhodnutie bolo prijaté senátom Krajského súdu v Banskej Bystrici pomerom hlasov 3 : 0. Poučenie: Proti tomuto uzneseniu odvolanie nie je prípustné.</w:t>
      </w:r>
    </w:p>
    <w:p/>
    <w:p>
      <w:r>
        <w:t>Zdroj: KAUZIS.SK – https://www.kauzis.sk/judikatura/r/ECLI:SK:KSBB:2016:6715205232.1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