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43CoE/179/2016 z 16. 5. 2016</w:t>
      </w:r>
    </w:p>
    <w:p>
      <w:r>
        <w:t>Uznesenie Krajského súdu Banská Bystrica z 16. mája 2016, sp. zn. 43CoE/179/2016, ECLI:SK:KSBB:2016:6715206384.1</w:t>
      </w:r>
    </w:p>
    <w:p>
      <w:r>
        <w:t>Súd: Krajský súd Banská Bystrica</w:t>
      </w:r>
    </w:p>
    <w:p>
      <w:r>
        <w:t>Spisová značka: 43CoE/179/2016</w:t>
      </w:r>
    </w:p>
    <w:p>
      <w:r>
        <w:t>ECLI: ECLI:SK:KSBB:2016:6715206384.1</w:t>
      </w:r>
    </w:p>
    <w:p>
      <w:r>
        <w:t>Dátum vydania: 16. 5. 2016</w:t>
      </w:r>
    </w:p>
    <w:p>
      <w:r>
        <w:t>Forma: Uznesenie</w:t>
      </w:r>
    </w:p>
    <w:p>
      <w:r>
        <w:t>Oblasť práva: Občianske právo</w:t>
      </w:r>
    </w:p>
    <w:p>
      <w:pPr>
        <w:pStyle w:val="Heading2"/>
      </w:pPr>
      <w:r>
        <w:t>Text rozhodnutia</w:t>
      </w:r>
    </w:p>
    <w:p>
      <w:r>
        <w:t>Súd: Krajský súd Banská Bystrica Spisová značka: 43CoE/179/2016 Identifikačné číslo súdneho spisu: 6715206384 Dátum vydania rozhodnutia: 17. 05. 2016 Meno a priezvisko sudcu, VSÚ: JUDr. Eva Kmeťová ECLI: ECLI:SK:KSBB:2016:6715206384.1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E. Z., nar. XX.XX.XXXX, bytom B. XXX XX M., vedenej súdnym exekútorom JUDr. Rudolfom Krutým so sídlom Exekútorského úradu Záhradnícka 60, 821 08 Bratislava pod sp. zn. EX 25865/15 o vymoženie pohľadávky vo výške 12,76 Eur s príslušenstvom, o odvolaní oprávneného proti uzneseniu Okresného súdu Zvolen č.k. 11Er/215/2015-29 zo dňa 2. marca 2016 v senáte jednohlasne takto r o z h o d o l : Rozhodnutie Okresného súdu Zvolen č.k. 11Er/215/2015-29 zo dňa 2. marca 2016 p o t v r d z u j e . o d ô v o d n e n i e : Napadnutým rozhodnutím zamietol okresný súd žiadosť súdneho exekútora JUDr. Rudolfa Krutého o udelenie poverenia na vykonanie exekúcie zo dňa 19.03.2015. V odôvodnení rozhodnutia o zamietnutí žiadosti súdneho exekútora o udelenie poverenia na vykonanie exekúcie uviedol, že exekučné konanie je vedené na základe exekučného titulu, ktorým je rozsudok Stáleho rozhodcovského súdu zriadeného zriaďovateľom Slovenská rozhodcovská a.s. vydaný, pod sp. zn. SR 02980/09 dňa 01.06.2009. Rozhodcovský rozsudok bol vydaný na základe zmluvy o úvere zo dňa 19.08.2008 uzavretej medzi oprávneným a povinným, súčasťou ktorej sú Všeobecné podmienky poskytnutia úveru, ktoré v bode 17 upravili rozhodcovskú doložku, podľa ktorej všetky spory, ktoré vzniknú medzi zmluvnými stranami budú riešené pred rozhodcovským súdom alebo pred všeobecným súdom. Súd prvého stupňa vychádzal zo záveru, že zmluva o úvere uzavretá medzi oprávneným ako veriteľom a povinným ako dlžníkom, na základe ktorej oprávnený uplatnil na rozhodcovskom súde svoj nárok je spotrebiteľskou zmluvou, čo vyplýva z povahy zmluvných strán, predmetu podnikateľskej činnosti oprávneného a v konečnom dôsledku aj z obsahu zmluvy. Z uvedených dôvodov na daný právny vzťah aplikoval ustanovenia § 52 a nasl. Občianskeho zákonníka v znení účinnom ku dňu uzatvorenia zmluvy o úvere upravujúce spotrebiteľské zmluvy. Poukázal tiež na Smernicu Rady č. 93/13/EHS z 5. apríla 1993 o nekalých podmienkach v spotrebiteľských zmluvách. Okresný súd konštatoval, že dojednaním rozhodcovskej doložky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preto podľa ust. § 53 ods. 5 Občianskeho zákonníka je neplatná. spôsobuje jej neplatnosť Na základe vyššie uvedených skutočnosti exekučný súd po preskúmaní podmienok exekučného konania zistil, že rozhodcovská doložka, na základe ktorej bol vydaný exekučný titulu, nebola dohodnutá platne. Exekučný titul tak nie je materiálne vykonateľný a preto súd žiadosť súdneho exekútora o udelenie poverenia na vykonanie exekúcie v zmysle § 44 ods. 2 Exekučného poriadku zamietol. Proti uzneseniu podal v zákonom stanovenej lehote oprávnený odvolanie s návrhom, aby odvolací súd napadnuté uznesenie zrušil a vrátil vec súdu prvého stupňa na ďalšie konanie. V odvolaní uviedol, že súd prvého stupňa v prejednávanej veci prekročil rámec svojej preskúmavacej činnosti, ktorú mu zveril zákon č. 233/1995 Z. z. o súdnych exekútoroch a exekučnej činnosti (ďalej len Exekučný poriadok) a v jeho nadväznosti zákon č. 244/2002 Z. z. o rozhodcovskom konaní. Súd okrem § 44 ods. 2 Exekučného poriadku aplikoval na zistený skutkový stav aj § 45 ZoRK, s čím oprávnený nesúhlasil. Mal za to, že súd na správne zistený skutkový stav veci nesprávne aplikoval právny predpis napriek tomu, že ustanovenie § 45 ods.1, ods. 2 ZoRK upravuje povinnosť exekučných súdov zastaviť exekučné konanie v prípade, ak rozhodcovský rozsudok ukladá povinnosť, ktorá odporuje dobrým mravom. Exekučný súd v konaní o vydanie poverenia na vykonanie exekúcie z predložených podkladov posudzuje exekučný titul z formálnej a materiálnej stránky. Formálne preskúmanie exekučného titulu sa obmedzuje na dodržanie všetkých formálnych náležitostí exekučného titulu tak ako ich vyžaduje ust. § 34 zákona o rozhodcovskom konaní. Preskúmaním materiálnej stránky zisťuje exekučný súd, či sú splnené hmotnoprávne predpoklady exekučného titulu. Exekučný súd nemôže skúmať samotné rozhodcovské konanie, nakoľko samotné ustanovenie, o ktoré sa súd opiera v napadnutom uznesení stanovuje podmienku na zastavenie exekúcie tak, že rozhodcovský rozsudok, a nie rozhodcovské konanie zaväzuje k niečomu nedovolenému. Splnenie podmienok zastavenia exekúcie, t.j. zaväzovať k niečomu objektívne nemožnému, právom nedovolenému alebo niečomu, čo je v rozpore s dobrými mravmi však musí mať povahu zjavného nedostatku exekučného titulu. Ďalej tvrdil, že exekučný súd nemôže zaujímať právne stanoviská a úvahy k výroku samotného exekučného titulu a musí sa obmedziť len na také dôvody zastavenia exekúcie, ktoré majú povahu skutkovo zjavných dôvodov. V prípade, ak súd na zistený skutkový stav aplikoval § 45 ods. 2 ZoRK spôsobom právneho posúdenia správnosti výroku rozhodcovského súdu, ukrátil tým strany exekučného konania o práva, ktoré im priznáva zákon o rozhodcovskom konaní alebo Občiansky súdny poriadok, a to hlavne právo na prejednanie veci pred príslušným súdom. Strana exekučného konania sa takto môže vyjadriť k zisteniam exekučného súdu až v odvolaní podanom proti rozhodnutiu súdu prvého stupňa. Postupom súdu v tejto veci a jeho výkladom § 45 ZoRK dochádza k nahradzovaniu konania o žalobách o zrušenie rozhodcovských rozsudkov exekučným konaním, čo je v rozpore s obsahom a účelom zákona o rozhodcovskom konaní. Oprávnený namietal neúplne zistený skutkový stav, nakoľko v prejednávanej veci bola podkladom pre rozhodcovské konanie samostatná a individuálne dohodnutá Rozhodcovská zmluva, ktorá v článku II odsek 2, veta druhá upravila možnosť ktorejkoľvek zmluvnej strany podať žalobu o rozhodnutie akéhokoľvek sporu na všeobecný súd. Z uvedeného je zrejmé, že povinnému nebola odňatá možnosť obrátiť sa v prípade akýchkoľvek sporných otázok na všeobecný súd. K právnemu názoru okresného súdu ohľadne znemožnenia voľby spotrebiteľa dosiahnuť rozhodnutie sporu pred štátnym súdom v súvislosti s ust. § 53 ods. 4 písm. r) Občianskeho zákonníka oprávnený poukázal na dôvodovú správu, v zmysle ktorej je cieľom tejto úpravy umožniť spotrebiteľom rozhodnúť sa, kde uplatnia svoje práva. V danej veci podľa názoru oprávneného okresný súd konal nad rámec zákonných ustanovení. Povinný sa k odvolaniu nevyjadril. Rozhodnutie okresného súdu bolo vydané vyšším súdnym úradníkom. Sudca nemienil odvolaniu oprávneného vyhovieť, preto ho podľa § 374 ods.4, veta prvá a druhá O.s.p. predložil odvolaciemu súdu na rozhodnutie. Krajský súd v Banskej Bystrici ako súd odvolací vec prejednal podľa ustanovení § 212 ods. 1 a § 214 ods. 2 Občianskeho súdneho poriadku (ďalej len „O.s.p.“) bez nariadenia pojednávania a odvolaním napadnuté uznesenie podľa § 219 ods. 1 O.s.p. ako vecne správne potvrdil. Zo spisového materiálu odvolací súd zistil, že dňa 19.03.2015 bola pred súdnym exekútorom JUDr. Rudolfom Krutým spísaná zápisnica obsahujúca návrh oprávneného na vykonanie exekúcie. Následne bola okresnému súdu dňa 05.05.2015 doručená žiadosť súdneho exekútora o udelenie poverenia na vykonanie exekúcie. V prejednávanej veci je exekučným titulom rozhodcovský rozsudok Stáleho rozhodcovského súdu spoločnosti Slovenská rozhodcovská a.s., so sídlom v Bratislave vydaný dňa 01.06.2009 pod sp. zn. SR 02980/09. Podkladom pre vydanie rozhodcovského rozsudku bola Zmluva o úvere, ktorú oprávnený a povinný uzavreli dňa 19.08.2008. Účelom zmluvy o úvere bolo poskytnutie úveru vo výške 5.000,-Sk. V bode 17 Všeobecných podmienok poskytnutia úveru, ktoré tvorili nedeliteľnú súčasť zmluvy o úvere si oprávnený ako veriteľ a povinný ako dlžník upravili rozhodcovskú doložku tak, že všetky spory, ktoré vzniknú z tejto zmluvy o úvere,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44 ods. 2 zákona č. 233/1995 Z.z. o súdnych exekútoroch a exekučnej činnosti (ďalej len Exekučný poriadok)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Podľa ust. § 41 ods. 2 písm. d) Exekučného poriadku, podľa tohto zákona možno vykonať exekúciu aj na podklade vykonateľných rozhodnutí rozhodcovských komisií a zmierov nimi schválených. V zmysle citovaného § 44 ods. 2 Exekučného poriadku súd preskúmava exekučný titul aj ex offo. Pokiaľ je exekučným titulom rozhodcovský rozsudok, prirodzenou súčasťou preskúmavania tohto exekučného titulu je zisťovanie toho, či medzi zmluvnými stranami bola platne uzavretá rozhodcovská zmluva, a to či už formou osobitnej zmluvy alebo formou rozhodcovskej doložky v zmluve podľa § 3 a § 4 Zák. č. 244/2002 Z.z.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ani nesmeroval k zrušeniu tohto rozhodnutia.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Podľa § 52 ods. 1 zákona č. 40/1964 Zb. platného a účinného k 19.08.2008 (ďalej Občiansky zákonník) je spotrebiteľskou zmluvou každá zmluva bez ohľadu na právnu formu, ktorú uzatvára dodávateľ so spotrebiteľom. Podľa odseku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citovaného ustanovenia, dodávateľ je osoba, ktorá pri uzatváraní a plnení spotrebiteľskej zmluvy koná v rámci predmetu svojej obchodnej alebo inej podnikateľskej činnosti. Podľa odseku 4 citovaného ustanovenia spotrebiteľ je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v spotrebiteľských zmluvách sú neplatné. Odvolací súd po preskúmaní zmluvy súhlasí so záverom súdu prvého stupňa v tom, že zmluva o úvere uzavretá dňa 19.08.2008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Súd prvého stupňa preto postupoval správne, v súlade s právnou úpravou Slovenskej republiky a aj s právom EÚ, keď skúmal rozhodcovskú doložku ako zmluvnú podmienku z hľadiska, či nevyvoláva nerovnováhu medzi dodávateľom a spotrebiteľom. Námietku oprávneného o tom, že medzi účastníkmi bola individuálne uzatvorená rozhodcovská zmluva nepovažuje odvolací súd za dôvodnú, nakoľko z oprávneným predložených listinných dôkazov, ako aj z exekučného titulu vyplýva, že medzi účastníkmi došlo k uzavretiu rozhodcovskej doložky, ktorá je súčasťou Všeobecných podmienok poskytnutia úveru. Rozhodcovský súd v odôvodnení exekučného titulu konštatuje, že jeho právomoc na rozhodnutie veci je daná na základe účastníkmi dohodnutej rozhodcovskej doložky. Odvolací súd súhlasí s hodnotením súdu prvého stupňa,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súd prvého stupňa. Rozhodcovská doložka, ktorá určuje, že v prípade, že žalujúca zmluvná strana podá žalobu na rozhodcovskom súde, budú spory riešené pred týmto súdom, je neprijateľnou zmluvnou podmienkou.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ktoré oprávnený predložil ako exekučný titul. Preto bolo správne aj jeho rozhodnutie o zamietnutí žiadosti o udelenie poverenia súdnemu exekútorovi na vykonanie exekúcie podľa § 44 ods. 2 Exekučného poriadku.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Z vyššie uvedených dôvodov odvolací súd uznesenie súdu prvého stupňa, ktoré je vo výroku o zamietnutí žiadosti súdneho exekútora o udelenie poverenia na vykonanie exekúcie vecne správne podľa § 219 ods. 1 O.s.p. potvrdil. Poučenie: Proti tomuto rozhodnutiu nie je odvolanie prípustné.</w:t>
      </w:r>
    </w:p>
    <w:p/>
    <w:p>
      <w:r>
        <w:t>Zdroj: KAUZIS.SK – https://www.kauzis.sk/judikatura/r/ECLI:SK:KSBB:2016:6715206384.1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