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41CoE/15/2016 z 29. 6. 2016</w:t>
      </w:r>
    </w:p>
    <w:p>
      <w:r>
        <w:t>Uznesenie Krajského súdu Banská Bystrica z 29. júna 2016, sp. zn. 41CoE/15/2016, ECLI:SK:KSBB:2016:6715207029.2</w:t>
      </w:r>
    </w:p>
    <w:p>
      <w:r>
        <w:t>Súd: Krajský súd Banská Bystrica</w:t>
      </w:r>
    </w:p>
    <w:p>
      <w:r>
        <w:t>Spisová značka: 41CoE/15/2016</w:t>
      </w:r>
    </w:p>
    <w:p>
      <w:r>
        <w:t>ECLI: ECLI:SK:KSBB:2016:6715207029.2</w:t>
      </w:r>
    </w:p>
    <w:p>
      <w:r>
        <w:t>Dátum vydania: 29. 6. 2016</w:t>
      </w:r>
    </w:p>
    <w:p>
      <w:r>
        <w:t>Forma: Uznesenie</w:t>
      </w:r>
    </w:p>
    <w:p>
      <w:r>
        <w:t>Oblasť práva: Občianske právo</w:t>
      </w:r>
    </w:p>
    <w:p>
      <w:pPr>
        <w:pStyle w:val="Heading2"/>
      </w:pPr>
      <w:r>
        <w:t>Text rozhodnutia</w:t>
      </w:r>
    </w:p>
    <w:p>
      <w:r>
        <w:t>Súd: Krajský súd Banská Bystrica Spisová značka: 41CoE/15/2016 Identifikačné číslo súdneho spisu: 6715207029 Dátum vydania rozhodnutia: 30. 06. 2016 Meno a priezvisko sudcu, VSÚ: JUDr. Alena Križanová ECLI: ECLI:SK:KSBB:2016:6715207029.2 Uznesenie Krajský súd v Banskej Bystrici ako súd odvolací v exekučnej veci oprávneného V. O., a.s., so sídlom P. K. X, XXX XX O., IČO: XX XXX XXX, proti povinnému V. O., nar. XX.XX.XXXX, bytom J. XX, XXX XX J., štátny občan Slovenskej republiky, vedenej súdnym exekútorom JUDr. Jozefom Ďuricom, Exekútorský úrad so sídlom Borovianska 17, 960 01 Zvolen, pod sp. zn. EX 1034/15, o vymoženie pohľadávky vo výške 3.946,95 Eur s príslušenstvom, o odvolaní oprávneného proti uzneseniu Okresného súdu Zvolen č.k. 9Er 114/2015-36 zo dňa 11. septembra 2015, takto r o z h o d o l : P r i p ú š ť a zmenu účastníka konania na strane oprávneného tak, že z konania na strane oprávneného vystupuje V. O., a.s., so sídlom P. K. X, XXX XX O., IČO: XX XXX XXX a do konania na jeho miesto vstupuje PRO CIVITAS s. r. o., so sídlom Vajnorská 100/A, 831 04 Bratislava, IČO: 45 869 464. Uznesenie Okresného súdu Zvolen č.k. 9Er 114/2015-36 zo dňa 11. septembra 2015 z r u š u j e a vec mu vracia na ďalšie konanie. o d ô v o d n e n i e : Okresný súd Zvolen uznesením č.k. 9Er 114/2015-36 zo dňa 11. septembra 2015 žiadosť súdneho exekútora JUDr. Jozefa Ďuricu o udelenie poverenia na vykonanie exekúcie zo dňa 17.04.2015 zamietol. V odôvodnení rozhodnutia uviedol, že v predmetnej veci je exekučným titulom rozhodcovský rozsudok Stáleho rozhodcovského súdu zriadeného pri ROZHODCOVSKÁ, ARBITRÁŽNA A MEDIAČNÁ, a.s., so sídlom v Bratislave sp.zn. IA-C/0314/3312 zo dňa 04.06.2014. Rozhodcovský rozsudok bol vydaný na základe rozhodcovskej doložky v zmluve o úvere zo dňa 03.12.2009, ktorá bola obsiahnutá v článku 3 ods. 7 zmluvy o úvere v spojení s bodom 11.2 Všeobecných obchodných podmienok. S prihliadnutím na povahu účastníkov a vopred pripravený obsah zmluvy na predtlačenom formulári medzi účastníkmi konania okresný súd zmluvu o poskytnutí spotrebného úveru posúdil ako spotrebiteľskú zmluvu podľa ust. § 52 ods. 1 Občianskeho zákonníka. V posudzovanej veci okresný súd konštatoval, že dojednanou rozhodcovskou doložkou došlo k narušeniu rovnováhy medzi zmluvnými stranami, a to v neprospech spotrebiteľa. Podpisom zmluvy sa spotrebiteľ vopred vzdal práva na účinnú procesnú ochranu, či už z nevedomosti, alebo nemožnosti ovplyvniť obsah zmluvy, čo je v podmienkach právneho štátu neprijateľnou podmienkou. Takto dojednaná rozhodcovská doložka je podľa ust. § 53 ods. 4 Občianskeho zákonníka neplatná, pričom toto ustanovenie je v súlade so smernicou Rady č. 93/13/EHS o ochrane spotrebiteľov z 05.04.1993. Keďže rozhodcovská doložka, na základe ktorej v danej veci vznikol exekučný titul - rozhodcovský rozsudok - nebola dohodnutá platne a exekučný titul nie je materiálne vykonateľným exekučným titulom, okresný súd žiadosť súdneho exekútora o udelenie poverenia na vykonanie exekúcie zamietol. Proti uzneseniu okresného súdu podal v zákonom stanovenej lehote odvolanie oprávnený. Na odôvodnenie uviedol, že okresný súd na základe vykonaných dôkazov dospel k nesprávnym skutkovým zisteniam, rozhodnutie okresného súdu vychádza z nesprávneho právneho posúdenia veci, a že mu bola postupom súdu odňatá možnosť konať pred súdom. Namietal, že podľa ust. § 44 ods. 2 Exekučného poriadku je súd oprávnený skúmať a vykonať ako dôkaz výlučne žiadosť o udelenie poverenia na vykonanie exekúcie, návrh na vykonanie exekúcie a exekučný titul. Exekučný súd nemá zákonné oprávnenie skúmať a hodnotiť iné listiny, ako napr. zmluvu o úvere, ktorá obsahuje rozhodcovskú doložku. V prípade, ak exekučným titulom je rozhodcovský rozsudok, súd príslušný na výkon rozhodnutia, alebo exekúciu nie je vecne príslušný vo veci konať, či už ako súd vyššej inštancie, kasačný súd, alebo súd konajúci o opravnom prostriedku, ale len ako exekučný súd. Mal za to, že exekučný súd je oprávnený skúmať rozhodcovský rozsudok ako exekučný titul len v zákonom určených medziach (ust. § 45 ods. 1 zákona č. 244/2002 Z.z. o rozhodcovskom konaní). Rozhodcovský rozsudok má pre účastníkov rozhodcovského konania rovnaké účinky, ako právoplatný rozsudok súdu. Súd nemôže vec prejednávať znova, nanovo skúmať skutkový stav, vykonávať dôkazy a tie následne právne hodnotiť bez účasti oprávneného. O platnosti rozhodcovskej doložky rozhoduje rozhodcovský súd, a preto prekážka rozsúdenej veci bráni tomu, aby bola opätovne posúdená. Konštatoval, že jeho právny predchodca uzatvoril platnú rozhodcovskú doložku v súlade so Zákonom o rozhodcovskom konaní. Zdôraznil, že jeho právny predchodca V. O., a.s. pri uzatváraní rozhodcovskej doložky postupoval v súlade s ust. § 93b zákona č. 483/2001 Z.z. o bankách. Namietal nesprávnu aplikáciu ust. § 53 ods. 4 Občianskeho zákonníka. V prípade, ak exekučný súd pri rozhodovaní o vydaní poverenia podľa ust. § 44 ods. 2 Exekučného poriadku vykonáva iné dôkazy než tie, ktoré sú výslovne uvedené v citovanom ustanovení, ako aj v prípadoch, keď exekučný stav (či už po vykonaní takýchto dôkazov, alebo bez toho) na ťarchu oprávneného reviduje skutkový stav, na ktorom je založený exekučný titul, je povinný dať oprávnenému možnosť sa k takto vykonaným dôkazom a takto novo vytvorenej procesnej situácii vyjadriť. Nesúhlasil s aplikáciou Smernice EHS č. 93/13/EHS. Poukázal na viaceré rozhodnutia súdov Slovenskej republiky. Nakoniec uviedol, že exekučný súd mu svojim postupom znemožnil uplatniť svoje právo priznané exekučným titulom, ktorého účinky sa v zásade zhodujú s účinkami právoplatného rozsudku. Z uvedených dôvodov navrhol, aby odvolací súd napadnuté uznesenie zmenil a vyhovel žiadosti súdneho exekútora o udelenie poverenia na vykonanie exekúcie, alternatívne, aby napadnuté uznesenie v celom rozsahu zrušil a vec vrátil okresnému súdu na ďalšie konanie. Podaním doručeným okresnému súdu dňa 28.10.2015 spoločnosť PRO CIVITAS s. r. o., so sídlom Vajnorská 100/A, 831 04 Bratislava, IČO: 45 869 464 navrhla, aby súd pripustil zmenu účastníka konania na strane oprávneného, a to tak, že na miesto pôvodného oprávneného vstupuje spoločnosť PRO CIVITAS s. r. o., so sídlom Vajnorská 100/A, 831 04 Bratislava, IČO: 45 869 464. Ako dôvod uviedla, že zmluvou o postúpení pohľadávky zo dňa 25.06.2015 uzatvorenej medzi V. O., a.s., Bratislava, ako postupcom a spoločnosťou BOSSNUT INVESTMENTS LIMITED, ako postupníkom došlo k postúpeniu pohľadávky zo Zmluvy o úvere č. XXXXXXXXXX a Zmluvou o postúpení pohľadávok zo dňa 26.06.2015 uzatvorenej medzi spoločnosťou BOSSNUT INVESTMENTS LIMITED, ako postupcom a spoločnosťou PRO CIVITAS s.r.o. Bratislava, IČO: 45 869 464, ako postupníkom došlo k postúpeniu pohľadávky zo Zmluvy o úvere č. XXXXXXXXXX. K odvolaniu oprávneného vyjadrenie podané nebolo. Uznesenie okresného súdu bolo vydané vyššou súdnou úradníčkou. Zákonná sudkyňa odvolaniu nemienil vyhovieť a podľa ust. § 374 ods. 4 O.s.p. vec predložila na rozhodnutie odvolaciemu súdu. Krajský súd v Banskej Bystrici, ako súd odvolací, prejednal vec podľa ust. § 212 ods. 1 O.s.p., bez nariadenia pojednávania podľa ust. § 214 ods. 2 O.s.p. a napadnuté uznesenie okresného súdu podľa ust. § 221 ods. 1, písm. f) O.s.p. zrušil a podľa ods. 2 citovaného ustanovenia vec vrátil okresnému súdu na ďalšie konanie. Odvolací súd zo spisu zistil, že dňa 30.03.2015 bol súdnemu exekútorovi doručený návrh na vykonanie exekúcie. Následne súdny exekútor žiadal okresný súd o udelenie poverenia na vykonanie exekúcie. Exekučným titulom v predmetnom konaní je rozhodcovský rozsudok sp. zn. IA-C/0314/3312 zo dňa 04.06.2014, vydaný Stálym rozhodcovským súdom, zriadeným pri ROZHODCOVSKÁ, ARBITRÁŽNA A MEDIAČNÁ, a.s., so sídlom v Bratislave. Z exekučného titulu je zrejmé, že rozhodcovským rozsudkom bolo vyhovené návrhu žalobcu (oprávneného) v časti o zaplatenie sumy 3.946,95 Eur s príslušenstvom. Rozhodcovský rozsudok bol vydaný na základe Zmluvy o úvere č. XXXXXXXXXX uzavretej medzi právnym oprávneným a povinným dňa 03.12.2009. Napadnutým uznesením okresný súd zamietol žiadosť súdneho exekútora o udelenie poverenia na vykonanie exekúcie podľa ust. § 44 ods. 2 Exekučného poriadku. Odvolací súd uznesením č.k. 41CoE/15/2016-57 zo dňa 20.01.2016 vyzval oprávneného na odstránenie vád ním podaného odvolania proti napadnutému uzneseniu. Následne oprávnený vady odvolania odstránil, a preto odvolací súd odvolanie oprávneného prejednal. Odvolací súd skôr, ako rozhodol o odvolaní oprávneného proti napadnutému uzneseniu, rozhodol o návrhu na zmenu účastníka konania na strane oprávneného. Podľa ust.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Odvolací súd mal preukázané, že v priebehu konania došlo Zmluvou o postúpení pohľadávok zo dňa 25.06.2015 medzi V. O., a.s., O., ako postupcom a spoločnosťou BOSSNUT INVESTMENTS LIMITED, ako postupníkom k postúpeniu pohľadávky zo Zmluvy o úvere č. XXXXXXXXXX. Následne bola Zmluvou o postúpení pohľadávok zo dňa 26.06.2015 uzavretou medzi spoločnosťou BOSSNUT INVESTMENTS LIMITED, ako postupcom a spoločnosťou PRO CIVITAS s.r.o., so sídlom Vajnorská 100/A, 831 04 Bratislava, IČO: 45 869 464, ako postupníkom postúpená pohľadávka zo Zmluvy o úvere č. XXXXXXXXXX. Na základe vyššie uvedených skutočností odvolací súd pripustil zmenu účastníka na strane oprávneného tak, že z konania na strane oprávneného vystupuje V. O., a.s., so sídlom P. K. X, XXX XX O., IČO: XX XXX XXX a do konania na jeho miesto vstupuje PRO CIVITAS s. r. o., so sídlom Vajnorská 100/A, 831 04 Bratislava, IČO: 45 869 464. Odvolací súd ďalej prejednal odvolanie oprávneného proti napadnutému uzneseniu okresného súdu. Podľa ust. § 44 ods. 2 Exekučného poriadku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Z citovaného ustanovenia § 44 ods. 2 Exekučného poriadku vyplýva, že exekučný súd je oprávnený a zároveň povinný skúmať, či rozhodcovské konanie prebehlo na základe uzavretej rozhodcovskej zmluvy (doložky). To znamená, že exekučný súd je už v štádiu posudzovania splnenia zákonných predpokladov pre poverenie súdneho exekútora na vykonanie exekúcie bezpochyby oprávnený posúdiť, či oprávneným označený exekučný titul bol vydaný orgánom, ktorý mal právomoc vec rozhodnúť, pretože ak exekučný titul vydal orgán, ktorý na to nemal právomoc, ide o rozhodnutie ničotné, nevyvolávajúce žiadne právne účinky. Takéto rozhodnutie nespĺňa predpoklad materiálnej vykonateľnosti a na jeho základe nemožno viesť nútený výkon rozhodnutia. Odvolací súd dáva do pozornosti, že aj v prípade, ak spotrebiteľ nevyužije právnu možnosť spochybniť existenciu, alebo platnosť rozhodcovskej zmluvy podľa Zákona o rozhodcovskom konaní, je okresný súd povinný skúmať existenciu alebo platnosť rozhodcovskej doložky (zmluvy). Podľa čl. 48 ods. 2, prvej vety Ústavy Slovenskej republiky každý má právo, aby sa jeho vec verejne prerokovala bez zbytočných prieťahov a v jeho prítomnosti a aby sa mohol vyjadriť ku všetkým vykonávaným dôkazom. Podľa ust. § 122 ods. 1 O.s.p. súd vykonáva dokazovanie na pojednávaní, ak neboli splnené podmienky na vydanie rozhodnutia bez ústneho pojednávania. Obsahom čl. 48 ods. 2 Ústavy Slovenskej republiky sú dve relatívne samostatné práva (súčasti), a to právo na verejné prerokovanie veci bez zbytočných prieťahov a v prítomnosti účastníka a právo vyjadriť sa k vykonaným dôkazom. Formulácia uvedeného odseku naznačuje, že tieto práva nie sú navzájom nevyhnutne previazané - právo na verejné prerokovanie veci bez zbytočných prieťahov v prítomnosti účastníka zaručuje uvedené ustanovenie i v takých veciach, kde nedochádza k žiadnemu dokazovaniu, a naopak, právo vyjadriť sa k vykonaným dôkazom má účastník aj tam, kde sa formálne pojednávanie nevykonáva. Ustanovenie § 122 ods. 1 O.s.p. v tomto zmysle ustanovuje, že dokazovanie sa vykonáva aj vtedy, keď sú splnené podmienky na rozhodnutie bez pojednávania, čím je zároveň vyjadrené, že aj vtedy, ak sú splnené podmienky na rozhodnutie bez pojednávania, súd zisťuje skutkový stav dokazovaním, a nie iným procesným úkonom. Preto treba i čl. 48 ods. 2 Ústavy Slovenskej republiky vykladať tak, že právo vyjadriť sa k vykonaným dôkazom je nezávislé od práva na konanie (verejného) pojednávania. Odvolací súd z obsahu spisu zistil, že okresný súd pri posudzovaní platnosti rozhodcovskej doložky nevychádzal len z obsahu rozhodcovského rozsudku, ale sám vykonal dokazovanie vyžiadaním si rozhodcovského spisu sp. zn. IA-C/0314/3312, vrátane Všeobecných obchodných podmienok, v ktorých si zmluvné strany dohodli rozhodcovskú doložku priamo od Stáleho rozhodcovského súdu zriadeného pri Rozhodcovská, arbitrážna a mediačná a.s., Bratislava. Okresný súd Zmluvu o úvere č. XXXXXXXXXX zo dňa 03.12.2009 uzavretú medzi oprávneným a povinným v spojení so Všeobecnými obchodnými podmienkami predloženými rozhodcovským súdom preskúmal a na jej základe dospel k opačnému záveru o platnosti rozhodcovskej doložky, na ktorej rozhodcovský súd založil svoju právomoc. Týmto postupom okresný súd v podstate znemožnil oprávnenému uplatniť svoje právo priznané exekučným titulom, ktorého účinky sa v zásade zhodujú s účinkami právoplatného rozsudku, teda právoplatne priznaného nároku. Za týchto okolností bolo podľa názoru odvolacieho súdu povinnosťou okresného súdu dať oprávnenému priestor, aby sa zoznámil s dôkazmi, ktoré vykonal, a skutkovými zisteniami, ktoré z nich vyvodzuje, a vyjadriť sa k nim, ako aj aby prípadne navrhol iné dôkazy na vyvrátenie týchto skutkových zistení. Uvedený priestor nevyhnutne nevyžaduje konanie pojednávania, vyžaduje však písomné, alebo ústne vypočutie oprávneného k uvedeným otázkam. Len týmto postupom dôjde k naplneniu práva oprávneného na prerokovanie veci „v jeho prítomnosti“ a na „vyjadrenie sa k vykonaným dôkazom“, ktoré mu zaručuje čl. 48 ods. 2 Ústavy Slovenskej republiky. Odvolací súd po preskúmaní veci dospel k záveru, že okresný súd svojim postupom v rozpore s čl. 48 ods. 2 Ústavy Slovenskej republiky znemožnil realizáciu práva oprávneného na prerokovanie veci v jeho prítomnosti a vyjadriť sa k vykonaným dôkazom pri rozhodovaní o zamietnutí žiadosti súdneho exekútora o udelenie poverenia na vykonanie exekúcie podľa ust. § 44 ods. 2 Exekučného poriadku, čím mu odňal možnosť konať pred súdom. Odvolací súd v predmetnej veci vychádzal z nálezu Ústavného súdu Slovenskej republiky č.k. II. ÚS 499/2012-47 zo dňa 10. 07. 2013. S poukazom na vyššie uvedené dôvody odvolací súd napadnuté uznesenie okresného súdu podľa ust. § 221 ods. 1, písm. f) O.s.p. zrušil a podľa ods. 2 citovaného ustanovenia vec vrátil okresnému súdu na ďalšie konanie. V ďalšom konaní okresný súd umožní oprávnenému, aby sa vyjadril k ním vykonanému dokazovaniu a opätovne posúdi, či v predmetnej veci existuje dôvod, pre ktorý exekúciu nemožno vykonať, t.j. či exekučný titul nie je vydaný v rozpore so zákonom a neobsahuje neprijateľnú zmluvnú podmienku, ktorá je v rozpore s príslušnými ustanoveniami vnútroštátneho a európskeho práva týkajúceho sa ochrany spotrebiteľov. Uznesenie bolo jednohlasne schválené členmi odvolacieho senátu. Poučenie: Proti tomuto uzneseniu odvolanie nie je prípustné.</w:t>
      </w:r>
    </w:p>
    <w:p/>
    <w:p>
      <w:r>
        <w:t>Zdroj: KAUZIS.SK – https://www.kauzis.sk/judikatura/r/ECLI:SK:KSBB:2016:6715207029.2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