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15CoPr/5/2016 z 22. 11. 2016</w:t>
      </w:r>
    </w:p>
    <w:p>
      <w:r>
        <w:t>Uznesenie Krajského súdu Banská Bystrica z 22. novembra 2016, sp. zn. 15CoPr/5/2016, ECLI:SK:KSBB:2016:6715208002.1</w:t>
      </w:r>
    </w:p>
    <w:p>
      <w:r>
        <w:t>Súd: Krajský súd Banská Bystrica</w:t>
      </w:r>
    </w:p>
    <w:p>
      <w:r>
        <w:t>Spisová značka: 15CoPr/5/2016</w:t>
      </w:r>
    </w:p>
    <w:p>
      <w:r>
        <w:t>ECLI: ECLI:SK:KSBB:2016:6715208002.1</w:t>
      </w:r>
    </w:p>
    <w:p>
      <w:r>
        <w:t>Dátum vydania: 22. 11. 2016</w:t>
      </w:r>
    </w:p>
    <w:p>
      <w:r>
        <w:t>Forma: Uznesenie</w:t>
      </w:r>
    </w:p>
    <w:p>
      <w:pPr>
        <w:pStyle w:val="Heading2"/>
      </w:pPr>
      <w:r>
        <w:t>Text rozhodnutia</w:t>
      </w:r>
    </w:p>
    <w:p>
      <w:r>
        <w:t>Súd: Krajský súd Banská Bystrica Spisová značka: 15CoPr/5/2016 Identifikačné číslo súdneho spisu: 6715208002 Dátum vydania rozhodnutia: 23. 11. 2016 Meno a priezvisko sudcu, VSÚ: JUDr. Klaudia Kosková ECLI: ECLI:SK:KSBB:2016:6715208002.1 Uznesenie Krajský súd v Banskej Bystrici, v senáte zloženom z predsedníčky senátu JUDr. Klaudie Koskovej a členov senátu JUDr. Jaroslava Mikulaja a JUDr. Jaroslava Galla, v právnej veci žalobkyne: C. O., nar. XX. XX. XXXX, trvale bytom K. XXX/XX, XXX XX R. - K., zast. BAKO JANČIAR LEVRINC - advokáti s.r.o., so sídlom J. Kozáčeka 13, 960 01 Zvolen, IČO : 36 859 842, proti žalovanému: G.L.HOTELY, a. s., so sídlom Námestie SNP 64/2, 960 01 Zvolen, IČO : 36 031 241, zast. X. D., nar. XX.XX.XXXX, bytom J. XXX/X, XXX XX L., o určenie neplatnosti okamžitého skončenia pracovného pomeru, na odvolanie žalovaného proti rozsudku Okresného súdu Zvolen zo dňa 09. 11. 2015, č. k. 9Cpr/2/2015 - 77, takto r o z h o d o l : I. Odvolanie žalovaného o d m i e t a. II. Žalobkyňa má nárok na náhradu trov odvolacieho konania v rozsahu 100%. o d ô v o d n e n i e : 1. Napadnutým rozsudkom okresný súd rozhodol tak, že: „Súd určuje, že okamžité skončenie pracovného pomeru zo dňa 07.04.2015 dané odporcom G.L.HOTELY, a.s., so sídlom Námestie SNP 64/2, 960 01 Zvolen, IČO : 36 031 241 ako zamestnávateľom navrhovateľke C. O., nar. XX.XX.XXXX, trvale bytom K. XXX/XX, XXX XX R. - K., štátnej občianke SR ako zamestnancovi, ktoré bolo doručené dňa XX.XX.XXXX je neplatné. S. je povinný nahradiť navrhovateľke trovy konania, ktoré pozostávajú z trov právneho zastúpenia vo výške XXX,XX U., na účet právneho zástupcu navrhovateľky č. ú. XXX XXX XX XX/XXXX, vedený v Tatra banka, a.s., VS : XXXXXX, do 3 (troch) dní od právoplatnosti rozsudku.“ 2. Proti rozsudku sa odvolal žalovaný. 3. K odvolaniu žalovaného sa vyjadrila žalobkyňa. 4. Krajský súd, ako súd odvolací, vo veci rozhodol bez nariadenia pojednávania podľa § 385 ods. 1 (a contrario) CSP tak, že podľa ust. § 386 písm. a) CSP odvolanie, ako oneskorene podané odmietol. 5. Z obsahu spisu vyplýva, že okresný súd vo veci rozhodol dňa 09. 11. 2015. Od 01. 07. 2016 nadobudli účinnosť nové procesné predpisy, a to Civilný sporový poriadok a Civilný mimosporový poriadok. Podľa § 470 ods. 1 CSP platí, že ak nie je ustanovené inak, platí tento zákon aj na konania začaté predo dňom nadobudnutia jeho účinnosti. Podľa ods. 2, právne účinky úkonov, ktoré v konaní nastali predo dňom nadobudnutia účinnosti tohto zákona, zostávajú zachované. 6. Odvolací súd z vyššie uvedených dôvodov (bod 5 ) vo veci aplikoval nové procesné predpisy. Účinky podaného odvolania zostali zachované. Podané odvolanie odvolací súd skúmal na základe nových procesných predpisov s prihliadnutím na vyššie uvedený predpoklad, to znamená, že skúmal okrem iného aj to, či odvolanie bolo podané včas podľa ust. § 218 O. s. p. 7. Z obsahu spisu odvolací súd zistil, že rozsudok, ktorý bol napadnutý odvolaním, bol v zmysle ust. § 47 ods. 2 O. s. p. doručený žalovanému dňa 07. 01. 2016, t. j. kedy sa zásielka súdu vrátila späť ako „neprevzatá v odbernej lehote“, ako to vyplýva z pripojenej poštovej zásielky. Žalovaný odvolanie podal osobne dňa 09. 02. 2016, ktorá skutočnosť vyplýva z pečiatky Okresného súdu Zvolen. 8. Posledný deň lehoty na odvolanie pripadol na deň 22. 01. 2016, čo bol piatok, z toho dôvodu sa rozsudok stal právoplatným dňa 23. 01. 2016, vzhľadom na to, že v odvolacej lehote nebolo podané odvolanie žalovaným. Je teda nepochybné, že odvolanie nebolo podané v 15 dňovej zákonnej lehote, preto odvolací súd aplikujúc nový procesný predpis v zmysle § 386 písm. a) CSP odmietol oneskorene podané odvolanie žalovaného. 9. Vzhľadom na tento dôvod sa bližšie odvolací súd nezaoberal námietkami žalovaného uvedenými v odvolaní. 10. O nároku na náhradu trov odvolacieho konania odvolací súd rozhodol podľa ust. § 262 ods. 1 CSP v spojení s ust. § 396 ods. 1 CSP, podľa pomeru úspechu strán v konaní (§ 255 CSP) a vyslovil, že žalobkyňa, ako procesne plne úspešná strana v odvolacom konaní, má nárok na náhradu trov odvolacieho konania, pričom o výške trov konania rozhodne súd prvej inštancie v súlade s ust. § 262 ods. 2 CSP po právoplatnosti rozhodnutia, ktorým sa konanie končí, a to samostatným uznesením. 11. Rozhodnutie bolo prijaté pomerom hlasov členov senátu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https://www.kauzis.sk/judikatura/r/ECLI:SK:KSBB:2016:6715208002.1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