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41Cob/76/2016 z 9. 3. 2016</w:t>
      </w:r>
    </w:p>
    <w:p>
      <w:r>
        <w:t>Uznesenie Krajského súdu Banská Bystrica z 9. marca 2016, sp. zn. 41Cob/76/2016, ECLI:SK:KSBB:2016:6715209441.1</w:t>
      </w:r>
    </w:p>
    <w:p>
      <w:r>
        <w:t>Súd: Krajský súd Banská Bystrica</w:t>
      </w:r>
    </w:p>
    <w:p>
      <w:r>
        <w:t>Spisová značka: 41Cob/76/2016</w:t>
      </w:r>
    </w:p>
    <w:p>
      <w:r>
        <w:t>ECLI: ECLI:SK:KSBB:2016:6715209441.1</w:t>
      </w:r>
    </w:p>
    <w:p>
      <w:r>
        <w:t>Dátum vydania: 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41Cob/76/2016 Identifikačné číslo súdneho spisu: 6715209441 Dátum vydania rozhodnutia: 10. 03. 2016 Meno a priezvisko sudcu, VSÚ: JUDr. Alena Križanová ECLI: ECLI:SK:KSBB:2016:6715209441.1 Uznesenie Krajský súd v Banskej Bystrici, ako súd odvolací, v právnej veci navrhovateľa Doprastav, a.s., so sídlom Drieňová 27, 826 56 Bratislava, IČO: 31 333 320, zast. JUDr. Vierou Cibulovou, advokátkou, so sídlom Nám. SNP 70/36, 960 01 Zvolen, proti odporcovi PROFINN s.r.o., so sídlom Kimovská 32, 960 01 Zvolen, IČO: 31 622 615 (predtým: VD Development s.r.o., Kimovská 32, 960 01 Zvolen, IČO: 36 647 179), o zaplatenie sumy 70.000,-- Eur s príslušenstvom, o odvolaní odporcu proti uzneseniu Okresného súdu Zvolen č.k. 18Cb/31/2015-37 zo dňa 16. decembra 2015, takto r o z h o d o l : Uznesenie Okresného súdu Zvolen č.k. 18Cb/31/2015-37 zo dňa 16. decembra 2015 v napadnutej časti výroku o náhrade trov konania m e n í tak, že žiaden z účastníkov nemá právo na náhradu trov konania. o d ô v o d n e n i e : Okresný súd Zvolen uznesením č.k. 18Cb/31/2015-37 zo dňa 16. decembra 2015 zrušil platobný rozkaz Okresného súdu Zvolen č.k. 18Cb/31/2015-29 zo dňa 01.10.2015 a konanie zastavil. Navrhovateľovi vrátil krátený súdny poplatok za podanie návrhu na začatie konania v sume 1.485,-- Eur po nadobudnutí právoplatnosti uznesenia prostredníctvom Slovenskej pošty, a.s. - prevádzkovateľ systému, IČO: 36 631 124, so sídlom Partizánska cesta 9, 975 99 Banská Bystrica. Nakoniec odporcovi uložil povinnosť nahradiť navrhovateľovi trovy konania v sume 15,-- Eur a trovy právneho zastúpenia v sume 3.270,92 Eur v lehote 3 dní od právoplatnosti tohto uznesenia. Rozhodnutie o náhrade trov konania okresný súd odôvodnil tým, že o trovách konania rozhodol v súlade s ust. § 146 ods. 2 O.s.p.. Uviedol, že navrhovateľ vzal dôvodne podaný návrh na začatie konania späť pre správanie odporcu, ktorý je preto povinný nahradiť navrhovateľovi trovy konania pozostávajúce z nevrátenej časti súdneho poplatku v sume 15,-- Eur a trovy právneho zastúpenia v sume 3.270,92 Eur. Trovy právneho zastúpenia pozostávajú z odmeny advokáta za 5 úkonov právnej služby (4 x 565,97 Eur, 1 x 419,94 Eur) spolu vo výške 2.683,82 Eur, 5 krát režijného paušálu po 8,39 Eur spolu vo výške 41,95 Eur a z 20 % DPH zo sumy 2.725,77 Eur vo výške 545,15 Eur. Proti uzneseniu okresného súdu do výroku o náhrade trov konania podal v zákonom stanovenej lehote odvolanie odporca. Žiadal, aby odvolací súd uznesenie okresného súdu v napadnutej časti zmenil tak, že žiadnemu z účastníkov konania trovy konania neprizná. Na odôvodnenie uviedol, že nesúhlasí s rozhodnutím okresného súdu a jeho odôvodnením v napadnutom rozsahu. Poukázal na Článok II. bod 2.4 Dohody o urovnaní zo dňa 25.03.2015 uzavretej medzi ním ako objednávateľom a navrhovateľom ako zhotoviteľom, z ktorého vyplýva, že účastníci sa dohodli, že každý z nich znáša v plnom rozsahu všetky svoje náklady (najmä, ale nielen náklady na právne zastúpenie) v súvislosti s dielom, vymáhaním dlžnej sumy a uzavretím tejto dohody. Predmetné ustanovenie dohody o urovnaní ostalo nezmenené aj uzavretím Dodatku č. 1 k Dohode o urovnaní zo dňa 13.11.2015, ktorým si s navrhovateľom posunuli splatnosť žalovanej sumy do 31.12.2015. Uviedol, že túto povinnosť si splnil a svoju pohľadávku - žalovanú sumu navrhovateľovi v dátume splatnosti aj uhradil. Z uvedeného dôvodu vyslovil názor, že navrhovateľ nebol oprávnený si náhradu trov konania uplatňovať a okresný súd ich navrhovateľovi nemal vôbec priznať. Na tomto závere nemení nič ani tvrdenie okresného súdu, že zastavenie predmetného konania bolo spôsobené jeho správaním, nakoľko dňa 30.10.2015 v celom rozsahu uznal svoj dlh - žalovanú sumu. K odvolaniu odporcu sa vyjadril navrhovateľ. Vo vyjadrení vyjadril svoj súhlas s dôvodmi odvolania a navrhol, aby odvolací súd uznesenie okresného súdu v napadnutej časti zmenil tak, že žiaden z účastníkov nemá právo na náhradu trov konania. Krajský súd v Banskej Bystrici, ako súd odvolací, vec prejednal podľa ust. § 212 ods. 1 O.s.p., bez nariadenia pojednávania podľa ust. § 214 ods. 2 O.s.p. a uznesenie okresného súdu v napadnutej časti výroku o náhrade trov konania podľa ust. § 220 O.s.p. zmenil. Odvolací súd z obsahu spisu zistil, že návrhom podaným na okresnom súde dňa 30.06.2015 sa navrhovateľ proti odporcovi domáhal zaplatenia sumy 70.000,-- Eur s príslušenstvom. Okresný súd v predmetnej veci vydal dňa 01.10.2015 platobný rozkaz č.k. 18Cb/31/2015-29. Následne podaním doručeným okresnému súdu dňa 04.11.2015 navrhovateľ vzal návrh v celom rozsahu späť z dôvodu, že po vydaní a doručení platobného rozkazu dňa 30.10.2015 odporca uznal svoj dlh vo forme notárskej zápisnice s neodvolateľným zákonným a vykonateľným exekučný titulom a navrhol, aby súd platobný rozkaz v celom rozsahu zrušil a konanie zastavil. Následne okresný súd uznesením č.k. 18Cb/31/2015-37 zo dňa 16. decembra 2015 zrušil platobný rozkaz Okresného súdu Zvolen č.k. 18Cb/31/2015-29 zo dňa 01.10.2015 a konanie zastavil, rozhodol o vrátení kráteného súdneho poplatku za podanie návrhu na začatie konania v sume 1.485,-- Eur navrhovateľovi a odporcovi uložil povinnosť nahradiť navrhovateľovi trovy konania v sume 15,-- Eur a trovy právneho zastúpenia v sume 3.270,92 Eur podľa ust. § 146 ods. 2 O.s.p. Podaním doručeným okresnému súdu dňa 07.03.2016 spoločnosť PROFINN s.r.o., so sídlom Kimovská 32, 960 01 Zvolen, IČO: 31 622 615 oznámila, že ku dňu 28.01.2016 sa stala právnym nástupcom odporcu - spoločnosti VD Development s.r.o., Kimovská 32, 960 01 Zvolen, IČO: 36 647 179 v dôsledku zániku tejto spoločnosti zlúčením. Vzhľadom na to, že z výpisu z Obchodného registra Okresného súdu Banská Bystrica Oddiel: Sro, Vložka číslo: 11437/S mal odvolací súd preukázané, že spoločnosť odporcu VD Development s.r.o., Kimovská 32, 960 01 Zvolen, IČO: 36 647 179 zanikla dobrovoľným výmazom ku dňu 28.01.2016 v dôsledku zlúčenia s právnym nástupcom PROFINN s.r.o., Kimovská 32, 960 01 Zvolen, IČO: 31 622 615, odvolací súd v záhlaví tohto rozhodnutia ako odporcu označil právneho nástupcu pôvodného odporcu spoločnosť PROFINN s.r.o., so sídlom Kimovská 32, 960 01 Zvolen, IČO: 31 622 615. Podľa ust. § 146 ods. 1 písm. c) O.s.p. žiaden z účastníkov nemá právo na náhradu trov konania podľa jeho výsledku, ak konanie bolo zastavené. Preskúmaním veci odvolací súd zistil, že účastníci konania si v Dohode o urovnaní zo dňa 25.03.2015 v Článku II. v bode 2.4 dohodli, že každý z nich znáša v plnom rozsahu všetky svoje náklady ( najmä, ale nielen náklady na právne zastúpenie) v súvislosti s dielom, vymáhaním dlžnej sumy a uzavretím tejto dohody. Navrhovateľ zároveň vo vyjadrení k odvolaniu odporcu vyjadril svoj súhlas s odvolaním odporcu a navrhol, aby odvolací súd uznesenie okresného súdu v napadnutej časti výroku o náhrade trov konania zmenil a žiadnemu z účastníkov nepriznal právo na náhradu trov konania. Z uvedeného dôvodu odvolací súd uznesenie okresného súdu v napadnutej časti výroku o náhrade trov konania podľa ust. § 220 O.s.p. zmenil tak, že žiaden z účastníkov nemá právo na náhradu trov konania. Odvolací súd o náhrade trov odvolacieho konania nerozhodoval, pretože úspešný účastník konania v odvolacom konaní nepodal návrh na rozhodnutie o trovách konania. Uznesenie bolo jednohlasne schválené členmi odvolacieho senátu. Poučenie: Proti tomuto uzneseniu odvolanie nie je prípustné.</w:t>
      </w:r>
    </w:p>
    <w:p/>
    <w:p>
      <w:r>
        <w:t>Zdroj: KAUZIS.SK – https://www.kauzis.sk/judikatura/r/ECLI:SK:KSBB:2016:6715209441.1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