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16Co/508/2016 z 8. 11. 2016</w:t>
      </w:r>
    </w:p>
    <w:p>
      <w:r>
        <w:t>Uznesenie Krajského súdu Banská Bystrica z 8. novembra 2016, sp. zn. 16Co/508/2016, ECLI:SK:KSBB:2016:6715215905.2</w:t>
      </w:r>
    </w:p>
    <w:p>
      <w:r>
        <w:t>Súd: Krajský súd Banská Bystrica</w:t>
      </w:r>
    </w:p>
    <w:p>
      <w:r>
        <w:t>Spisová značka: 16Co/508/2016</w:t>
      </w:r>
    </w:p>
    <w:p>
      <w:r>
        <w:t>ECLI: ECLI:SK:KSBB:2016:6715215905.2</w:t>
      </w:r>
    </w:p>
    <w:p>
      <w:r>
        <w:t>Dátum vydania: 8.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16Co/508/2016 Identifikačné číslo súdneho spisu: 6715215905 Dátum vydania rozhodnutia: 09. 11. 2016 Meno a priezvisko sudcu, VSÚ: Mgr. Štefan Baláž ECLI: ECLI:SK:KSBB:2016:6715215905.2 Uznesenie Krajský súd v Banskej Bystrici v senáte zloženom z predsedu senátu Mgr. Štefana Baláža a sudcov JUDr. Ivice Hanuskovej a JUDr. Alexandra Mojša v právnej veci žalobcu C.. U. F., nar. XX. XX. XXXX, bytom K., L. XX, zastúpeného advokátskou kanceláriou Lion Law Partners, s. r. o., so sídlom v Banskej Bystrici, Komenského 14A, IČO: 36 862 461, proti žalovanému C.. L. Y., nar. XX. XX. XXXX, bytom Y. XXX, o určenie vlastníckeho práva, o späťvzatí žaloby po vydaní rozsudku Okresného súdu Zvolen č. k. 10C/386/2015 - 64 zo dňa 04. 05. 2016, takto r o z h o d o l : I. Krajský súd pripúšťa späťvzatie žaloby, rozsudok Okresného súdu Zvolen č. k. 10C/386/2015 - 64 zo dňa 04. 05. 2016 zrušuje a konanie z a s t a v u j e. II. Žiadna strana sporu nemá nárok na náhradu trov konania. o d ô v o d n e n i e : 1. Okresný súd rozsudkom č. k. 10C/386/2015 - 64 zo dňa 04. 05. 2016 zamietol žalobu, ktorou sa žalobca domáhal určenia, že je vlastníkom nehnuteľností evidovaných v katastri nehnuteľností na LV č. XXXX v kat. úz. K. a to dom súp. č. XXX so zastavaným pozemkom KN-C parc. č. XXXX/X o výmere XXX m2, dom súp. č. XXX so zastavaným pozemkom KN-C parc. č. XXXX o výmere XXX m2, záhrady KN-C parc. č. XXXX o výmere XXX m2, záhrady KN-C parc. č. XXXX o výmere XXX m2 a zastavané plochy a nádvoria KN-C parc. č. XXXX/X o výmere XXX m2. 2. Žalobcovi bol rozsudok doručený 13. 06. 2016. V lehote na podanie odvolania žalobca podaním predloženým 21. 06. 2016 zobral žalobný návrh späť a žiadal konanie zastaviť. Žalovaný sa k späťvzatiu žaloby nevyjadril. Rozsudok súdu prvej inštancie bol žalovanému doručený na adresu trvalého pobytu. Žalovaný bol v konaní úspešný, so späťvzatím žaloby nemal dôvod nesúhlasiť, z obsahu spisu vyplýva, že v konaní bol nečinný a písomnosti súdu si nepreberal. Zo spisu nevyplýva, že by žalovanému vznikli trovy konania. 3. Krajský súd o späťvzatí žaloby rozhodol po nadobudnutí účinnosti zákona č. 160/2015 Z. z. Civilný sporový poriadok (ďalej len „CSP“) od 01. 07. 2016, ktorý sa vzťahuje aj na konania začaté pred dňom nadobudnutia jeho účinnosti. Podľa prechodného ustanovenia § 470 ods. 1 CSP, ak nie je ustanovené inak, platí tento zákon aj na konania začaté predo dňom nadobudnutia jeho účinnosti. 4. Podľa § 370 ods. 1 CSP, ak je žaloba vzatá späť po rozhodnutí súdu prvej inštancie, ale skôr, ako rozhodnutie nadobudlo právoplatnosť, odvolací súd rozhodne o pripustení späťvzatia. Podľa § 370 ods. 2, veta druhá, CSP, ak späťvzatie žaloby pripustí, odvolací súd zruší rozhodnutie súdu prvej inštancie a konanie zastaví. 5. Podľa § 251 CSP trovy konania sú všetky preukázané, odôvodnené a účelne vynaložené výdavky, ktoré vzniknú v konaní v súvislosti s uplatňovaním alebo bránením práva. Podľa § 262 ods. 1 CSP o nároku na náhradu trov konania rozhodne aj bez návrhu súd v rozhodnutí, ktorým sa konanie končí. 6. Žalobcovia zobrali žalobu späť po vydaní rozhodnutia vo veci samej, preto bolo potrebné rozhodnúť o trovách konania, o ktorých v sporovom konaní súd rozhodne aj bez návrhu. Výrok o tom, že žiadna strana sporu nemá nárok na náhradu trov konania je odôvodnený tým, že žalobca náhradu trov nepožadoval a v konaní nebol úspešný, preto nárok na náhradu trov nemal a žalovanému žiadne trovy konania nevznikli. 7. Rozhodnutie bolo v senáte prijaté pomerom hlasov 3 : 0. Poučenie: Proti rozhodnutiu odvolacieho súdu je prípustné dovolanie, ak to zákon pripúšťa (§ 419 CSP) v lehote 2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§ 428 CSP.</w:t>
      </w:r>
    </w:p>
    <w:p/>
    <w:p>
      <w:r>
        <w:t>Zdroj: KAUZIS.SK – https://www.kauzis.sk/judikatura/r/ECLI:SK:KSBB:2016:6715215905.2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