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16CoP/20/2016 z 22. 3. 2016</w:t>
      </w:r>
    </w:p>
    <w:p>
      <w:r>
        <w:t>Uznesenie Krajského súdu Banská Bystrica z 22. marca 2016, sp. zn. 16CoP/20/2016, ECLI:SK:KSBB:2016:6716200431.1</w:t>
      </w:r>
    </w:p>
    <w:p>
      <w:r>
        <w:t>Súd: Krajský súd Banská Bystrica</w:t>
      </w:r>
    </w:p>
    <w:p>
      <w:r>
        <w:t>Spisová značka: 16CoP/20/2016</w:t>
      </w:r>
    </w:p>
    <w:p>
      <w:r>
        <w:t>ECLI: ECLI:SK:KSBB:2016:6716200431.1</w:t>
      </w:r>
    </w:p>
    <w:p>
      <w:r>
        <w:t>Dátum vydania: 22.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16CoP/20/2016 Identifikačné číslo súdneho spisu: 6716200431 Dátum vydania rozhodnutia: 23. 03. 2016 Meno a priezvisko sudcu, VSÚ: Mgr. Štefan Baláž ECLI: ECLI:SK:KSBB:2016:6716200431.1 Uznesenie Krajský súd v Banskej Bystrici vo veci starostlivosti o maloletú V. Y. N., narodenú XX. XX. XXXX, bytom W., D. S. XXX/XX, zastúpenú kolíznym opatrovníkom Úradom práce sociálnych vecí a rodiny Zvolen, pobočka Detva, dieťa rodičov C. N., rodenej C., narodenej XX. XX. XXXX, bytom W., D. S. XXX/XX a W. O. N., narodeného XX. XX. XXXX, bytom W., D. S. XXX/XX, zastúpeného advokátkou JUDr. Dášou Brázdilovou, Advokátska kancelária Zvolen, Trhová č. 1, o návrhu otca maloletého dieťaťa na nariadenie predbežného opatrenia, o odvolaní otca maloletej proti uzneseniu Okresného súdu Zvolen č. k. 17P/1/2016-7 zo dňa 18. 01. 2016, takto r o z h o d o l : Uznesenie okresného súdu potvrdzuje. Žiaden z účastníkov nemá právo na náhradu trov odvolacieho konania. o d ô v o d n e n i e : Napadnutým uznesením okresný súd konanie o vydanie predbežného opatrenia zastavil a rozhodol, že žiaden z účastníkov nemá právo na náhradu trov konania. Konanie zastavil z toho dôvodu, že na okresnom súde prebieha konanie o tej istej veci - vydanie predbežného opatrenia ohľadom zverenia maloletej do osobnej starostlivosti pod sp. zn. 5P/428/2015, ktoré sa začalo 07. 12. 2015. V čase rozhodovania okresného súdu konanie právoplatne skončené nebolo, vec sa nachádzala v štádiu odvolacieho konania. Súd zistil, že predmetné konanie (pozn. krajského súdu - rozumej konanie vedené pod sp. zn. 17P/1/2016) začalo 14. 11. 2016, pričom ide o neodstrániteľnú vadu konania, a preto okresný súd podľa § 104 ods. 1 O. s. p. s odkazom na ust. § 83 a 103 O. s. p. návrh otca na vydanie predbežného opatrenia o zverenie maloletej do jeho osobnej starostlivosti zastavil. O náhrade trov prvostupňového konania rozhodol okresný súd podľa § 146 ods. 1 písm. c) O. s. p., podľa ktorého žiaden z účastníkov konania nemá právo na náhradu trov konania podľa jeho výsledku, ak konanie bolo zastavené. Proti uzneseniu okresného súdu podal v zákonnej 15 dňovej lehote odvolanie otec maloletej. Uviedol, že aj keď prebieha konanie pod sp. zn. 5P/428/2015, k podaniu návrhu došlo na základe výraznej zmeny pomerov tým, že odporkyňa odišla, ponechala mu maloletú dcéru a situáciu bolo potrebné riešiť podaním návrhu na nariadenie predbežného opatrenia. Maloletá dcéra bola u neho 2 týždne a po 2 týždňoch si odporkyňa dcéru prevzala a dňa 02. 02. 2016 mu dcéru odovzdala. Takýto stav je absolútne neúnosný pre zachovanie zdravého a psychického vývoja dcéry. Súd nemal konanie zastaviť, nakoľko sa jedná vzhľadom na rozpísanú zmenu o nový návrh. Vyjadrenie k odvolaniu podané nebolo. Krajský súd, ako súd odvolací, odvolanie prejednal bez nariadenia pojednávania na prejednanie odvolania podľa ust. § 214 ods. 1, 2 O. s. p. a uznesenie okresného súdu ako vecne správne podľa ust. § 219 ods. 1 pri aplikácii aj ods. 2 O. s. p. potvrdil. Odvolací súd sa v celom rozsahu stotožňuje s odôvodnením uznesenia okresného súdu. Okresný súd správne vo veci aplikoval ust. § 83 O. s. p., podľa ktorého ustanovenia začatie konania bráni tomu, aby o tej istej veci prebiehalo na súde iné konanie. Na Okresnom súde Zvolen prebieha konanie pod sp. zn. 5P/428/2015, v ktorom bol návrh otca na nariadenie predbežného opatrenia (podaný 07. 12. 2015) okresným súdom zamietnutý uznesením zo 16. 12. 2015, avšak uznesenie okresného súdu bolo uznesením Krajského súdu v Banskej Bystrici č. k. 15CoP/2/2016-22 z 09. 02. 2016 zrušené a vec bola vrátená prvostupňovému súdu na ďalšie konanie. Okresný súd konal o nariadení predbežného opatrenia aj na návrh matky, kde okresný súd uznesením č. k. 11P/25/2015-6 zo 14. 12. 2005 nariadil otcovi dieťa odovzdať matke do starostlivosti, avšak uznesením Krajského súdu v Banskej Bystrici č. k. 12Cop/6/2016-76 z 03. 02. 2016 krajský súd uznesenie okresného súdu zmenil tak, že návrh matky zamietol. Vzhľadom na vyššie uvedený skutkový stav veci, keď dosiaľ nie je právoplatne rozhodnuté o návrhu otca maloletej na nariadenie predbežného opatrenia zo dňa 07. 12. 2015, je právny názor okresného súdu, že prejednaniu veci v tomto súdnom konaní ( pod sp. zn. 17P/1/2016) bráni prekážka tzv. litispendencie v zmysle ust. § 83 O. s. p., a preto okresný súd podľa § 103 a 104 ods. 1 O. s. p. konanie správne zastavil. Odvolací súd ako vecne správne potvrdil uznesenie okresného súdu aj vo výroku o náhrade trov konania, ako vo výroku, ktoré je závislé od rozhodnutia vo veci samej (§ 206 ods. 2 O. s. p.). Odvolací súd o náhrade trov odvolacieho konania rozhodol taktiež podľa ust. § 146 ods. 1 písm. c) O. s. p. tak, že žiadnemu z účastníkov konania právo na náhradu trov odvolacieho konania nepriznal (v odvolacom konaní v spojení s § 224 ods. 1 O. s. p.) vzhľadom k tomu, že konanie sa mohlo začať i bez návrhu. Rozhodnutie bolo prijaté senátom odvolacieho súdu v pomere hlasov 3 : 0. Poučenie: Proti tomuto rozhodnutiu odolanie nie je prípustné.</w:t>
      </w:r>
    </w:p>
    <w:p/>
    <w:p>
      <w:r>
        <w:t>Zdroj: KAUZIS.SK – https://www.kauzis.sk/judikatura/r/ECLI:SK:KSBB:2016:6716200431.1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