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2CoE/129/2016 z 26. 4. 2016</w:t>
      </w:r>
    </w:p>
    <w:p>
      <w:r>
        <w:t>Uznesenie Krajského súdu Banská Bystrica z 26. apríla 2016, sp. zn. 2CoE/129/2016, ECLI:SK:KSBB:2016:6716200657.2</w:t>
      </w:r>
    </w:p>
    <w:p>
      <w:r>
        <w:t>Súd: Krajský súd Banská Bystrica</w:t>
      </w:r>
    </w:p>
    <w:p>
      <w:r>
        <w:t>Spisová značka: 2CoE/129/2016</w:t>
      </w:r>
    </w:p>
    <w:p>
      <w:r>
        <w:t>ECLI: ECLI:SK:KSBB:2016:6716200657.2</w:t>
      </w:r>
    </w:p>
    <w:p>
      <w:r>
        <w:t>Dátum vydania: 26. 4. 2016</w:t>
      </w:r>
    </w:p>
    <w:p>
      <w:r>
        <w:t>Forma: Uznesenie</w:t>
      </w:r>
    </w:p>
    <w:p>
      <w:r>
        <w:t>Oblasť práva: Občianske právo</w:t>
      </w:r>
    </w:p>
    <w:p>
      <w:pPr>
        <w:pStyle w:val="Heading2"/>
      </w:pPr>
      <w:r>
        <w:t>Text rozhodnutia</w:t>
      </w:r>
    </w:p>
    <w:p>
      <w:r>
        <w:t>Súd: Krajský súd Banská Bystrica Spisová značka: 2CoE/129/2016 Identifikačné číslo súdneho spisu: 6716200657 Dátum vydania rozhodnutia: 27. 04. 2016 Meno a priezvisko sudcu, VSÚ: JUDr. Jana Novotná ECLI: ECLI:SK:KSBB:2016:6716200657.2 Uznesenie Krajský súd v Banskej Bystrici v exekučnej veci oprávneného: DÔVERA zdravotná poisťovňa, a.s., so sídlom Einsteinova 25, 851 01 Bratislava, IČO: 35 942 436, proti povinnému: N. H., nar. XX.XX.XXXX, obch. meno: N. H. - CVRKO, bytom Vígľaš 369, 962 02 Vígľaš, IČO: 41 138 872, o vymoženie pohľadávky oprávneného vo výške 485,55 Eur s prísl., vedenej pod sp. zn. EX 669/2016 súdnym exekútorom Mgr. Jozefom Deákom, Exekútorský úrad so sídlom Horná 23, 974 01 Banská Bystrica, o odvolaní oprávneného proti Uzneseniu Okresného súdu Zvolen č.k. 19Er/23/2016-11 zo dňa 28. januára 2016, jednohlasne takto r o z h o d o l : Uznesenie Okresného súdu Zvolen č.k. 19Er/23/2016-11 zo dňa 28. januára 2016 p o t v r d z u j e. o d ô v o d n e n i e : Okresný súd Zvolen (ďalej len „exekučný súd“) napadnutým uznesením č.k. 19Er/23/2016-11 zo dňa 28. januára 2016 uložil oprávnenému povinnosť zaplatiť súdny poplatok za podanie urobené elektronickými prostriedkami so zaručeným elektronickým podpisom podľa položky 20a Sadzobníka súdnych poplatkov zákona č. 71/1992 Zb. o súdnych poplatkoch a poplatku za výpis z registra trestov v znení neskorších predpisov ( ďalej len „Zákon o súdnych poplatkoch“), a to v sume 10,- Eur, v lehote 10 dní od doručenia uznesenia s poučením, že pokiaľ nebude vyrubený súdny poplatok riadne a včas zaplatený, bude ho súd vymáhať. Proti tomuto uzneseniu podal oprávnený v zákonom stanovenej lehote odvolanie. Poukázal na to, že celé exekučné konanie je oslobodené od súdnych poplatkov podľa § 4 ods. 1 písm. c) Zákona o súdnych poplatkoch, pričom ide o vecné oslobodenie. Vymáhanie pohľadávok vo verejnom zdravotnom poistení sleduje verejný záujem, a preto zákonodarca vecne oslobodil celé konanie od všetkých súdnych poplatkov. Ďalej oprávnený namietal, že tento súdny poplatok by nemal znášať, nakoľko oprávnený podáva návrh na vykonanie exekúcie vždy súdnemu exekútorovi, ktorý následne predloží návrh spolu s exekučným titulom exekučnému súdu a požiada ho o udelenie poverenia. Oprávnený ako účastník exekučného konania nemôže predložiť návrh priamo súdu a nemôže ani požiadať súd v mene súdneho exekútora o udelenie poverenia. Tieto právomoci sú zákonom zverené priamo súdnemu exekútorovi, pričom sa nejedná o zmluvne dohodnuté ani zákonné zastúpenie oprávneného, teda nejedná sa o doručenie podania v mene a na účet oprávneného. Ide o procesný úkon zverený výlučne súdnemu exekútorovi, nejde o úkon oprávneného. Súd by mal skúmať, či ide o spoplatnený úkon a určovať poplatníka úkonu. Účastníkom konania v exekučnom konaní je síce oprávnený, ale predloženie návrhu na vykonanie exekúcie a žiadosti o udelenie poverenia exekútorovi, a teda ani ich doručenie, nie je zverené oprávnenému, ale súdnemu exekútorovi. Súdny exekútor je v zmysle § 37 ods. 1 Exekučného poriadku účastníkom exekučného konania iba v časti, kde súd rozhoduje o trovách konania. V prípade žiadosti o udelenie poverenia na vykonanie exekúcie ide o konania sui generis, kde oprávnený svoj návrh adresuje vždy súdnemu exekútorovi a nie súdu. Na uvedenom nič nemôže zmeniť ani fakt, že exekútor v exekučnom konaní sleduje záujmy oprávneného. Oprávnený ďalej poukázal na nález Ústavného súdu SR sp. zn. PL. ÚS 109/2011 a žiadal odvolaním napadnuté uznesenie exekučného súdu zrušiť a vec mu vrátiť na ďalšie konanie. Rozhodnutie vo veci bolo vydané vyšším súdnym úradníkom okresného súdu. Zákonný sudca predložil vec na rozhodnutie odvolaciemu súdu podľa § 374 ods. 4 O. s. p.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Z predloženého súdneho spisu odvolací súd zistil, že dňa 13. januára 2016 bol súdnemu exekútorovi doručený návrh oprávneného na vykonanie exekúcie proti povinnému na podklade exekučných titulov, ktorými sú výkazy nedoplatkov vydané oprávneným. Následne súdny exekútor žiadosťou zo dňa 13. januára 2016 požiadal exekučný súd o udelenie poverenia na vykonanie exekúcie, pričom žiadosť o udelenie poverenia, návrh na vykonanie exekúcie a exekučné tituly zaslal exekučnému súdu formou elektronického dokumentu so zaručeným elektronickým podpisom. Okresný súd následne odvolaním napadnutým uznesením uložil oprávnenému povinnosť zaplatiť na účet okresného súdu súdny poplatok za podanie, ktoré je návrhom na začatie konania, urobené elektronickými prostriedkami podpísané zaručeným elektronickým podpisom, doručené okresnému súdu dňa 20.01.2016, v sume 10,- Eur podľa Položky 20a Sadzobníka súdnych poplatkov, ktorý tvorí prílohu k Zákonu o súdnych poplatkoch v lehote 10 dní od doručenia napadnutého rozhodnutia. Podľa § 1 ods. 1 Zákona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1 písm. f) zákona o súdnych poplatkoch poplatníkom je oprávnený a povinný v exekučnom konaní. Podľa položky 20a Sadzobníka súdnych poplatkov, ktorý tvorí prílohu Zákona o súdnych poplatkoch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je súdny poplatok 0,10 eura za každú stranu, najmenej 10 eur za podanie, ktoré je žalobou alebo návrhom na začatie konania s prílohami a najmenej 3 eurá za ostatné podania s prílohami. Elektronický dokument, ktorý obsahuje procesné podanie vo veci a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o súdnych poplatkoch vnesená novelou č. 273/2007 Z.z., ktorá nadobudla účinnosť dňom 01. júla 2007. Vyhotovenie dokumentu v listinnej podobe je úkon súdu, ktorý súd vykonáva bez návrhu v prospech poplatníka (§ 1 ods. 2 Zákona o súdnych poplatkoch). Ak súd vykoná úkon, ktorý podlieha poplatkovej povinnosti v zmysle Sadzobníka súdnych poplatkov, je povinný účastníkovi, ktorý podal elektronický dokument so zaručeným elektronickým podpisom, uložiť povinnosť zaplatiť súdny poplatok podľa položky 20a Sadzobníka súdnych poplatkov za vyhotovenie rovnopisu podania a jeho prípadných príloh, ktoré vytvorili súdny spis. Ustanovenie § 2 Zákona o súdnych poplatkoch vymedzuje, kto je poplatníkom súdneho poplatku. Podľa § 2 ods. 1 písm. a) Zákona o súdnych poplatkoch je poplatníkom navrhovateľ poplatkového úkonu, ak je podľa sadzobníka ustanovený poplatok z návrhu. Podľa § 2 ods. 1 písm. f) Zákona o súdnych poplatkoch poplatníkom je oprávnený a povinný v exekučnom konaní. Z uvedeného je zrejmé, že spracovanie elektronického podania so zaručeným elektronickým podpisom je spoplatnený úkon súdu podľa položky 20b Sadzobníka súdnych poplatkov. Ide o úkon súdu v exekučnom konaní, ktorého poplatníkom je podľa § 14 ods. 1 Zákona o súdnych poplatkoch oprávnený napriek tomu, že tento úkon bol realizovaný súdnym exekútorom. Súdny exekútor je účastníkom exekučného konania len pokiaľ ide o rozhodovanie o trovách exekúcie. Ak súdny exekútor realizuje procesný úkon netýkajúci sa trov exekúcie, ale na vykonanie ktorého je oprávnený podľa Exekučného poriadku, výsledok jeho činnosti je podstatný pre oprávneného, preto aj súdny poplatok súvisiaci s takýmto procesným úkonom je potom povinný uhradiť ako poplatník oprávnený. Pokiaľ oprávnený v odvolaní namietal vecné oslobodenie od súdneho poplatku, táto jeho námietka nie je dôvodná. Vecné oslobodenie od súdnych poplatkov je vymedzené v § 4 ods. 1 Zákona o súdnych poplatkoch (konkrétne podľa § 4 ods. 1 písm. b) od poplatku je oslobodené súdne konanie vo veciach zdravotného poistenia) a toto oslobodenie sa vzťahuje iba na súdne poplatky za konanie, vymedzené v Sadzobníku súdnych poplatkov, ktorý tvorí prílohu Zákona o súdnych poplatkoch. Sadzobník súdnych poplatkov súdny poplatok za exekučné konanie nestanovuje, teda exekučné konanie spoplatnené nie je. Poplatkovej povinnosti podliehajú len niektoré úkony vykonávané v exekučnom konaní (v súčasnosti žiadosť o udelenie poverenia na vykonanie exekúcie podľa položky 13 písm. a) Sadzobníka súdnych poplatkov, prípadne poplatky za úkony súdu vykonané v exekučnom konaní a spoplatnené podľa Prílohy č. II. Sadzobníka súdnych poplatkov), ktoré sú spravidla realizované súdnym exekútorom, ale poplatníkom je na základe § 2 ods. 1 písm. f) Zákona o súdnych poplatkoch oprávnený. Vecné oslobodenie od súdnych poplatkov sa preto nevzťahuje ani na súdne poplatky za úkony súdov (Príloha č. II. Sadzobníka súdnych poplatkov), medzi ktoré patrí aj súdny poplatok za spracovanie podania, ktoré bolo realizované elektronickými prostriedkami so zaručeným elektronickým podpisom. Z uvedeného vyplýva, že odvolaniu z dôvodov v ňom uvedených nebolo možné vyhovieť. Odvolací súd preto s poukazom na § 219 ods. 1 O.s.p. napadnuté rozhodnutie ako vecne správne potvrdil. Poučenie: Proti tomuto rozhodnutiu odvolanie nie je prípustné.</w:t>
      </w:r>
    </w:p>
    <w:p/>
    <w:p>
      <w:r>
        <w:t>Zdroj: KAUZIS.SK – https://www.kauzis.sk/judikatura/r/ECLI:SK:KSBB:2016:6716200657.2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