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12Co/314/2016 z 30. 8. 2016</w:t>
      </w:r>
    </w:p>
    <w:p>
      <w:r>
        <w:t>Uznesenie Krajského súdu Banská Bystrica z 30. augusta 2016, sp. zn. 12Co/314/2016, ECLI:SK:KSBB:2016:6716201943.2</w:t>
      </w:r>
    </w:p>
    <w:p>
      <w:r>
        <w:t>Súd: Krajský súd Banská Bystrica</w:t>
      </w:r>
    </w:p>
    <w:p>
      <w:r>
        <w:t>Spisová značka: 12Co/314/2016</w:t>
      </w:r>
    </w:p>
    <w:p>
      <w:r>
        <w:t>ECLI: ECLI:SK:KSBB:2016:6716201943.2</w:t>
      </w:r>
    </w:p>
    <w:p>
      <w:r>
        <w:t>Dátum vydania: 30. 8. 2016</w:t>
      </w:r>
    </w:p>
    <w:p>
      <w:r>
        <w:t>Forma: Uznesenie</w:t>
      </w:r>
    </w:p>
    <w:p>
      <w:pPr>
        <w:pStyle w:val="Heading2"/>
      </w:pPr>
      <w:r>
        <w:t>Text rozhodnutia</w:t>
      </w:r>
    </w:p>
    <w:p>
      <w:r>
        <w:t>Súd: Krajský súd Banská Bystrica Spisová značka: 12Co/314/2016 Identifikačné číslo súdneho spisu: 6716201943 Dátum vydania rozhodnutia: 31. 08. 2016 Meno a priezvisko sudcu, VSÚ: JUDr. Jana Halušková ECLI: ECLI:SK:KSBB:2016:6716201943.2 Uznesenie Krajský súd v Banskej Bystrici, v senáte zloženom z predsedníčky senátu Mgr. Kataríny Katkovej a členov senátu JUDr. Jany Haluškovej a JUDr. Ing. Ján Gandžalu, PhD., v spore žalobcu Q. Y., nar. XX. XX. XXXX, s trvalým pobytom Z. XXX/X, XXX XX S., právne zastúpeného JUDr. Ľubomírom Hlbočanom, advokátom, Advokátska kancelária so sídlom Vajnorská 20, 831 03 Bratislava, proti žalovanej Q. Y., nar. XX. XX. XXXX, s trvalým pobytom Z. XXX/X, XXX XX S., v konaní o zrušenie predbežného opatrenia (od 01. 07. 2016 neodkladné opatrenie) a priznanie ujmy vzniknutej predbežným opatrením, o späťvzatí návrhu žalobcu po rozhodnutí prvostupňového súdu - Okresného súdu Zvolen č. k. 11C/40/2016-12 zo dňa 02. 03. 2016, takto r o z h o d o l : Späťvzatie návrhu na zrušenie neodkladného opatrenia p r i p ú š ť a, uznesenie Okresného súdu Zvolen č.k. 11C/40/2016-12 zo dňa 02. 03. 2016 z r u š u j e a konanie z a s t a v u j e. Žalovanej náhradu trov konania n e p r i z n á v a. o d ô v o d n e n i e : 1. Okresný súd Zvolen (ďalej len „okresný súd“ alebo „súd prvej inštancie“) uznesením zo dňa 02.03.2016 návrh žalobcu na zrušenie predbežného opatrenia nariadeného uznesením Okresného súdu Zvolen č. k. 17C/203/2015-8 zamietol. 2. Dňa 29. 03. 2016 bolo okresnému súdu doručené podanie žalobcu, ktorý cestou svojho právneho zástupcu vzal svoju žalobu návrh na zrušenie neodkladného opatrenia (predbežného opatrenia podľa Občianskeho súdneho poriadku účinného do 30. 06. 2016) v celom rozsahu späť a žiadal, aby súd konanie v tejto časti zastavil. Dôvod späťvzatia neuviedol. 3. Z písomného podania zo dňa 24.04.2016 vyplýva, že žalovaná so späťvzatím návrhu súhlasí. 4. Podľa § 470 ods. 1 Civilného sporového poriadku (ďalej len „CSP“) ak nie je ustanovené inak, platí tento zákon aj na konania začaté predo dňom nadobudnutia jeho účinnosti. 5. Podľa § 391 CSP ak odvolací súd zruší rozhodnutie, môže podľa povahy veci vrátiť vec súdu prvej inštancie na ďalšie konanie a nové rozhodnutie, prerušiť konanie, schváliť zmier, zastaviť konanie alebo postúpiť vec orgánu, do ktorého právomoci vec patrí. 6. Podľa § 370 CSP ak je žaloba vzatá späť po rozhodnutí súdu prvej inštancie, ale skôr, ako rozhodnutie nadobudlo právoplatnosť, odvolací súd rozhodne o pripustení späťvzatia. 7. Podľa § 396 ods. 1 CSP ustanovenia o trovách konania pred súdom prvej inštancie sa použijú aj na odvolacie konanie. 8. Podľa § 256 ods. 1 CSP ak strana procesne zavinila zastavenie konania, súd prizná náhradu trov konania protistrane. 9. Keďže v tomto prípade vzal žalobca návrh späť po rozhodnutí okresného súdu, avšak skôr ako toto rozhodnutie nadobudlo právoplatnosť a žalovaná so späťvzatím návrhu súhlasila, odvolací súd v súlade s vyššie citovanými ustanoveniami späťvzatie návrhu pripustil, uznesenie okresného súdu zrušil a konanie vo veci zastavil. 10. Pri rozhodovaní o trovách konania vychádzal odvolací súd z ustanovenia § 396 ods. 1 CSP s použitím § 256 ods. 1 CSP. Je nesporné, že zastavenie konania procesne zavinil žalobca, preto náhrada trov konania patrí žalovanej. Žalovanej však žiadne trovy konania nevznikli, a preto jej odvolací súd náhradu trov konania nepriznal. 11. Toto rozhodnutie bolo prijaté senátom Krajského súdu v Banskej Bystrici, ako súdu odvolacieho, pomerom hlasov 3 : 0. Poučenie: Proti rozhodnutiu odvolacieho súdu nie je prípustné odvolanie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Dovolací súd nie je viazaný rozsahom dovolania vo veciach, v ktorých možno začať konanie aj bez návrhu (§ 77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https://www.kauzis.sk/judikatura/r/ECLI:SK:KSBB:2016:6716201943.2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