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43Co/755/2014 z 20. 1. 2016</w:t>
      </w:r>
    </w:p>
    <w:p>
      <w:r>
        <w:t>Opravné uznesenie Krajského súdu Banská Bystrica z 20. januára 2016, sp. zn. 43Co/755/2014, ECLI:SK:KSBB:2016:6812206541.2</w:t>
      </w:r>
    </w:p>
    <w:p>
      <w:r>
        <w:t>Súd: Krajský súd Banská Bystrica</w:t>
      </w:r>
    </w:p>
    <w:p>
      <w:r>
        <w:t>Spisová značka: 43Co/755/2014</w:t>
      </w:r>
    </w:p>
    <w:p>
      <w:r>
        <w:t>ECLI: ECLI:SK:KSBB:2016:6812206541.2</w:t>
      </w:r>
    </w:p>
    <w:p>
      <w:r>
        <w:t>Dátum vydania: 20.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43Co/755/2014 Identifikačné číslo súdneho spisu: 6812206541 Dátum vydania rozhodnutia: 21. 01. 2016 Meno a priezvisko sudcu, VSÚ: JUDr. Drahomíra Dibdiaková ECLI: ECLI:SK:KSBB:2016:6812206541.2 Opravné uznesenie Krajský súd v Banskej Bystrici ako súd odvolací v právnej veci navrhovateľa POHOTOVOSŤ, s. r. o., so sídlom Pribinova 25, 811 09 Bratislava, IČO: 35 807 598, zast. Fridrich Paľko, s. r. o., so sídlom Grösslingova 4, 811 09 Bratislava, IČO: 36 864 421, proti odporcovi Slovenská republika, v jej mene Ministerstvo spravodlivosti SR, Župné nám. 13, Bratislava o náhradu škody a nemajetkovej ujmy, o odvolaní navrhovateľa proti rozsudku Okresného súdu Revúca č. k. 6C/275/2012-79 zo dňa 26. augusta 2014, v senáte jednohlasne takto r o z h o d o l : Rozsudok Krajského súdu v Banskej Bystrici zo dňa 26. februára 2015, č.k. 43Co/755/2014-162 opravuje v jeho záhlaví a vo výroku tak, že deň vyhlásenia napadnutého rozsudku Okresného súdu Revúca č. k. 6C/275/2012-79 je 26. august 2014. o d ô v o d n e n i e : Krajský súd v Banskej Bystrici ako súd odvolací rozsudkom zo dňa 26.02.2015, č.k 43Co/755/2014-162 potvrdil rozsudok Okresného súdu Revúca č. k. 6C/275/2012-79 zo dňa 26. augusta 2014 s tým, že odporcovi náhradu trov odvolacieho konania nepriznal. Podľa § 164 zákona č. 99/1963 Zb. Občianskeho súdneho poriadku ( ďalej O.s.p.)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ust. § 211 ods. 1 O.s.p., ak tento zákon neustanovuje inak, pre konanie na odvolacom súde platia primerane ustanovenia o konaní pred súdom prvého stupňa. Odvolací súd zistil, že v záhlaví a vo výroku jeho rozhodnutia došlo k zrejmej nesprávnosti pri písaní dňa vyhlásenia odvolaním napadnutého rozhodnutia okresného súdu, keď odvolací súd namiesto dňa 26. augusta 2014 uviedol 12. júna 2014. Zistenú zrejmú nesprávnosť v písomnom vyhotovení rozhodnutia odvolacieho súdu opravil odvolací súd postupom podľa § 211 a § 164 O.s.p. tak, že namiesto nesprávne uvedeného dátumu vydania napadnutého rozhodnutia okresného súdu v záhlaví a vo výroku rozhodnutia odvolacieho súdu uviedol správny deň, a to 26. august 2014. Poučenie: Proti tomuto uzneseniu nie je odvolanie prípustné.</w:t>
      </w:r>
    </w:p>
    <w:p/>
    <w:p>
      <w:r>
        <w:t>Zdroj: KAUZIS.SK – https://www.kauzis.sk/judikatura/r/ECLI:SK:KSBB:2016:6812206541.2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