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16Co/723/2015 z 29. 3. 2016</w:t>
      </w:r>
    </w:p>
    <w:p>
      <w:r>
        <w:t>Uznesenie Krajského súdu Banská Bystrica z 29. marca 2016, sp. zn. 16Co/723/2015, ECLI:SK:KSBB:2016:6912203958.2</w:t>
      </w:r>
    </w:p>
    <w:p>
      <w:r>
        <w:t>Súd: Krajský súd Banská Bystrica</w:t>
      </w:r>
    </w:p>
    <w:p>
      <w:r>
        <w:t>Spisová značka: 16Co/723/2015</w:t>
      </w:r>
    </w:p>
    <w:p>
      <w:r>
        <w:t>ECLI: ECLI:SK:KSBB:2016:6912203958.2</w:t>
      </w:r>
    </w:p>
    <w:p>
      <w:r>
        <w:t>Dátum vydania: 29. 3. 2016</w:t>
      </w:r>
    </w:p>
    <w:p>
      <w:r>
        <w:t>Forma: Uznesenie</w:t>
      </w:r>
    </w:p>
    <w:p>
      <w:r>
        <w:t>Oblasť práva: Občianske právo</w:t>
      </w:r>
    </w:p>
    <w:p>
      <w:pPr>
        <w:pStyle w:val="Heading2"/>
      </w:pPr>
      <w:r>
        <w:t>Text rozhodnutia</w:t>
      </w:r>
    </w:p>
    <w:p>
      <w:r>
        <w:t>Súd: Krajský súd Banská Bystrica Spisová značka: 16Co/723/2015 Identifikačné číslo súdneho spisu: 6912203958 Dátum vydania rozhodnutia: 30. 03. 2016 Meno a priezvisko sudcu, VSÚ: JUDr. Ivica Hanusková ECLI: ECLI:SK:KSBB:2016:6912203958.2 Uznesenie Krajský súd v Banskej Bystrici v právnej veci navrhovateľky D. E., nar. X. X. XXXX, bytom P. Y., X. XXX, právne zastúpenej BAKO JANČIAR LEVRINC - advokáti s. r. o., so sídlom Zvolen, J. Kozáčeka 13E, IČO: 36 859 842, proti odporcom 1/ Slovenský rybársky zväz, so sídlom Žilina, ul. Andreja Kmeťa 20, IČO: 00 178 209, 2/ Slovenská republika za ktorú koná Ministerstvo pôdohospodárstva a rozvoja vidieka Slovenskej republiky, so sídlom Bratislava, Dobrovičova 12, IČO: 00 156 621, 3/ Ministerstvo pôdohospodárstva a rozvoja vidieka Slovenskej republiky, so sídlom Bratislava, Dobrovičova 12, IČO: 00 156 621 a 4/ Slovenský vodohospodársky podnik, š. p., so sídlom Banská Štiavnica, Radničné námestie 8, IČO: 36 022 047, o vydanie bezdôvodného obohatenia v sume 2 718,21 EUR s príslušenstvom, o odvolaní odporcov 2/ a 3/ proti uzneseniu Okresného súdu Rimavská Sobota, č. k. 7C/16/2012-188 zo dňa 19. 5. 2015, takto r o z h o d o l : Odvolanie odporcov 2/ a 3/ o d m i e t a . o d ô v o d n e n i e : Odvolaním napadnutým uznesením okresný súd pripustil, aby do konania vstúpili odporcovia 2/, 3/ a 4/. Proti predmetnému uzneseniu podali odvolanie odporcovia 2/ a 3/ s odôvodnením, že v spore nemajú vecnú legitimáciu. Pred samotným preskúmaním napadnutého uznesenia okresného súdu skúmal odvolací súd skutočnosť, či bolo odvolanie podané oprávnenou osobou, ako jednu z procesných podmienok odvolacieho konania. Podľa § 92 ods. 1 zákona č. 99/1963 Zb. Občianskeho súdneho poriadku (ďalej aj „O. s. p.“) na návrh účastníka môže súd pripustiť, aby do konania vstúpil ďalší účastník. Súhlas toho, kto má takto do konania vstúpiť, je potrebný, ak má vystupovať na strane navrhovateľa. Citované ustanovenie § 92 ods. 1 O. s. p. umožňuje, aby po začatí konania vstúpil do konania ďalší účastník a to ako na strane navrhovateľa, tak na strane odporcu. Predpokladmi vstupu ďalšieho účastníka do konania, ktoré sa začalo na základe návrhu, je návrh účastníka konania, aby do konania vstúpil ďalší účastník a pripustenie takéhoto vstupu rozhodnutím súdu. Súhlas osoby, ktorá má do konania vstúpiť, sa vyžaduje, len pokiaľ vstupuje do konania osoba na strane navrhovateľa. Naopak, súhlas účastníka, ktorý má do konania vstúpiť, sa nevyžaduje, ak má do konania vstúpiť na strane odporcu. Občiansky súdny poriadok explicitne nepojednáva o tom, ktorý účastník môže podať návrh na pristúpenie ďalšieho účastníka do konania, ale z dispozičnej zásady, ovládajúcej začatie sporového konania vyplýva, že návrh na pristúpenie ďalšieho účastníka do konania môže podať iba žalobca (k uvedenému pozri ZSP č. 38/2008). Proti súdnemu rozhodnutiu o pripustení, či nepripustení vstupu účastníka do konania podľa § 92 ods. 1 O. s. p. je prípustné odvolanie pretože to zákon výslovne nevylučuje ani v ustanovení § 202 ods. 3 O. s. p., ani v inom ustanovení. K podaniu odvolania je subjektívne legitimovaný účastník konania (§ 201 O. s. p.); avšak nie každý účastník môže podať odvolanie. Odporca (ani pôvodný ani ten, koho pristúpenie bolo pripustené), právo podať odvolanie nemajú z dôvodu, že pôvodného odporcu sa rozhodnutie o pristúpení ďalšieho účastníka na jeho strane netýka a súhlas pristupujúceho odporcu (odporcov) sa pre pristúpenie nevyžaduje, keď v tejto fáze konania súd otázku vecnej legitimácie pristupujúcich účastníkov nie je oprávnený skúmať (k uvedenému pozri napr. Uznesenie Najvyššieho súdu ČR sp. zn. 23 Cdo 5090/2008, Uznesenie Najvyššieho súdu ČR sp. zn. 23 Cdo 1239/2009, Soudní judikatura č. 18/2006 a pod.). Rovnaký záver vyplýva aj z ustálenej judikatúry Najvyššieho súdu SR, ktorý vo viacerých svojich rozhodnutiach (napr. rozsudok Najvyššieho súdu SR z 26. mája 1998, sp. zn. 3 Cdo 92/97, uverejnený v Zbierke stanovísk Najvyššieho súdu a rozhodnutí súdov Slovenskej republiky, zošit č. 2, ročník 2000, pod por. č. 28/2000, str. 33; uznesenie Najvyššieho súdu SR z 21. októbra 2013, sp. zn. 7 Cdo 207/2012; uznesenie Najvyššieho súdu SR zo 14. februára 2013 sp. zn. 6 Cdo 108/2012 a pod.) judikoval, že „proti uzneseniu súdu o pripustení pristúpenia ďalšieho účastníka do konania na strane odporcu je odvolanie zásadne prípustné. Môže ho podať navrhovateľ, ktorý takýto návrh (na pristúpenie) nepodal, resp. ktorý s pristúpením do konania nesúhlasil, pokiaľ súd pristúpenie účastníka pripustil. Pôvodný odporca, ani ten, koho pristúpenie na strane odporcu bolo pripustené, však právo podať odvolanie nemajú.“ Keďže procesnoprávna úprava neumožňuje, aby uznesenie o pripustení ďalšieho účastníka na strane odporcu (§ 92 ods. 1 O. s. p.) napadol odvolaním odporca, alebo účastník, ktorého vstup do konania súd pripustil, z tohto dôvodu odvolací súd odporcov 2/ a 3/ nepovažoval za osoby oprávnené na podanie odvolania a preto ich odvolanie odmietol (§ 218 ods. 1 písm. b/ O. s. p.). Rozhodnutie bolo prijaté senátom Krajského súdu v Banskej Bystrici, ako súdu odvolacieho, pomerom hlasov 3: 0. Poučenie: Proti tomuto rozhodnutiu odvolanie nie je prípustné.</w:t>
      </w:r>
    </w:p>
    <w:p/>
    <w:p>
      <w:r>
        <w:t>Zdroj: KAUZIS.SK – https://www.kauzis.sk/judikatura/r/ECLI:SK:KSBB:2016:6912203958.2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