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1Co/44/2016 z 15. 3. 2016</w:t>
      </w:r>
    </w:p>
    <w:p>
      <w:r>
        <w:t>Uznesenie Krajského súdu Banská Bystrica z 15. marca 2016, sp. zn. 1Co/44/2016, ECLI:SK:KSBB:2016:6912212979.2</w:t>
      </w:r>
    </w:p>
    <w:p>
      <w:r>
        <w:t>Súd: Krajský súd Banská Bystrica</w:t>
      </w:r>
    </w:p>
    <w:p>
      <w:r>
        <w:t>Spisová značka: 1Co/44/2016</w:t>
      </w:r>
    </w:p>
    <w:p>
      <w:r>
        <w:t>ECLI: ECLI:SK:KSBB:2016:6912212979.2</w:t>
      </w:r>
    </w:p>
    <w:p>
      <w:r>
        <w:t>Dátum vydania: 15. 3. 2016</w:t>
      </w:r>
    </w:p>
    <w:p>
      <w:r>
        <w:t>Forma: Uznesenie</w:t>
      </w:r>
    </w:p>
    <w:p>
      <w:pPr>
        <w:pStyle w:val="Heading2"/>
      </w:pPr>
      <w:r>
        <w:t>Text rozhodnutia</w:t>
      </w:r>
    </w:p>
    <w:p>
      <w:r>
        <w:t>Súd: Krajský súd Banská Bystrica Spisová značka: 1Co/44/2016 Identifikačné číslo súdneho spisu: 6912212979 Dátum vydania rozhodnutia: 16. 03. 2016 Meno a priezvisko sudcu, VSÚ: JUDr. Drahomíra Mikulajová ECLI: ECLI:SK:KSBB:2016:6912212979.2 Uznesenie Krajský súd v Banskej Bystrici v právnej veci navrhovateľa POHOTOVOSŤ, s.r.o., so sídlom Pribinova č. 25, 811 09 Bratislava, IČO: 35 807 598, zastúpeného spoločnosťou Fridrich Paľko, s.r.o., so sídlom Grösslingova 4, 811 09 Bratislava, IČO: 36 864 421, proti odporcovi Slovenskej republike, za ktorú koná Ministerstvo spravodlivosti Slovenskej republiky, Župné námestie 13, 813 11 Bratislava, v konaní o náhradu škody a nemajetkovej ujmy, na odvolanie navrhovateľa proti uzneseniu Okresného súdu Rimavská Sobota č. k. 16C/151/2012-15 zo dňa 07.04.2015, takto r o z h o d o l : Návrh navrhovateľa na prerušenie konania z a m i e t a . Uznesenie okresného súdu p o t v r d z u j e . o d ô v o d n e n i e : Napadnutým uznesením okresný súd uložil navrhovateľovi, aby v lehote 10 dní odo dňa právoplatnosti uznesenia zaplatil súdny poplatok za vznesenú námietku zaujatosti vo výške 66,- Eur podľa položky č. 17a Sadzobníka súdnych poplatkov, ktorý tvorí prílohu zákona č. 71/1992 Zb. o súdnych poplatkoch a poplatku za výpis z registra trestov v znení neskorších predpisov (ďalej len „Zákon o súdnych poplatkoch“). Proti uzneseniu okresného súdu podal odvolanie navrhovateľ. S poukazom na § 210a O.s.p. žiadal, aby odvolaniu vyhovel prvostupňový súd a napadnuté uznesenie zrušil bez náhrady, respektíve, aby tak rozhodol odvolací súd ak navrhovaný postup prvostupňový súd nevyužije. Uvádzal a namietal najmä tieto skutočnosti: Súdom vyhotovená listina, ktorej predmetom je uloženie povinnosti uhradiť súdny poplatok, musí mať náležitosti predpokladané občianskym súdnym poriadkom a zákonom č. 71/1992 Zb. Namietal, že nepodal námietku zaujatosti podľa § 15a ods. 1 O.s.p., preto spoplatnenie fiktívneho návrhu je bezpredmetné. Už v úvode svojho návrhu uviedol skutočnosti preukazujúce fakt, že inak vecne a miestne príslušný okresný súd nemôže vo veci konať, pretože jeho sudcovia sú z prejednávania veci vylúčení, pretože majú pomer k veci a k účastníkom konania a sú teda vo veci zaujatí (§ 14 O.s.p.). Okresný súd mal preto postupovať zákonným spôsobom a podľa ustanovenia § 12 ods. 1 O.s.p. v spojení s ustanovením § 12 ods. 3 O.s.p. požiadať príslušný krajský súd, aby prikázal vec na prejednanie inému súdu toho istého stupňa. Vo veci nejde o vhodnosť, ale nutnosť. Ak by aj súd mal za to, že vo veci je nutné uhradiť poplatok za vznesenie námietky zaujatosti podľa položky 17a zákona o súdnych poplatkoch, tvrdil, že navrhovateľovi nie je možné uložiť povinnosť platiť súdne poplatky, pretože podľa § 4 ods. 1 písmena k) zákona o súdnych poplatkoch je súdne konanie vo veciach náhrady škody spôsobenej nezákonným rozhodnutím orgánu verejnej moci alebo jeho nesprávnym úradným postupom od poplatkov oslobodené. Navrhovateľ v odvolaní navrhol, aby konajúci súd prerušil konanie a predložil návrh na vyslovenie nesúladu položky 17a Sadzobníka súdnych poplatkov, ktorý tvorí prílohu zákona č. 71/1992 Zb. o súdnych poplatkoch s článkom 46 ods. 1 Ústavy SR a článkom 6 ods. 1 Dohovoru o ochrane ľudských práv a základných slobôd. Primárne sa odvolací súd zaoberal opodstatnenosťou návrhu navrhovateľa na prerušenie konania v zmysle postupu podľa ustanovenia § 109 ods. 1 písm. b/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dospel k záveru, že návrh navrhovateľa na prerušenie konania nie je dôvodný, a preto nie je nutné postupovať v zmysle ustanovenia § 109 ods. 1 písm. b/ O.s.p.. Z dikcie tohto ustanovenia vyplýva, že súd takto postupuje, ak pred rozhodnutím vo veci dospel k záveru, že všeobecne záväzný právny predpis, ktorý sa týka veci, je v rozpore s Ústavou, zákonom alebo medzinárodnou zmluvou, ktorou je Slovenská republika viazaná. V takom prípade postúpi návrh Ústavnému súdu SR na zaujatie stanoviska. Odvolací súd žiadny takýto rozpor položky 17a Sadzobníka súdnych poplatkov s článkom 46 ods. 1 Ústavy SR a s článkom 6 ods. 1 Dohovoru o ochrane ľudských práv a základných slobôd nezistil. Navyše, Ústavný súd SR v uznesení II.ÚS 124/2011-13 zo dňa 30.03.2011, ako to vyplýva z jeho záverov, posudzoval už nastolenú otázku. Z uvedeného dôvodu odvolací súd nevyhovel návrhu navrhovateľa na prerušenie konania podaný v zmysle § 109 ods. 1 písm. b/ O.s.p. a ako nedôvodný tento návrh zamietol. Krajský súd, ako súd odvolací, odvolanie prejednal v rozsahu danom ust. § 212 ods. 1 O.s.p., bez nariadenia pojednávania podľa § 214 ods. 2 O.s.p. a uznesenie okresného súdu ako vecne správne podľa § 219 ods. 1 O.s.p. potvrdil. Návrh o náhradu škody a nemajetkovej ujmy podľa zákona č. 514/2003 Z.z. o zodpovednosti za škodu spôsobenú pri výkone verejnej moci doručil navrhovateľ Okresnému súdu Rimavská Sobota dňa 27.09.2012. Priamo v návrhu navrhovateľ uviedol, že okresný súd, ktorý má vec prejednať ako vecne a miestne príslušný súd podľa § 85 ods. 3 O.s.p., nemôže vo veci konať, pretože na tomto súde neexistuje sudca, ktorý by nebol vo veci zaujatý. Navrhovateľ preto v zmysle ustanovenia § 12 O.s.p.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 Krajský súd v Banskej Bystrici - o námietke zaujatosti rozhodol uznesením sp. zn. 15NcC/337/2012 zo dňa 11.10.2012 tak, že z prejednania a rozhodovania veci sudcov okresného súdu nevylúčil, vrátane zákonných sudcov JUDr. Erika Vargu a JUDr. Ivana Ďalaka. Postup okresného súdu, ktorý vec predložil nadriadenému Krajskému súdu v Banskej Bystrici na rozhodnutie o námietke zaujatosti vznesenej žalobcom a následne rozhodol o povinnosti navrhovateľa zaplatiť súdny poplatok podľa položky 17a Sadzobníka súdnych poplatkov, ktorý tvorí prílohu Zákona o súdnych poplatkoch, považuje odvolací súd za správny. Predpokladom postupu podľa § 12 ods. 1 O.s.p. je, že jeho sudcovia sú vylúčení v zmysle § 14 O.s.p. O vylúčení sudcov rozhoduje podľa § 16 ods. 1 O.s.p. nadriadený súd okresného súdu na základe námietky zaujatosti vznesenej účastníkom alebo na základe oznámenia sudcu o skutočnostiach, pre ktoré je vylúčený. Krajský súd v Banskej Bystrici rozhodoval o námietke zaujatosti na návrh účastníka - navrhovateľa, pretože sudcovia sa v zmysle § 15 ods. 1 O.s.p. necítili sami subjektívne zaujatí, okrem sudcu, ktorý priamo rozhodoval v namietanej exekučnej veci. Z ničoho nevyplýva právo navrhovateľa nanútiť sudcom, že majú postupovať podľa § 15 ods. 1 O.s.p.. Citované ustanovenie dáva možnosť zákonnému sudcovi oznámiť skutočnosti predsedovi súdu, pre ktoré môže vzniknúť pochybnosť o jeho nezaujatosti, o ktorých najskôr rozhoduje predseda súdu, a až následne v prípade, že nepochybuje o nezaujatosti sudcu, vec predloží nadriadenému súdu podľa § 16 ods. 1 O.s.p. Pokiaľ námietku zaujatosti vznáša účastník na základe predpokladov upravených v § 14 O.s.p., môže tak urobiť len na základe ustanovenia § 15a O.s.p. To, že očakávania navrhovateľa vo vzťahu k ním prezentovanému názoru na zaujatosť sudcov neboli naplnené neznamená, že súd nepostupoval v súlade so zákonom. Predpokladom postupu podľa § 12 ods. 1 O.s.p. je kvalifikované vylúčenie všetkých sudcov súdu. V súlade s § 15 O.s.p. a § 15a O.s.p. nedošlo k vylúčeniu všetkých sudcov okresného súdu, preto nebol dôvod na to, aby súd postupoval podľa § 12 ods. 1 O.s.p. Navrhovateľovi preto vznikla povinnosť zaplatiť podľa § 2 ods. 1 písm. a/ Zákona o súdnych poplatkoch poplatok za námietku zaujatosti ustanovený v položke 17a Sadzobníka súdnych poplatkov, aj keď bolo konanie o náhradu škody spôsobenej nezákonným rozhodnutím orgánu verejnej moci alebo jeho nesprávnym úradným postupom podľa § 4 ods. 1 písm. k/ Zákona o súdnych poplatkoch v znení účinnom do 30.09.2012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31.08.2010,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O.s.p., uspel v teste ústavnoprávnej kontroly pred Ústavným súdom Slovenskej republiky, ktorý ho v uznesení č. k. II. ÚS 124/2011-13 z 30.03.2011 nepovažoval za ústavne nekonformný alebo nezodpovedajúci dikcii aplikovaných zákonných ustanovení. Odvolací súd nepovažuje tento právny názor ústavného súdu za prekonaný, ako to tvrdil odvolateľ. Okresný súd v napadnutom uznesení, ktorým uložil navrhovateľovi povinnosť zaplatiť súdny poplatok za námietku zaujatosti, aplikoval správny právny predpis, správne ho aj vyložil. V uznesení bola správne označená položka Sadzobníka súdnych poplatkov, podľa ktorej bol súdny poplatok vyrubený v správnej výške 66 Eur. Odvolanie navrhovateľa nie je dôvodné. Rozhodnutie bolo prijaté senátom krajského súdu jednomyseľne, t.j. pomerom hlasov 3:0 (§ 3 ods. 9 zákona č. 757/2004 Z.z. o súdoch). Rozhodnutie bolo prijaté senátom krajského súdu jednomyseľne, t.j. pomerom hlasov 3:0 (§ 3 ods. 9 zákona č. 757/2004 Z.z. o súdoch). Poučenie: Proti tomuto rozhodnutiu odvolanie nie je prípustné.</w:t>
      </w:r>
    </w:p>
    <w:p/>
    <w:p>
      <w:r>
        <w:t>Zdroj: KAUZIS.SK – https://www.kauzis.sk/judikatura/r/ECLI:SK:KSBB:2016:6912212979.2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