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14Co/390/2015 z 25. 1. 2016</w:t>
      </w:r>
    </w:p>
    <w:p>
      <w:r>
        <w:t>Uznesenie Krajského súdu Banská Bystrica z 25. januára 2016, sp. zn. 14Co/390/2015, ECLI:SK:KSBB:2016:6912213348.2</w:t>
      </w:r>
    </w:p>
    <w:p>
      <w:r>
        <w:t>Súd: Krajský súd Banská Bystrica</w:t>
      </w:r>
    </w:p>
    <w:p>
      <w:r>
        <w:t>Spisová značka: 14Co/390/2015</w:t>
      </w:r>
    </w:p>
    <w:p>
      <w:r>
        <w:t>ECLI: ECLI:SK:KSBB:2016:6912213348.2</w:t>
      </w:r>
    </w:p>
    <w:p>
      <w:r>
        <w:t>Dátum vydania: 25.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14Co/390/2015 Identifikačné číslo súdneho spisu: 6912213348 Dátum vydania rozhodnutia: 26. 01. 2016 Meno a priezvisko sudcu, VSÚ: JUDr. Mária Podhorová ECLI: ECLI:SK:KSBB:2016:6912213348.2 Uznesenie Krajský súd v Banskej Bystrici ako súd odvolací v právnej veci žalobcu: POHOTOVOSŤ, s.r.o., so sídlom Pribinova 25, 811 09 Bratislava, IČO: 35 807 598, zast. Fridrich Paľko, s.r.o., so sídlom Grösslingova 4, 811 09 Bratislava, IČO: 36 864 421, proti žalovanému: Slovenská republika, za ktorú koná Ministerstvo spravodlivosti Slovenskej republiky, so sídlom Župné námestie 13, 813 11 Bratislava, IČO: 001 660 73, v konaní o náhradu majetkovej škody a nemajetkovej ujmy, o návrhu žalobcu na prerušenie konania, o odvolaní žalobcu proti uzneseniu Okresného súdu Rimavská Sobota zo dňa 11.11.2014, č. k. 6C/243/2012-48, takto r o z h o d o l : P o t v r d z u j e uznesenie okresného súdu. o d ô v o d n e n i e : Napadnutým uznesením okresný súd návrh žalobcu na prerušenie konania zamietol s odôvodnením, že žalobca si uplatnil svoje zákonné právo namietať nestrannosť súdu už v podanej žalobe, pričom o jeho námietke už bolo zákonným postupom rozhodnuté, preto súd nevidel dôvod na prerušenie konania z tohto dôvodu. Taktiež sa nestotožnil s názorom žalobcu, že prebieha konanie, v ktorom sa rieši otázka majúca význam pre rozhodnutie súdu, lebo v danom prípade ide o procesnú otázku, ktorá nemá priamy dopad na posúdenie nároku žalobcu, t. j. nemá priamy súvis s vyriešením sporu vo veci samej, a teda nejde o prejudiciálnu otázku, od ktorej vyriešenia priamo závisí výsledok sporu. Nebol teda daný dôvod na prerušenie konania. Proti uzneseniu okresného súdu podal odvolanie žalobca. Žiadal uznesenie okresného súdu zrušiť a vec mu vrátiť na ďalšie konanie. V dôvodoch odvolania uviedol, že žalobca riadne a včas požiadal o prerušenie, uviedol dôvody a predložil listiny pre daný procesný postup. V tejto súvislosti poukazoval na to, že už v podanej žalobe upozornil súd na to, že sudcu, ktorému vec bola pridelená na prejednanie a rozhodnutie, je potrebné z konania vylúčiť. Pokiaľ krajský súd v označených skutočnostiach nevzhliadol dôvod na vylúčenie sudcu, nič nemení na tom, že v očiach žalobcu a objektívne v očiach verejnosti nemožno tohto sudcu považovať za nestranného. Rozhodnutie krajského súdu je tak v rozpore s rozhodovacou praxou iných krajských súdov v práve totožných veciach, rozhodnutiami ústavného súdu a Európskeho súdu pre ľudské práva. Tieto okolnosti namietali v ústavnej sťažnosti, preto bol daný dôvod na prerušenie konania. Krajský súd preskúmal uznesenie okresného súdu v rozsahu danom ustanovením § 212 ods. 1 O. s. p., bez nariadenia pojednávania podľa § 214 ods. 2 O. s. p. a toto v zmysle § 219 ods. 1, 2 O. s. p. potvrdil. V zmysle § 219 ods. 1, 2 O. s. p. odvolací súd rozhodnutie potvrdí, ak je vo výroku vecne správne.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Po preskúmaní veci na základe odvolania žalobcu dospel krajský súd k záveru, že okresný súd vo veci správne rozhodol, svoje rozhodnutie aj náležite odôvodnil (§ 169 ods. 2 O. s. p.), keď uviedol dôvody, pre ktoré návrhu žalobcu na prerušenie konania nevyhovel. S dôvodmi rozhodnutia súdu prvého stupňa sa krajský súd stotožňuje a na tieto poukazuje. K dôvodom rozhodnutia okresného súdu krajský súd poznamenáva, že podstatným dôvodom odvolania proti rozhodnutiu okresného súdu, ktorým bol zamietnutý návrh žalobcu na prerušenie konania a podanej ústavnej sťažnosti, je nesprávne rozhodnutie Krajského súdu v Banskej Bystrici, ktorý nevylúčil všetkých sudcov Okresného súdu Rimavská Sobota z prejednania a rozhodovania, keďže dostatočne nevyhodnotil dôvody vylúčenia sudcov, pokiaľ ide o ich pomer k účastníkom konania z hľadiska objektívnej stránky nezaujatosti s ohľadom na uplatnenú majetkovú a nemajetkovú ujmu spôsobenú žalobcovi nesprávnym úradným postupom okresného súdu v exekučnom konaní. V tejto súvislosti je potrebné uviesť, že vo veci vedenej na Okresnom súde Rimavská Sobota pod sp. zn. 6C/243/2012 nebola sudkyňa X.. U. P. vylúčená z prejednania a rozhodnutia z dôvodu, že nekonala v exekučných veciach ako zákonná sudkyňa, od ktorých odvodzuje žalobca nesprávny úradný postup, od ktorého uplatňuje náhradu majetkovej a nemajetkovej ujmy. V rámci rozhodovania o námietke zaujatosti (§ 16 O. s. p.) dospel krajský súd k záveru, že pri posudzovaní opodstatnenosti námietky zaujatosti v daných veciach bol právne významný len pomer toho sudcu, ktorý konal v exekučnej veci, ktorej sa namietaný nesprávny úradný postup týka. Postupom daným Občianskym súdnym poriadkom teda krajský súd o námietke zaujatosti rozhodol. Pokiaľ bol žalobca presvedčený, že krajský súd nesprávne rozhodol o námietke zaujatosti , mal zákonnú možnosť podať proti rozhodnutiu krajského súdu dovolanie ako mimoriadny opravný prostriedok v súlade s § 237 písm. g/ O. s. p. Najvyšší súd ako súd dovolací bol povolaný na poskytnutie ochrany základným právam žalobcu. Takýto záver zaujal Ústavný súd SR v rozhodnutí zo dňa 06. 02. 2013 č. I.ÚS 89/2013. Okrem iného poukázal aj na to, že nemá dostatok právomoci na preskúmanie sťažovateľových (žalobkynich) námietok nezákonného sudcu, ktoré smerovali proti napadnutým rozhodnutiam krajského súdu v iných obdobných veciach. Za daných okolností potom rozhodnutie okresného súdu, ktorým návrh žalobkyne na prerušenie konania zamietol, lebo nezistil dôvody podľa § 109 ods. 1 písm. b/, § 109 ods. 2 písm. c/ O. s. p. na prerušenie konania, považoval aj krajský súd za správne, lebo je právoplatne rozhodnuté, ktorý sudca má vo veci ako zákonný sudca konať. Z vyššie uvedených dôvodov považoval rozhodnutie okresného súdu za vecne správne a preto ho v zmysle § 219 ods. 1, 2 O. s. p. potvrdil. Rozhodnutie bolo prijaté hlasovaním senátu pomerom hlasov 3 : 0. Rozhodnutie bolo prijaté hlasovaním senátu pomerom hlasov 3 : 0. Poučenie: Proti tomuto rozhodnutiu odvolanie nie je prípustné.</w:t>
      </w:r>
    </w:p>
    <w:p/>
    <w:p>
      <w:r>
        <w:t>Zdroj: KAUZIS.SK – https://www.kauzis.sk/judikatura/r/ECLI:SK:KSBB:2016:6912213348.2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