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16Co/77/2016 z 7. 9. 2016</w:t>
      </w:r>
    </w:p>
    <w:p>
      <w:r>
        <w:t>Uznesenie Krajského súdu Banská Bystrica z 7. septembra 2016, sp. zn. 16Co/77/2016, ECLI:SK:KSBB:2016:6912213746.2</w:t>
      </w:r>
    </w:p>
    <w:p>
      <w:r>
        <w:t>Súd: Krajský súd Banská Bystrica</w:t>
      </w:r>
    </w:p>
    <w:p>
      <w:r>
        <w:t>Spisová značka: 16Co/77/2016</w:t>
      </w:r>
    </w:p>
    <w:p>
      <w:r>
        <w:t>ECLI: ECLI:SK:KSBB:2016:6912213746.2</w:t>
      </w:r>
    </w:p>
    <w:p>
      <w:r>
        <w:t>Dátum vydania: 7. 9. 2016</w:t>
      </w:r>
    </w:p>
    <w:p>
      <w:r>
        <w:t>Forma: Uznesenie</w:t>
      </w:r>
    </w:p>
    <w:p>
      <w:r>
        <w:t>Oblasť práva: Občianske právo</w:t>
      </w:r>
    </w:p>
    <w:p>
      <w:pPr>
        <w:pStyle w:val="Heading2"/>
      </w:pPr>
      <w:r>
        <w:t>Text rozhodnutia</w:t>
      </w:r>
    </w:p>
    <w:p>
      <w:r>
        <w:t>Súd: Krajský súd Banská Bystrica Spisová značka: 16Co/77/2016 Identifikačné číslo súdneho spisu: 6912213746 Dátum vydania rozhodnutia: 08. 09. 2016 Meno a priezvisko sudcu, VSÚ: JUDr. Ivica Hanusková ECLI: ECLI:SK:KSBB:2016:6912213746.2 Uznesenie Krajský súd v Banskej Bystrici v senáte zloženom z predsedníčky senátu JUDr. Ivice Hanuskovej a sudcov Mgr. Štefana Baláža a JUDr. Alexandra Mojša v právnej veci žalobcu POHOTOVOSŤ, s.r.o., so sídlom Pribinova ul. 25, 811 09 Bratislava, IČO: 35 807 598, právne zastúpeného Advokátska kancelária Fridrich Paľko, s.r.o., so sídlom Grösslingova 4, Bratislava, IČO: 36 864 421 proti žalovanej Slovenskej republike, v mene ktorej koná Ministerstvo spravodlivosti Slovenskej republiky so sídlom Župné nám. 13, Bratislava, v konaní o náhradu majetkovej škody a nemajetkovej ujmy, o odvolaní žalobcu proti uzneseniu Okresného súdu Rimavská Sobota č. k. 9C/300/2012-14 zo dňa 29. 01. 2015, takto r o z h o d o l : Návrh žalobcu na prerušenie konania zamieta. Uznesenie okresného súdu p o t v r d z u j e . o d ô v o d n e n i e : 1.Napadnutým uznesením uložil okresný súd žalobcovi, aby do 10 dní odo dňa právoplatnosti tohto uznesenia zaplatil súdny poplatok za námietku zaujatosti vo výške 66 €, a to v zmysle položky č. 17a Sadzobníka súdnych poplatkov, ako prílohy k zákonu č. 71/1992 Zb. o súdnych poplatkoch a poplatku za výpis z registra trestov (ďalej v texte len „Zákon o súdnych poplatkoch“). 2. V odôvodnení napadnutého uznesenia okresný súd uviedol, že žalobca je oslobodený od zaplatenia súdneho poplatku v zmysle § 4 ods. 1 písm. k) Zákona o súdnych poplatkoch, ktoré vecné oslobodenie sa však nevzťahuje na súdny poplatok za vznesenie námietky zaujatosti podľa položky č. 17a Sadzobníka súdnych poplatkov. Od povinnosti zaplatiť tento poplatok možno oslobodiť účastníka iba postupom podľa § 138 O. s. p.. Zdôraznil, že vecné oslobodenie od súdneho poplatku podľa § 4 Zákona o súdnych poplatkoch sa vzťahuje iba na súdny poplatok za návrh, za odvolanie, dovolanie, návrh na obnovu konania, výkon rozhodnutia a exekúciu. 3. Naviac okresný súd doplnil, že o námietke zaujatosti vznesenej žalobcom rozhodol Krajský súd v Banskej Bystrici tak, že všetci sudcovia Okresného súdu Rimavská Sobota neboli v predmetnej veci z konania vylúčení. 4. Proti tomuto uzneseniu podal v zákonnej 15 dňovej lehote odvolanie žalobca. Namietal, že v zmysle § 5 ods. 1 písm. g) Zákona o súdnych poplatkoch, poplatková povinnosť vzniká podaním námietky zaujatosti účastníkom konania podľa osobitného predpisu. Námietka zaujatosti podľa ust. § 15a O. s. p., ktorá by bola spoplatniteľná podľa položky 17a Sadzobníka súdnych poplatkov však ním podaná nebola. Očakával preto postup podľa ust. § 15 O. s. p., a nie podľa ust. § 15a O. s. p., v dôsledku čoho nie je možné, aby ho okresný súd vyzval na zaplatenie súdneho poplatku za vznesenie námietky zaujatosti. V tejto súvislosti poukázal na viaceré rozhodnutia súdov, napr. uznesenie Najvyššieho súdu SR sp. zn. 8Cdo 72/2013, ako i viaceré rozhodnutia krajských súdov Slovenskej republiky. Naviac namietal, že bez ohľadu na náležitosti ním vznesenej námietky ohľadom prikázania súdu z dôvodu zaujatosti sudcov okresného súdu, Zákon o súdnych poplatkoch vymedzuje osobný rozsah zákona. Hoci z podania je známe, kto námietku zaujatosti podal, súdny poplatok v zmysle zákona o súdnych poplatkoch nie je možné nikomu vyrubiť, pretože sa pri nej nejedná o „návrh“. V tejto súvislosti poukázal na nález Ústavného súdu SR sp. zn. PL. ÚS 109/2011 z 11. 07. 2012. Zdôraznil preto požiadavku určitosti v prípade ukladania daní a poplatkov, ktorá má zásadný význam. Ak by aj súd mal za to, že vo veci je nutné uhradiť poplatok za vznesenie námietky zaujatosti podľa položky 17a Zákona o súdnych poplatkoch, tvrdil, že mu nie je možné uložiť povinnosť platiť súdne poplatky, a to v zmysle § 4 ods. 1 písm. k) Zákona o súdnych poplatkoch, keď podľa tohto ustanovenia je súdne konanie vo veciach náhrady škody spôsobenej nezákonným rozhodnutím orgánu verejnej moci, alebo jeho nesprávnym úradným postupom, od poplatkov oslobodené. Poukázal na rozhodnutie Najvyššieho súdu SR sp. z. 6 M Cdo 2/2011. Na záver navrhol, aby konajúci súd prerušil konanie a predložil návrh na vyslovenie nesúladu položky 17a Sadzobníka súdnych poplatkov ako prílohy Zákona o súdnych poplatkoch s článkami Ústavy SR Ústavnému súdu Slovenskej republiky na základe toho, že ide o procesnú obranu proti sudcovi, u ktorého má účastník konania pochybnosti o jeho nezaujatosti pre pomer k veci, ktorá sa nemá spoplatňovať rovnako ako námietka proti exekúcii, pretože námietka zaujatosti je jediným prostriedkom, ktorým sa účastník môže domôcť preskúmania prípadného dôvodu pre vylúčenie sudcu, ktoré musí uplatniť najneskôr do začatia prvého pojednávania, resp. do 15 dní, od kedy sa o dôvode vylúčenia dozvedel. Má za to, že aj keď o námietke rozhoduje nadriadený súd, jej spoplatnenie samo o sebe odporuje čl. 13 ods. 4 Ústavy SR, pretože zasahuje do samej podstaty práva na nestranný súd, keďže toto právo nemožno nijako obmedziť. Navrhol, aby odvolací súd odvolaniu v celom rozsahu vyhovel a napadnuté uznesenie zrušil. 5. Vyjadrenie k odvolaniu nebolo podané. 6. Okresný súd vo veci rozhodol dňa 29. 01. 2015. Odvolanie voči rozhodnutiu podal žalobca dňa 13. 02. 2015 s tým, že vec bola predložená odvolaciemu súdu dňa 08. 02. 2016. Dňom 01. 07. 2016 nadobudol účinnosť zákon č. 160/2015 Z. z. Civilný sporový poriadok (ďalej v texte len „CSP“). Podľa prechodného ust. § 470 ods. 1 CSP platí, že ak nie je ustanovené inak, platí tento zákon aj na konania začaté predo dňom nadobudnutia jeho účinnosti. Podľa § 470 ods. 2 veta prvá CSP (ale) právne účinky úkonov, ktoré v konaní nastali predo dňom nadobudnutia účinnosti tohto zákona, zostávajú zachované. Zohľadňujúc vzájomnú koreláciu ustanovení § 470 ods. 1 CSP a § 470 ods. 2 CSP odvolací súd konštatuje, že nová právna úprava vychádza síce z princípu okamžitej aplikability procesnoprávnych noriem, rešpektuje ale procesný účinok tých odvolaní, ktoré boli podané do 30.06.2016, a ktorý účinok zostal zachovaný aj po 30.06.2016 (viď § 470 ods. 2 CSP). V dôsledku toho platí, že ustanovenia novej (od 01.07.2016) účinnej právnej úpravy o odvolaní a odvolacom konaní sa v prípade týchto odvolaní nemôžu uplatniť v plnom rozsahu hneď od uvedeného dňa v celej šírke a so všetkými dôsledkami. Opačný záver by bol porušením právnej istoty a legitímnych očakávaní strán, lebo ten kto konal na základe dôvery v platný a účinný zákon, nemôže byť vo svojej dôvere k nemu sklamaný (viď tiež závery vyjadrené v rozhodnutí Ústavného súdu SR sp. zn. PLÚS 36/1995). 7. Krajský súd ako súd odvolací (§ 34 CSP) prejednal odvolanie a napadnuté rozhodnutie, ktoré mu predchádzalo viazaný rozsahom a dôvodmi odvolania v zmysle § 379 a § 380 ods. 1 CSP a uznesenie okresného súdu bez nariadenia pojednávania v súlade s § 385 ods. 1 CSP (a contrario ) podľa § 387 ods. 1 CSP, ako vecne správne potvrdil. 8. Žalobca v danej veci podal žalobu o náhradu majetkovej škody a nemajetkovej ujmy podľa zák. č. 514/2003 Z. z. o zodpovednosti za škodu spôsobenú pri výkone verejnej moci. V žalobe uviedol, že okresný súd, ktorý má vec prejednať ako vecne a miestne príslušný súd podľa § 85 ods. 3 O. s. p. vo veci konať nemôže, pretože na tomto súde neexistuje sudca, ktorý by nebol vo veci zaujatý. Žiadal preto, aby nadriadený súd v zmysle ust. § 12 O. s. p. rozhodol pred prvotným prejednaním veci o prikázaní veci inému súdu, pretože sudcovia miestne a vecne príslušného okresného súdu sú vylúčení z prejednávania a rozhodovania veci vzhľadom na ich pomer k veci a k účastníkom konania. Dôvodom tohto vylúčenia všetkých sudcov miestne príslušného súdu mala byť okolnosť, že tento súd svojím konaním, a to nesprávnym úradným postupom zapríčinil vznik škody na jeho strane. O tejto námietke rozhodol nadriadený súd - Krajský súd v Banskej Bystrici uznesením č. k. 41 NcC/15/202-8 zo dňa 10. 10. 2012 tak, že z prejednávania a rozhodovania vecí uvedených v záhlaví tohto rozhodnutia zákonného sudcu JUDr. Ivana Ďalaka, sudcu Okresného súdu Rimavská Sobota, nevylúčil. 9. Predpokladom postupu podľa § 12 ods. 1 Občianskeho súdneho poriadku platného a účinného do 30. 06. 2016 bolo, že všetci jeho sudcovia sú vylúčení. O vylúčení sudcov rozhodoval nadriadený súd okresného súdu podľa § 16 ods. 1 Občianskeho súdneho poriadku platného a účinného do 30. 06. 2016 na základe námietky zaujatosti vznesenej účastníkom alebo na základe oznámenia sudcu o skutočnostiach, pre ktoré je vylúčený. Krajský súd v Banskej Bystrici rozhodoval o námietke zaujatosti na návrh žalobcu. Rozhodnutím krajského súdu neboli vylúčení všetci sudcovia Okresného súdu Rimavská Sobota, preto nebol daný dôvod na postup podľa § 12 ods. 1 Občianskeho súdneho poriadku platného a účinného do 30. 06. 2016, s tým, že nadriadený súd v riadnom inštančnom postupe skúmal námietky vznesené žalobcom u každého sudcu. 10. Žalobca teda v odvolaní tvrdil, že návrh na vylúčenie sudcov Okresného súdu Rimavská Sobota nepodal, iba poukázal na dôvod, pre ktorý by mal okresný súd sám predložiť vec nadriadenému súdu na delegáciu nutnú podľa § 12 ods. 1 O. s. p. Najvyšší súd Slovenskej republiky opakovane zaujal názor k tvrdeniam žalobcu, že jeho prednes o dôvode, pre ktorý by mali byť sudcovia konkrétneho okresného súdu vylúčení z prejednávania a rozhodovania veci, nie je možné hodnotiť ako návrh na ich vylúčenie (porovnaj napr. uznesenia sp. zn. 6Cdo 120/2013 zo dňa 15. 04. 2013 alebo sp. zn. 7Cdo 489/2014 zo dňa 24. 03. 2015, v ktorých Najvyšší súd SR uviedol že: „Návrh žalobcu prikázať vec inému súdu z dôvodu, že jeho sudcovia sú z prejednávania a rozhodovania veci vylúčení so zreteľom na ich pomer k veci a účastníkom konania, je potrebné považovať za vznesenú námietku zaujatosti proti sudcom konkrétneho súdu. S návrhom na začatie konania je spojený vznik dvojstranného procesnoprávneho vzťahu medzi žalobcom a žalovaným, ale podaním námietky zaujatosti nevzniká vzťah medzi účastníkmi konania, ale vzniká osobitný finančnoprávny (poplatkový) vzťah medzi poplatníkom a štátom, pre vznik ktorého je relevantnou skutočnosťou len uplatnenie námietky zaujatosti zo strany účastníka konania. Úlohou súdu v prípade vznesenej námietky zaujatosti je posúdiť, či nastala skutočnosť, s ktorou je zo zákona (ex lege) spojený vznik povinnosti poplatníka zaplatiť súdny poplatok. Pre vznik finančnoprávneho vzťahu medzi poplatníkom a štátom nie je potrebný samostatný návrh na začatie konania. Prikázanie veci v zmysle ust. § 12 ods. 1 O. s. p. prichádza do úvahy len vtedy, ak súd nemôže vo veci konať, lebo jeho sudcovia sú vylúčení. Nutná delegácia v zmysle tohto zákonného ustanovenia je teda viazaná na ust. § 14 ods. 1 O. s. p., z ktorého vyplývajú skutočnosti zakladajúce dôvod, pre ktorý je sudca vylúčený z prejednávania a rozhodovania veci“. Z uvedeného je teda zrejmé, že posúdenie návrhu žalobcu na vylúčenie sudcov Okresného súdu Rimavská Sobota z prejednávania a rozhodovania veci a návrh na prikázanie veci inému súdu toho istého stupňa z dôvodu vylúčenia jeho sudcov, ako námietky zaujatosti podľa § 14 ods. 1 O. s. p. bolo zo strany okresného súdu správne. Uznesenie Najvyššieho súdu SR sp. zn. 8Cdo 72/2013 rieši odlišnú skutkovú a právnu situáciu. 11. Pokiaľ ide o uznesenie Najvyššieho súdu SR sp. zn. 6M Cdo 2/2011 bolo vydané dňa 10. 08. 2011; uznesenie Ústavného súdu Slovenskej republiky sp. zn. II. ÚS 124/2011-13, v ktorom Ústavný súd SR uznal vyrubenie súdneho poplatku podľa položky 17a Sadzobníka súdnych poplatkov vo vecne oslobodenom konaní od poplatku, bolo vydané skôr, teda dňa 30. 03. 2011. Najvyšší súd SR sa napriek tomu vo svojom uznesení sp. zn. 6M Cdo 2/2011 s rozhodnutím Ústavného súdu žiadnym spôsobom nevysporiadal. Nález Ústavného súdu SR sp. zn. PL. ÚS 109/2011 zo dňa 11. 07. 2012 sa týka inej položky Sadzobníka súdnych poplatkov. 12. Zákon o súdnych poplatkoch v § 1 ods. 1 ustanovuje, že súdne poplatky sa vyberajú za jednotlivé úkony alebo konanie súdov, ak sa vykonávajú na návrh a za úkony orgánov štátnej správy, súdov a prokuratúry (poplatkový úkon) uvedené v Sadzobníku súdnych poplatkov a poplatku za výpis z registra trestov, ktorý tvorí prílohu tohto zákona. Pokiaľ ide o osobu poplatníka, túto určuje Zákon o súdnych poplatkoch v § 2 ods. 1, keď podľa písm. a) tohto ustanovenia poplatníkom je navrhovateľ poplatkového úkonu, ak je podľa Sadzobníka ustanovený poplatok z návrhu. Vznesenie námietky zaujatosti je poplatkovým úkonom, za ktorý je v časti I. Sadzobníka súdnych poplatkov označovaného ako „poplatky vyberané v občianskom súdnom konaní“ ustanovený súdny poplatok. Námietka zaujatosti je Sadzobníkom súdnych poplatkov označená ako spoplatnený úkon, z ktorého vzniká povinnosť zaplatiť poplatok navrhovateľovi tohto úkonu. V prejednávanej veci je navrhovateľom poplatkového úkonu spoplatneného podľa položky 17a Sadzobníka súdnych poplatkov práve žalobca, ktorý v návrhu na začatie konania vzniesol námietku zaujatosti proti sudcom Okresného súdu Rimavská Sobota. O vylúčení sudcov rozhoduje podľa § 16 ods. 1 O. s. p. nadriadený súd okresného súdu na základe námietky zaujatosti vznesenej účastníkom, alebo na základe oznámenia sudcu o skutočnostiach, pre ktoré je vylúčený. Krajský súd v Banskej Bystrici o takto vznesenej námietke zaujatosti na návrh žalobcu rozhodol. Žalobcovi preto vznikla povinnosť zaplatiť podľa § 2 ods. 1 písm. a) v spojení s § 5 ods. 1 písm. g) Zákona o súdnych poplatkoch poplatok za námietku zaujatosti ustanovený v položke 17a Sadzobníka súdnych poplatkov, aj keď bolo konanie o náhradu škody spôsobenej nezákonným rozhodnutím orgánu verejnej moci, alebo jeho nesprávnym úradným postupom podľa § 4 ods. 1 písm. k) Zákona o súdnych poplatkoch v znení účinnom do 31. 09. 2012, od poplatku oslobodené. Výklad ust. § 2 ods. 1 písm. a) a § 4 ods. 4 písm. k) Zákona o súdnych poplatkoch v súvislosti s riešením otázky, či vzniká účastníkovi povinnosť v konaní vecne oslobodenom od poplatku, zaplatiť poplatok podľa položky č. 17a Sadzobníka súdnych poplatkov za námietku zaujatosti uskutočnený Krajským súdom v Žiline v uznesení č. k. 8Co/294/2010-65 zo dňa 31. 08. 2010, podľa ktorého sa vecné oslobodenie občianskeho súdneho konania od súdneho poplatku podľa § 4 ods. 1 Zákona o súdnych poplatkoch, nevzťahuje aj na súdny poplatok za vznesenie námietky zaujatosti podľa položky č. 17a Sadzobníka súdnych poplatkov, ale iba na súdny poplatok za návrh, za odvolanie, dovolanie, návrh na obnovu konania, výkon rozhodnutia a exekúciu (§ 4 ods. 1 a 3 Zákona o súdnych poplatkoch) a od povinnosti zaplatiť tento poplatok (podľa položky č. 17a Sadzobníka súdnych poplatkov) možno oslobodiť účastníka iba postupom podľa § 138 O. s. p., nepovažoval Ústavný súd Slovenskej republiky v uznesení č. k. II. ÚS 124/2011-13 zo dňa 30. 03. 2011 za ústavne nekonformný, alebo nezodpovedajúci dikcii aplikovaných zákonných ustanovení. Naviac, neobstojí ani poukaz žalobcu na citované rozhodnutia v senátoch správneho kolégia Najvyššieho súdu SR, pretože v uvedených prípadoch Najvyšší súd SR posudzoval prípady kedy o námietkach zaujatosti rozhodol nadriadený súd v zmysle § 15 O. s. p., pričom v prejednávanej veci vyhodnotil nadriadený súd podanie žalobcu ako námietku zaujatosti podľa § 15a ods. 1 a 3 O. s. p., a takto o nej aj rozhodol. Vzhľadom na vyššie uvedené preto odvolací súd odvolanie navrhovateľa nepovažoval za dôvodné a napadnuté uznesenie okresného súdu ako vecne správne potvrdil. 13. Odvolací súd však predtým, než rozhodol o vyššie uvedenej povinnosti žalobcu zaplatiť súdny poplatok, preskúmal jeho návrh na prerušenie konania. Žalobca v rámci odvolacieho konania navrhol, aby odvolací súd prerušil konanie a predložil návrh na vyslovenie nesúladu položky 17a Sadzobníka súdnych poplatkov s čl. 46 ods. 1 Ústavy SR a čl. 6 ods. 1 Dohovoru o ochrane ľudských práv a základných slobôd. 14. Podľa § 109 ods. 1 písm. b) Občianskeho súdneho poriadku platného a účinného do 30. 06. 2016,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15. Odvolací súd v danej právnej veci nepovažuje za nutné postupovať v zmysle vyššie uvedeného ustanovenia z dôvodu, že z dikcie tohto ustanovenia vyplýva, že súd takto postupuje, ak pred rozhodnutím vo veci dospel k záveru, že všeobecne záväzný predpis, ktorý sa týka veci, je v rozpore s Ústavou, zákonom alebo medzinárodnou zmluvou, ktorou je Slovenská republika viazaná. Len v tom prípade postúpi návrh Ústavnému súdu na zaujatie stanoviska. Odvolací súd však žiadny takýto rozpor položky 17a Sadzobníka súdnych poplatkov s čl. 46 ods. 1 Ústavy SR a s čl. 6 ods. 1 Dohovoru o ochrane ľudských práv a základných slobôd nezistil, ak zároveň poukazuje na závery obsiahnuté v uznesení Ústavného súdu SR sp. zn. II. ÚS 124/2011 zo dňa 30. 03. 2011. Podľa názoru odvolacieho súdu Ústavný súd túto otázku už v rámci uvedeného rozhodnutia zodpovedal. Súčasne odvolací súd poukazuje aj na záver súdnej praxe, že na prerušenie konania podľa § 109 ods. 1 písm. b) O. s. p. platného a účinného do 30.06.2016 nemal účastník konania právny nárok (rozhodnutie Najvyššieho súdu SR sp. zn. 2Cdo 47/1996) a neprerušením konania z tohto dôvodu nedochádza k odňatiu možnosti účastníka konať pred súdom (rozhodnutie Najvyššieho súdu SR sp. zn. 5Cdo 294/2008) a ani k porušeniu práva účastníka konania na spravodlivý proces (rozhodnutie Ústavného súdu SR sp. zn. IV. ÚS 127/2005). Odvolací súd ďalej poukazuje na to, že žalobca, pokiaľ svoj právny názor podložil, okrem iného, nálezom Ústavného súdu SR sp. zn. PL ÚS 109/2011, jeho právny záver neobstojí, pretože v prejednávanej veci poplatok za vznesenie námietky zaujatosti nie je ustanovený za konanie, preto na určenie poplatníka možno aplikovať ust. § 2 ods. 1 písm. a) Zákona o súdnych poplatkoch a navyše, samotná položka 17a Sadzobníka súdnych poplatkov výslovne ustanovuje, že ide o súdny poplatok za vznesenie námietky zaujatosti účastníkom konania, teda samotná položka poplatníka určuje. Zároveň odvolací súd konštatuje, že v tejto súvislosti vznesenie námietky zaujatosti nie je jedinou procesne relevantnou možnosťou účastníka konania vyjadriť sa k nesprávnosti zákonného sudcu, pretože túto možnosť mal účastník konania napr. aj v podobe odvolacieho dôvodu spočívajúceho v tvrdení, že rozhodol vylúčený sudca (§ 205 ods. 2 písm. a) O. s. p. v spojení s § 221 ods. 1 písm. g) O. s. p. platného a účinného do 30.06.2016), resp. v podobe dovolacieho dôvodu s obdobným obsahom. 16. Na záver odvolací súd zdôrazňuje, že uloženie poplatkovej povinnosti v občianskoprávnych veciach nemožno samo o sebe považovať za rozporné s právom na prístup k súdu v zmysle čl. 46 ods. 1 Ústavy SR, alebo čl. 6 ods. 1 Dohovoru, pretože skutočnosť, že realizácia tohto základného práva môže podliehať obmedzeniam, vyplýva už z jeho povahy. V tomto smere predstavujú súdne poplatky všeobecne akceptovateľný zásah. Vzhľadom na tieto skutočnosti návrh žalobcu na prerušenie konania podľa § 109 ods. 1 písm. b) O. s. p. odvolací súd zamietol ako nedôvodný. 17. Toto rozhodnutie prijal senát odvolacieho súdu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https://www.kauzis.sk/judikatura/r/ECLI:SK:KSBB:2016:6912213746.2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