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4To/91/2015 z 26. 1. 2016</w:t>
      </w:r>
    </w:p>
    <w:p>
      <w:r>
        <w:t>Uznesenie Krajského súdu Banská Bystrica z 26. januára 2016, sp. zn. 4To/91/2015, ECLI:SK:KSBB:2016:6915010232.1</w:t>
      </w:r>
    </w:p>
    <w:p>
      <w:r>
        <w:t>Súd: Krajský súd Banská Bystrica</w:t>
      </w:r>
    </w:p>
    <w:p>
      <w:r>
        <w:t>Spisová značka: 4To/91/2015</w:t>
      </w:r>
    </w:p>
    <w:p>
      <w:r>
        <w:t>ECLI: ECLI:SK:KSBB:2016:6915010232.1</w:t>
      </w:r>
    </w:p>
    <w:p>
      <w:r>
        <w:t>Dátum vydania: 26. 1. 2016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Krajský súd Banská Bystrica Spisová značka: 4To/91/2015 Identifikačné číslo súdneho spisu: 6915010232 Dátum vydania rozhodnutia: 27. 01. 2016 Meno a priezvisko sudcu, VSÚ: JUDr. Ľubomír Bušík, PhD. ECLI: ECLI:SK:KSBB:2016:6915010232.1 Uznesenie Predseda senátu Krajského súdu v Banskej Bystrici v trestnej veci obžalovaného Z. V. za prečin nebezpečného vyhrážania podľa § 360 ods. 1, 2 písm. a), písm. e) Tr. zák., dňa 27. januára 2016 v konaní o odvolaní obžalovaného proti rozsudku Okresného súdu Rimavská Sobota sp. zn. 2T 65/2015 zo dňa 17. 9. 2015, takto r o z h o d o l : Podľa § 312 ods. 4) Tr. por. b e r i e n a v e d o m i e späťvzatie odvolania obžalovaným Z. V.. o d ô v o d n e n i e : Rozsudkom Okresného súdu Rimavská Sobota sp. zn. 2T 65/2015 zo dňa 17. 9. 2015 bol obžalovaný Z. V. uznaný za vinného z prečinu nebezpečného vyhrážania podľa § 360 ods. 1, 2 písm. a), písm. e) Tr. zák. a bol odsúdený podľa § 360 ods. 2 Tr. zák. s použitím § 36 písm. l) Tr. zák., § 37 písm. n) Tr. zák., § 38 ods. 2 Tr. zák. na trest odňatia slobody vo výmere 6 mesiacov. Súčasne podľa § 48 ods. 1, 2 písm. b) Tr. zák. bol obž. Z. V. zaradený pre výkon trestu odňatia slobody do ústavu na výkon trestu so stredným stupňom stráženia a rovnako tak podľa § 60 ods. 1 písm. a) Tr. zák. bol obžalovanému uložený trest prepadnutia veci a to 1 ks sekery s dreveným poriskom o dĺžke 80 cm s tým, že podľa § 60 ods. 6 Tr. zák. sa vlastníkom prepadnutej veci stáva štát. Na základe podaného odvolania obžalovaným Z. V. je vedené na Krajskom súde v Banskej Bystrici pod sp. zn. 4To 91/2015 konanie o odvolaní obžalovaného proti horeuvedenému rozsudku. Dňa 27. 1. 2016 pred otvorením verejného zasadnutia o odvolaní obžalovaného proti horeuvedenému rozsudku po porade obžalovaného s obhajcom predniesol svoj návrh, že berie svoje odvolanie proti rozsudku Okresného súdu Rimavská Sobota sp. zn. 2T 65/2015 zo dňa 17. 9. 2015 výslovne späť. Podľa § 312 ods. 2) Tr. por. osoba, ktorá odvolanie podala, môže ho výslovným vyhlásením vziať späť, a to až do doby, než sa odvolací súd odoberie na záverečnú poradu. Odvolanie prokurátora môže vziať späť i nadriadený prokurátor. Podľa § 312 ods. 4) Tr. por. vzatie odvolania späť vezme uznesením na vedomie predseda senátu odvolacieho súdu, a ak nebola vec doteraz tomuto súdu predložená, predseda senátu súdu prvého stupňa. Keďže vec je predmetom rozhodovania odvolacieho súdu, predseda senátu Krajského súdu v Banskej Bystrici rozhodol tak, že vzal na vedomie späťvzatie odvolania obžalovaného. Poučenie: Proti tomuto uzneseniu riadny opravný prostriedok nie je prípustný.</w:t>
      </w:r>
    </w:p>
    <w:p/>
    <w:p>
      <w:r>
        <w:t>Zdroj: KAUZIS.SK – https://www.kauzis.sk/judikatura/r/ECLI:SK:KSBB:2016:6915010232.1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