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13Co/313/2016 z 8. 8. 2016</w:t>
      </w:r>
    </w:p>
    <w:p>
      <w:r>
        <w:t>Opravné uznesenie Krajského súdu Banská Bystrica z 8. augusta 2016, sp. zn. 13Co/313/2016, ECLI:SK:KSBB:2016:7216205232.2</w:t>
      </w:r>
    </w:p>
    <w:p>
      <w:r>
        <w:t>Súd: Krajský súd Banská Bystrica</w:t>
      </w:r>
    </w:p>
    <w:p>
      <w:r>
        <w:t>Spisová značka: 13Co/313/2016</w:t>
      </w:r>
    </w:p>
    <w:p>
      <w:r>
        <w:t>ECLI: ECLI:SK:KSBB:2016:7216205232.2</w:t>
      </w:r>
    </w:p>
    <w:p>
      <w:r>
        <w:t>Dátum vydania: 8. 8.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13Co/313/2016 Identifikačné číslo súdneho spisu: 7216205232 Dátum vydania rozhodnutia: 09. 08. 2016 Meno a priezvisko sudcu, VSÚ: JUDr. Ferdinand Zimmermann ECLI: ECLI:SK:KSBB:2016:7216205232.2 Opravné uznesenie Krajský súd v Banskej Bystrici, ako súd odvolací v senáte zloženom z predsedu senátu JUDr. Ferdinanda Zimmermanna a sudcov JUDr. Danice Kočičkovej a JUDr. Amy Odalošovej v právnej veci navrhovateľa UniCredit Bank Czech Republic and Slovakia, a. s., IČO: 64 948 242, so sídlom Želetavská 1525/1, 140 92 Praha 4 - Michle, Česká republika, podnikajúca na území Slovenskej republiky prostredníctvom organizačnej zložky zahraničnej osoby: UniCredit Bank Czech Republic and Slovakia, a.s., pobočka zahraničnej banky, IČO: 47 251 336, so sídlom Šancová 1/A, 813 33 Bratislava, práv. zast. HMG LEGAL, s.r.o., IČO: 35 885 459, advokátska kancelária so sídlom Štefanovičova 12, 811 04 Bratislava, proti odporcovi: C. M., rod. H., nar. XX. XX. XXXX, bytom P. XXXX/X, XXX XX G., práv. zast. BIZOŇ &amp; PARTNERS, s.r.o., IČO: 36 833 533, advokátska kancelária so sídlom Hviezdoslavovo námestie 25, 811 02 Bratislava, v konaní o odporovacej žalobe, o návrhu navrhovateľa na nariadenie predbežného opatrenia, o odvolaní odporcu proti rozhodnutiu Okresného súdu Brezno č.k. 2C/84/2016-64 zo dňa 26. apríla 2016, takto r o z h o d o l : Uznesenie Krajského súdu v Banskej Bystrici č.k. 13Co/313/2016-121 zo dňa 30. 06. 2016 sa v záhlaví uznesenia o p r a v u j e nasledovne: „Krajský súd v Banskej Bystrici, ako súd odvolací v senáte zloženom z predsedu senátu JUDr. Ferdinanda Zimmermanna a sudcov JUDr. Danice Kočičkovej a JUDr. Amy Odalošovej v právnej veci navrhovateľa UniCredit Bank Czech Republic and Slovakia, a. s., IČO: 64 948 242, so sídlom Želetavská 1525/1, 140 92 Praha 4 - Michle, Česká republika, podnikajúca na území Slovenskej republiky prostredníctvom organizačnej zložky zahraničnej osoby: UniCredit Bank Czech Republic and Slovakia, a.s., pobočka zahraničnej banky, IČO: 47 251 336, so sídlom Šancová 1/A, 813 33 Bratislava, práv. zast. HMG LEGAL, s.r.o., IČO: 35 885 459, advokátska kancelária so sídlom Štefanovičova 12, 811 04 Bratislava, proti odporcovi: C. M., rod. H., nar. XX. XX. XXXX, bytom P. XXXX/X, XXX XX G., práv. zast. BIZOŇ &amp; PARTNERS, s.r.o., IČO: 36 833 533, advokátska kancelária so sídlom Hviezdoslavovo námestie 25, 811 02 Bratislava, v konaní o odporovacej žalobe, o návrhu navrhovateľa na nariadenie predbežného opatrenia, o odvolaní odporcu proti rozhodnutiu Okresného súdu Brezno č.k. 2C/84/2016-64 zo dňa 26. apríla 2016 “ o d ô v o d n e n i e : 1. Uznesením Krajského súdu v Banskej Bystrici č.k. 132Co 313/2016-121 zo dňa 30. 06. 2016 odvolací súd zmenil rozhodnutie súdu prvého stupňa tak, že návrh navrhovateľa na nariadenie predbežného opatrenia zamietol. 2. Pri opise rozhodnutia došlo k nesprávnemu označeniu rozhodnutia Okresného súdu Brezno, o odvolaní proti ktorému odvolací súd rozhodoval. Odvolací súd v záhlaví rozhodnutia uviedol nesprávne číslo konania napadnutého rozhodnutia, keď namiesto správneho označenia napadnutého rozhodnutia Okresného súdu Brezno č.k. 2C 84/2016-64 zo dňa 26. apríla 2016 uviedol nesprávne označenie rozhodnutie Okresného súdu Brezno - č.k. 2C 83/2016 - 26. apríla 2016. 3. Podľa § 224 CSP súd kedykoľvek aj bez návrhu opraví v rozsudku chyby v písaní a počítaní, ako aj iné zrejmé nesprávnosti. O oprave súd vydá opravné uznesenie, ktoré doručí subjektom konania. 4. Podľa § 234 ods. 2 CSP ak nie je ďalej ustanovené inak, použijú sa na uznesenie primerane ustanovenia o rozsudku. 5. S ohľadom na vyššie uvedené skutočnosti, súd chybu v nesprávnom označení rozhodnutia Okresného súdu Brezno opravil vydaním opravného uznesenia. 6. O veci senát odvolacieho súdu rozhodol pomerom hlasov členov senátu 3 : 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https://www.kauzis.sk/judikatura/r/ECLI:SK:KSBB:2016:7216205232.2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