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26Sd/226/2015 z 18. 1. 2017</w:t>
      </w:r>
    </w:p>
    <w:p>
      <w:r>
        <w:t>Uznesenie Krajského súdu Banská Bystrica z 18. januára 2017, sp. zn. 26Sd/226/2015, ECLI:SK:KSBB:2017:6015201009.3</w:t>
      </w:r>
    </w:p>
    <w:p>
      <w:r>
        <w:t>Súd: Krajský súd Banská Bystrica</w:t>
      </w:r>
    </w:p>
    <w:p>
      <w:r>
        <w:t>Spisová značka: 26Sd/226/2015</w:t>
      </w:r>
    </w:p>
    <w:p>
      <w:r>
        <w:t>ECLI: ECLI:SK:KSBB:2017:6015201009.3</w:t>
      </w:r>
    </w:p>
    <w:p>
      <w:r>
        <w:t>Dátum vydania: 18.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26Sd/226/2015 Identifikačné číslo súdneho spisu: 6015201009 Dátum vydania rozhodnutia: 19. 01. 2017 Meno a priezvisko sudcu, VSÚ: Mgr. Ivana Datlová ECLI: ECLI:SK:KSBB:2017:6015201009.3 Uznesenie Krajský súd v Banskej Bystrici v právnej veci navrhovateľa: X. R., narodený XX.XX.XXXX, bytom T. Y. XX, XXX XX T. X., proti odporkyni: Sociálna poisťovňa, ústredie so sídlom v Bratislave, Ul. 29. augusta č. 8, o preskúmanie zákonnosti postupu a rozhodnutia odporkyne č. XXXXXXXXXXX z 12.05.2015 o zamietnutí žiadosti o priznanie invalidného dôchodku, takto r o z h o d o l : Konanie z a s t a v u j e. Navrhovateľovi náhradu trov konania nepriznáva. o d ô v o d n e n i e : Napadnutým rozhodnutím odporkyňa zamietla žiadosť navrhovateľa o priznanie invalidného dôchodku z 31.03.2015, pretože posudkovým lekárom sociálneho poistenia nebol pri konštatovanej 30 % miere jeho zníženej pracovnej schopnosti v porovnaní so zdravou fyzickou osobou uznaný za invalidného, v dôsledku čoho mu nárok na invalidný dôchodok nevznikol. Navrhovateľ sa odvolal voči rozhodnutiu odporkyne s poukazom sa svoj zdravotný stav, pre ktorý nie je schopný sa zamestnať. V rámci preskúmavacieho konania krajského súdu navrhovateľ predložil aktuálne odborné lekárske nálezy, ktoré boli na žiadosť súdu dodatočne posudkovo vyhodnotené posudkovým lekárom ústredia Sociálnej poisťovne, pracovisko v Banskej Bystrici, ktorý v posudku z 03.11.2016 konštatoval vznik invalidity navrhovateľa dňom 10.11.2015 so 60 % poklesom jeho pracovnej schopnosti. V nadväznosti na uvedené odporkyňa rozhodnutím z 01.12.2016 zrušila svoje predchádzajúce rozhodnutie o zamietnutí žiadosti navrhovateľa o priznanie invalidného dôchodku a rozhodnutím č. XXXXXXXXXXX z 30.11.2016 mu od 10.11.2015 priznala invalidný dôchodok vo výške 184,70 eur mesačne, zvýšený od 01.01.2017 na 189,70 eur mesačne. S rozhodnutím o priznaní invalidného dôchodku sa navrhovateľ stotožnil, na základe čoho postupoval krajský súd podľa § 250o OSP v súlade s ustanovením § 492 ods. 1 zákona č. 162/2015 Z. z. - Správny súdny poriadok a konanie vo veci zastavil, pretože vydaním nového rozhodnutia odporkyne bolo navrhovateľovi vyhovené. O náhrade trov konania rozhodol primerane podľa § 250k ods. 1 OSP v spojení s ustanovením § 250l ods. 2 OSP a navrhovateľovi právo na náhradu trov konania nepriznal napriek jeho úspechu v konaní, pretože si žiadne trovy neuplatnil. Poučenie: Proti tomuto rozhodnutiu v jeho zastavujúcej časti odvolanie nie je prípustné. Odvolanie možno podať voči výroku o náhrade trov konania do 15 dní odo dňa jeho doručenia, písomne vo dvoch vyhotoveniach, prostredníctvom konajúceho súdu na Najvyšší súd SR v Bratislave. V odvolaní sa má popri všeobecných náležitostiach (§ 42 ods. 3 OSP)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https://www.kauzis.sk/judikatura/r/ECLI:SK:KSBB:2017:6015201009.3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