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24S/152/2015 z 23. 10. 2017</w:t>
      </w:r>
    </w:p>
    <w:p>
      <w:r>
        <w:t>Uznesenie Krajského súdu Banská Bystrica z 23. októbra 2017, sp. zn. 24S/152/2015, ECLI:SK:KSBB:2017:6015201020.2</w:t>
      </w:r>
    </w:p>
    <w:p>
      <w:r>
        <w:t>Súd: Krajský súd Banská Bystrica</w:t>
      </w:r>
    </w:p>
    <w:p>
      <w:r>
        <w:t>Spisová značka: 24S/152/2015</w:t>
      </w:r>
    </w:p>
    <w:p>
      <w:r>
        <w:t>ECLI: ECLI:SK:KSBB:2017:6015201020.2</w:t>
      </w:r>
    </w:p>
    <w:p>
      <w:r>
        <w:t>Dátum vydania: 23. 10. 2017</w:t>
      </w:r>
    </w:p>
    <w:p>
      <w:r>
        <w:t>Forma: Uznesenie</w:t>
      </w:r>
    </w:p>
    <w:p>
      <w:pPr>
        <w:pStyle w:val="Heading2"/>
      </w:pPr>
      <w:r>
        <w:t>Text rozhodnutia</w:t>
      </w:r>
    </w:p>
    <w:p>
      <w:r>
        <w:t>Súd: Krajský súd Banská Bystrica Spisová značka: 24S/152/2015 Identifikačné číslo súdneho spisu: 6015201020 Dátum vydania rozhodnutia: 24. 10. 2017 Meno a priezvisko sudcu, VSÚ: JUDr. Alena Antalová ECLI: ECLI:SK:KSBB:2017:6015201020.2 Uznesenie Krajský súd v Banskej Bystrici v právnej veci žalobcu: E. P., A. XXX/XX, XXX XX E., O.: XX XXX XXX, zast. advokátom JUDr. Jozefom Brázdilom, Trhová 992/1, 960 01 Zvolen, proti žalovanému: Finančné riaditeľstvo Slovenskej republiky, Lazovná 63, 974 01 Banská Bystrica o preskúmanie zákonnosti rozhodnutia žalovaného č. 1100301/1/211457/2015/4989 zo dňa 25.05.2015, o oprave Rozsudku Krajského súdu v Banskej Bystrici č.k. 24S/152/2015 - 61 zo dňa 04. mája 2016, takto r o z h o d o l : O p r a v u j e zrejmú nesprávnosť v záhlaví, výroku a odôvodnení Rozsudku Krajského súdu v Banskej Bystrici č.k. 24S/152/2015 - 61 zo dňa 04. mája 2016 tak, že správne má byť uvedený dátum vydania preskúmavaného rozhodnutia žalovaného: „25.05.2015“. o d ô v o d n e n i e : 1. Krajský súd v Banskej Bystrici rozsudkom č.k. 24S/152/2015 - 61 zo dňa 04. mája 2016 žalobou napadnuté rozhodnutie žalovaného č. 1100301/1/211457/2015/4989 zo dňa 25.05.2015 v spojení s rozhodnutím Daňového úradu Banská Bystrica č. 9601403/5/258874/2015/StrM zo dňa 03.02.2015 podľa § 250j ods. 2 písm. a/ a e/ zákona č. 99/1963 Zb. Občianskeho súdneho poriadku (ďalej len „O.s.p.“) zrušil a vec vrátil žalovanému na ďalšie konanie. Žalovaného zároveň zaviazal povinnosťou nahradiť žalobcovi trovy konania v celkovej výške 70,- Eur, do troch dní od právoplatnosti tohto rozhodnutia na účet právneho zástupcu žalobcu. 2. Dňom 01. júla 2016 nadobudol účinnosť zákon č. 162/2015 Z. z. Správny súdny poriadok (ďalej len „SSP“). Podľa § 491 ods. 1, 2 SSP (1) Ak nie je ďalej ustanovené inak, platí tento zákon aj na konania začaté podľa piatej časti Občianskeho súdneho poriadku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 Krajský súd v Banskej Bystrici o žalobe žalobcu o preskúmanie zákonnosti rozhodnutia žalovaného doručenej súdu dňa 13. augusta 2015 rozhodol podľa Občianskeho súdneho poriadku platného a účinného do 30. júna 2016. Krajský súd v Banskej Bystrici o oprave rozsudku č.k. 24S/152/2015 - 61 zo dňa 04. mája 2016 rozhoduje už podľa zákona č. 162/2015 Z. z. Správny súdny poriadok účinného od 01. júla 2016, ktorý sa v zmysle prechodných ustanovení použije aj v tomto konaní, pričom podľa § 491 ods. 2 SSP právne účinky úkonov, ktoré v konaní nastali predo dňom nadobudnutia jeho účinnosti zostávajú zachované. 4. Podľa § 143 SSP správny súd kedykoľvek aj bez návrhu opraví v rozsudku chyby v písaní a počítaní, ako aj iné zrejmé nesprávnosti. O oprave vydá opravné uznesenie, ktoré doručí osobám uvedeným v § 142 ods. 1. 5. Správny súd zistil, že v záhlaví, výroku a odôvodnení Rozsudku Krajského súdu v Banskej Bystrici č.k. 24S/152/2015 - 61 zo dňa 04. mája 2016 došlo pri písomnom vyhotovení rozsudku k zrejmej nesprávnosti, resp. k chybe v písaní, keď je v ňom nesprávne uvedený dátum vydania preskúmavaného rozhodnutia žalovaného „22.05.2015“. Správne má byť v záhlaví, výroku a odôvodnení rozsudku uvedený dátum vydania preskúmavaného rozhodnutia žalovaného „25.05.2015“. 6. Na základe uvedených skutočností bola preto podľa § 143 SSP vykonaná oprava záhlavia, výroku a odôvodnenia Rozsudku Krajského súdu v Banskej Bystrici č.k. 24S/152/2015 - 61 zo dňa 04. mája 2016 týmto opravným uznesením tak, ako je uvedené vo výroku tohto opravného uznesenia. 7. Toto rozhodnutie prijal senát krajského súdu pomerom hlasov 3:0 (§ 139 ods. 4 v spojení s § 147 ods. 2 SSP). Poučenie: Proti tomuto rozhodnutiu je prípustná kasačná sťažnosť v lehote jedného mesiaca od doručenia tohto rozhodnutia,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https://www.kauzis.sk/judikatura/r/ECLI:SK:KSBB:2017:6015201020.2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